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360"/>
        <w:jc w:val="center"/>
      </w:pPr>
      <w:r>
        <w:rPr>
          <w:b/>
          <w:sz w:val="28"/>
        </w:rPr>
        <w:t>--- 第 1 頁 ---</w:t>
      </w:r>
    </w:p>
    <w:p>
      <w:pPr>
        <w:spacing w:line="288" w:lineRule="auto" w:after="160"/>
      </w:pPr>
      <w:r>
        <w:t>水產試驗所特刊第30號 FRI Special Publication No.30 暇 養殖 及生物安全防疫管理 The Aquaculture and Bio-safety Management Practices for White Shrimp。</w:t>
      </w:r>
    </w:p>
    <w:p>
      <w:r>
        <w:br w:type="page"/>
      </w:r>
    </w:p>
    <w:p>
      <w:pPr>
        <w:spacing w:after="360"/>
        <w:jc w:val="center"/>
      </w:pPr>
      <w:r>
        <w:rPr>
          <w:b/>
          <w:sz w:val="28"/>
        </w:rPr>
        <w:t>--- 第 2 頁 ---</w:t>
      </w:r>
    </w:p>
    <w:p>
      <w:pPr>
        <w:spacing w:line="288" w:lineRule="auto" w:after="160"/>
      </w:pPr>
      <w:r>
        <w:t>水產試驗所特刊第30號 FRI Special Publication No.30 行政院農業委員會水產試驗所 Fisheries Research Institute, COA 中華民國一○年十二月 December 2021 养殖 及生物安全防疫管理 The Aquaculture and Bio-safety Management Practices for White Shrimp。</w:t>
      </w:r>
    </w:p>
    <w:p>
      <w:r>
        <w:br w:type="page"/>
      </w:r>
    </w:p>
    <w:p>
      <w:pPr>
        <w:spacing w:after="360"/>
        <w:jc w:val="center"/>
      </w:pPr>
      <w:r>
        <w:rPr>
          <w:b/>
          <w:sz w:val="28"/>
        </w:rPr>
        <w:t>--- 第 3 頁 ---</w:t>
      </w:r>
    </w:p>
    <w:p>
      <w:pPr>
        <w:spacing w:line="288" w:lineRule="auto" w:after="160"/>
      </w:pPr>
      <w:r>
        <w:t>序 全球的蝦類供應早期以海洋捕撈居多,1960年代人工繁養殖技術獲得 突破後,養蝦業開始盛行,根據聯合國糧農組織(FAO)的統計,2007年全 球養殖蝦類328萬公噸的產量首度超越326萬公噸的海捕量,迄2019年更成 長一倍達656萬公噸。亞洲是全球養殖蝦類的生產重心,包括臺灣在內,早 期均以草蝦為主,90年代爆發疫病後產量銳減,逐漸被白蝦取代。白蝦具 廣鹽性、對環境適應力強、抗病性佳,成長快速等優點,原只在中南美洲養 殖,在草蝦養殖受創後被引進亞洲,並成為全球最重要的養殖蝦種,2019 年產量為545萬公噸,約佔養殖蝦類總產量的83%。</w:t>
      </w:r>
    </w:p>
    <w:p>
      <w:pPr>
        <w:spacing w:line="288" w:lineRule="auto" w:after="160"/>
      </w:pPr>
      <w:r>
        <w:t>臺灣於1994年第二度引進白蝦,由本所開始推廣,於2012年達13,318 公噸生產高峰,近5年(2016-2020)維持在1萬公噸上下,此生產量難以 滿足國內消費需求,2020年我國進口了32,280公噸的白蝦,是國內同期白 蝦養殖產量的4倍。分析臺灣養殖白蝦產量難以突破瓶頸的原因,可歸咎於 白蝦早死病症、肝胰腺微孢子蟲症等層出不窮的新興疾病,導致白蝦育成率 低落。然而遺憾的是,該些疾病多半無藥可治,僅能以預防來代替治療,因 此目前世界各國多以建構生物安全防疫的養殖環境與放養無帶病原的優質 蝦苗來因應。</w:t>
      </w:r>
    </w:p>
    <w:p>
      <w:r>
        <w:br w:type="page"/>
      </w:r>
    </w:p>
    <w:p>
      <w:pPr>
        <w:spacing w:after="360"/>
        <w:jc w:val="center"/>
      </w:pPr>
      <w:r>
        <w:rPr>
          <w:b/>
          <w:sz w:val="28"/>
        </w:rPr>
        <w:t>--- 第 4 頁 ---</w:t>
      </w:r>
    </w:p>
    <w:p>
      <w:pPr>
        <w:spacing w:line="288" w:lineRule="auto" w:after="160"/>
      </w:pPr>
      <w:r>
        <w:t>本所東港生技研究中心早在10多年前就開始引進國外PF白蝦種蝦進 行育種、培育SPF優質蝦苗,並積極建構防疫型養蝦設施與技術。經多年 試驗,已證實生物安全防疫型蝦類養殖確可減低白蝦受疾病感染機率並有 效提高養殖成效,近幾年進一步與家畜衛生試驗所合作,共同進行產業推 廣與輔導,落實民間應用。本次特別將10多年來在白蝦養殖方面的研究成 果與現場經驗彙編成冊,全書內容涵蓋白蝦從繁殖、養成、營養需求與飼 料開發、重要疾病以及生物安全防疫管理模式等各個重要環節,希望藉此 推廣白蝦養殖的關鍵技術與觀念,有助於減少疾病威脅提高育成率,突 破生產瓶頸,以確保國內蝦類需求的自給自足,進而促進我國養蝦產業的 永續經營與發展。</w:t>
      </w:r>
    </w:p>
    <w:p>
      <w:pPr>
        <w:spacing w:line="288" w:lineRule="auto" w:after="160"/>
      </w:pPr>
      <w:r>
        <w:t>行政院農業委員會水產試驗所 所長 陳君如 謹識 中華民國一○年十二月。</w:t>
      </w:r>
    </w:p>
    <w:p>
      <w:r>
        <w:br w:type="page"/>
      </w:r>
    </w:p>
    <w:p>
      <w:pPr>
        <w:spacing w:after="360"/>
        <w:jc w:val="center"/>
      </w:pPr>
      <w:r>
        <w:rPr>
          <w:b/>
          <w:sz w:val="28"/>
        </w:rPr>
        <w:t>--- 第 5 頁 ---</w:t>
      </w:r>
    </w:p>
    <w:p>
      <w:pPr>
        <w:spacing w:line="288" w:lineRule="auto" w:after="160"/>
      </w:pPr>
      <w:r>
        <w:t>目次 Contents 第一章 緒論 【楊明樺、劉冠甫、吳豐成 11 世界海水養殖蝦類生產現況 1 二、臺灣白蝦養殖產業發展概述與現況 5 第二章 白蝦繁殖 1 劉冠甫、周芷 -1 、種蝦培育 二、蝦苗生產 三、蝦苗培育之餌藻簡介 7 12 15 第三章 白蝦養成 楊明樺、周芷儀 放養前準備 17 二、放養注意事項 三、養殖操作管理 四、收穫 19 21 30 第四章 白蝦的營養需求飼料 | 周瑞良、楊順德、吳豐成 11 營養需求 二、飼料原料與添加劑 31 41。</w:t>
      </w:r>
    </w:p>
    <w:p>
      <w:r>
        <w:br w:type="page"/>
      </w:r>
    </w:p>
    <w:p>
      <w:pPr>
        <w:spacing w:after="360"/>
        <w:jc w:val="center"/>
      </w:pPr>
      <w:r>
        <w:rPr>
          <w:b/>
          <w:sz w:val="28"/>
        </w:rPr>
        <w:t>--- 第 6 頁 ---</w:t>
      </w:r>
    </w:p>
    <w:p>
      <w:pPr>
        <w:spacing w:line="288" w:lineRule="auto" w:after="160"/>
      </w:pPr>
      <w:r>
        <w:t>S 第五章 重要白蝦疾病 郭錦朱、陳怡彣、楊明樺 11 、病毒性疾病 52 二、細菌性疾病 55 三、寄生性原蟲疾病 56 第六章 白蝦生物安全防疫繁養殖模式 I 楊明樺 、生物安全防疫繁殖模式 59 二、生物安全防疫養殖模式 66 三、生物絮凝在白蝦生物安全防疫上的應用 69 四、建構防疫型示範場與白蝦品項團隊輔導成果 五、結語 71 74 第七章 結論與建議 1 余淑 、結論 75 、白蝦養殖管理之建議 76 三、生物安全防疫之建議 77 參考文獻 79。</w:t>
      </w:r>
    </w:p>
    <w:p>
      <w:r>
        <w:br w:type="page"/>
      </w:r>
    </w:p>
    <w:p>
      <w:pPr>
        <w:spacing w:after="360"/>
        <w:jc w:val="center"/>
      </w:pPr>
      <w:r>
        <w:rPr>
          <w:b/>
          <w:sz w:val="28"/>
        </w:rPr>
        <w:t>--- 第 7 頁 ---</w:t>
      </w:r>
    </w:p>
    <w:p>
      <w:r>
        <w:br w:type="page"/>
      </w:r>
    </w:p>
    <w:p>
      <w:pPr>
        <w:spacing w:after="360"/>
        <w:jc w:val="center"/>
      </w:pPr>
      <w:r>
        <w:rPr>
          <w:b/>
          <w:sz w:val="28"/>
        </w:rPr>
        <w:t>--- 第 8 頁 ---</w:t>
      </w:r>
    </w:p>
    <w:p>
      <w:pPr>
        <w:spacing w:line="288" w:lineRule="auto" w:after="160"/>
      </w:pPr>
      <w:r>
        <w:t>白蝦繁養殖及生物安全防疫管理 水產試驗所特刊 第30號:1-6.2021 第一章 緒論 楊明樺、劉冠甫、吳豐成- 水產試驗所東港生技研究中心。蝦類是人們最喜愛的海鮮產品之一,因 為它不僅美味且具有高營養價值,包括富含 蛋白質與人體所需的必需胺基酸,是磷、 鐵、鈣、硒等礦物質和維生素B12 與膽鹼 的重要來源,而且富含 0-3 等多元不飽和 脂肪酸,有益於大腦的認知功能與人體神經 發育,是良好的食物來源,也是容易加工料 理的食材,由於世界各地多數的人都愛吃 蝦,造就蝦類在全世界大量流通,成為國際 海鮮產品貿易中最重要的商品之一。</w:t>
      </w:r>
    </w:p>
    <w:p>
      <w:pPr>
        <w:spacing w:line="288" w:lineRule="auto" w:after="160"/>
      </w:pPr>
      <w:r>
        <w:t>、世界海水養殖蝦類生產現 況 由於養殖技術的精進,人工飼料的研發 改進,以及亞洲地區本來養殖草蝦的國家 續改養白蝦,全世界海水蝦養殖產量於過去 20年間不斷攀升,1987年全世界海水蝦養 殖產量約49萬公噸,到了2015年提高到 488萬公噸,成長了近10倍,並於2007年 首度超越捕撈量,在2016-2020年間約佔 總生產量(養殖+捕撈)的54-60%,養 殖蝦種中又以白蝦 (Litopenaeus vannamei: 同 Penaeus vannamei) 為主,約佔海水養殖 蝦類總產量的8成(FAO統計資料)。</w:t>
      </w:r>
    </w:p>
    <w:p>
      <w:pPr>
        <w:spacing w:line="288" w:lineRule="auto" w:after="160"/>
      </w:pPr>
      <w:r>
        <w:t>根據 2019年全球水產養殖領導力展望 (global outlook for aquaculture leadership, GOAL) 會議的調查與預測,全世界海水蝦養殖產量 在2018-2021年間將以3.5%的複合年均 增長率成長,預計在2021年產量將達到530 萬公噸,生產區域以亞洲地區為首,將達到 400萬公噸,主要生產國為中國、印度、越 南、印尼及泰國等。其次為拉丁美洲,將達 到118萬公噸,主要生產國為厄瓜多、墨西 哥、巴西、宏都拉斯、尼加拉瓜及秘魯等。</w:t>
      </w:r>
    </w:p>
    <w:p>
      <w:pPr>
        <w:spacing w:line="288" w:lineRule="auto" w:after="160"/>
      </w:pPr>
      <w:r>
        <w:t>2019 年蝦類商品最大出口國為印度、厄瓜 多、越南和印尼:最大進口國則為中國、美 國、日本及西班牙。白蝦與草蝦(Penaeus monodon) 是全 球主要的海水蝦類養殖對象種,兩者合計約 佔所有海水蝦類養殖產量的8成以上。其餘 零星養殖的對蝦屬蝦類還包含藍蝦(P. stylirostris)、斑節蝦(P. japonicus)、印度對 蝦(P.indicus)、墨吉對蝦(P.merguiensis) 及中國對蝦(P. chinensis)等。</w:t>
      </w:r>
    </w:p>
    <w:p>
      <w:pPr>
        <w:spacing w:line="288" w:lineRule="auto" w:after="160"/>
      </w:pPr>
      <w:r>
        <w:t>白蝦原產於 中南美洲西部太平洋沿岸熱帶水域,其具有 對鹽度適應性廣、水體利用度高、飼料蛋白 質需求低,可高密度養殖、蝦苗育成率高等 優點。白蝦於1970-1980年間在美國建立 了繁殖與幼苗培育技術後,逐漸在中南美洲 國家發展成商業化養殖模式。1989年美國 海蝦養殖計畫 (US marine shrimp farming The Aquaculture and Bio-safety Management Practices for White Shrimp 1。</w:t>
      </w:r>
    </w:p>
    <w:p>
      <w:r>
        <w:br w:type="page"/>
      </w:r>
    </w:p>
    <w:p>
      <w:pPr>
        <w:spacing w:after="360"/>
        <w:jc w:val="center"/>
      </w:pPr>
      <w:r>
        <w:rPr>
          <w:b/>
          <w:sz w:val="28"/>
        </w:rPr>
        <w:t>--- 第 9 頁 ---</w:t>
      </w:r>
    </w:p>
    <w:p>
      <w:pPr>
        <w:spacing w:line="288" w:lineRule="auto" w:after="160"/>
      </w:pPr>
      <w:r>
        <w:t>White Shrimp 楊明樺、劉冠甫、吳豐成 program)選定白蝦作為主要研發蝦種,發 展出世界上第一個無特定病原(specific pathogen free, SPF) 蝦族群,在1998年時 產量僅19.3萬公噸,但到了2004年產量接 近111.6萬公噸,已超越了亞洲國家養殖草 蝦的產量。草蝦原產於印度洋和太平洋,主要在亞 洲國家養殖,在蝦苗人工繁殖技術開發之 前,以捕撈野生苗做粗放式養殖。</w:t>
      </w:r>
    </w:p>
    <w:p>
      <w:pPr>
        <w:spacing w:line="288" w:lineRule="auto" w:after="160"/>
      </w:pPr>
      <w:r>
        <w:t>1968年 臺灣草蝦人工苗繁殖成功,以及1977年草 蝦人工配合飼料開發成功,使草蝦逐漸走向 集約式養殖,開啟往後20年全世界草蝦養 殖產業的蓬勃發展,尤其臺灣在1987年草 蝦產量達8萬公噸,佔全世界草蝦產量約 45%。目前全世界生產草蝦的國家依生產量 排序為越南、印尼、中國、孟加拉、印度、 菲律賓、孟買及泰國等。依FAO統計資料, 2018年草蝦年產量約75萬公噸,佔蝦類總 養殖產量的10-15%。</w:t>
      </w:r>
    </w:p>
    <w:p>
      <w:pPr>
        <w:spacing w:line="288" w:lineRule="auto" w:after="160"/>
      </w:pPr>
      <w:r>
        <w:t>無奈臺灣在1988年遭遇草蝦病變,產 量急遽下滑,至1990年產量僅剩8千多公 噸,到了1992年又爆發白點症(White Spot Syndrome),使草蝦養殖難上加難。除了臺 灣,亞洲其他國家養殖的草蝦也陸續受到疾 病侵襲,多數蝦場及天然海域也都充斥著蝦 類病原,使仰賴天然種蝦的草蝦種苗容易因 親本帶原而垂直傳染給子代,放養帶有病原 的種苗又水平傳染至鄰近養殖池。而此時美 國夏威夷不但開發出SPF白蝦種原,在2000 年左右也選育出抗陶拉症 (Taura syndrome)品系,再配合養殖場生物安全管 理措施,白蝦養殖的成功浪潮從中南美洲開 始陸續席捲東南亞國家。</w:t>
      </w:r>
    </w:p>
    <w:p>
      <w:pPr>
        <w:spacing w:line="288" w:lineRule="auto" w:after="160"/>
      </w:pPr>
      <w:r>
        <w:t>起初亞洲國家如泰 國、印度和菲律賓等因顧慮白蝦為外來種, 引進後可能破壞當地生態資源,以及擔憂引 種帶來疾病,但考量草蝦在短期之內無法復 甦,以及白蝦強勁的養殖優勢,在2000- 2010年之間,陸續開放白蝦引進養殖,並 很快取代原生的草蝦成為主要的養殖蝦種。印度在2008年以前主要養殖草蝦,年 產量約8萬公噸,自2009-2010年開始大 幅度轉換養殖白蝦,2019年草蝦產量約6 萬公噸,而白蝦產量約72.4萬公噸(FAO 統計資料)。</w:t>
      </w:r>
    </w:p>
    <w:p>
      <w:pPr>
        <w:spacing w:line="288" w:lineRule="auto" w:after="160"/>
      </w:pPr>
      <w:r>
        <w:t>印度於1996年創立拉吉夫甘地 水產養殖中心 (Rajiv Gandhi Centre for Aquaculture, RGCA),並在2006年於其轄 下設立水生檢疫設施 (aquatic quarantine facility. AQC),針對非印度本地種之進口白 蝦種蝦或蝦苗進行暫養隔離檢疫,通過檢疫 才會放行給申請進口之孵化場或養殖場。2018年進口22萬對種蝦,生產690億尾後 期幼蟲,目前已建立了年產1,200億尾幼蟲 (post-larva)的生產能力,估計有550-600 個孵化場。</w:t>
      </w:r>
    </w:p>
    <w:p>
      <w:pPr>
        <w:spacing w:line="288" w:lineRule="auto" w:after="160"/>
      </w:pPr>
      <w:r>
        <w:t>印度蝦類養殖面積約16萬公 頃,採半集約養殖,密度40尾/m²,1年1 -2期,每期每公頃產量約4公噸,活存率 近8成,生產的白蝦體形較大,約15-36 尾/斤。印度生產的白蝦以出口為主,佔生 產量的9成以上,在2019年出口了約65 萬公噸的蝦,價值48.9億美元。在過去十 年中,出口量增長了30%。主要市場包括 美國(46.7%)、中國(23.8%)、歐盟(12.1%) 及日本(6.4%),國內市場不到5萬公噸。</w:t>
      </w:r>
    </w:p>
    <w:p>
      <w:pPr>
        <w:spacing w:line="288" w:lineRule="auto" w:after="160"/>
      </w:pPr>
      <w:r>
        <w:t>菲律賓是1970年代後期亞洲第一個進 2 FRI Special Publication No.30。</w:t>
      </w:r>
    </w:p>
    <w:p>
      <w:r>
        <w:br w:type="page"/>
      </w:r>
    </w:p>
    <w:p>
      <w:pPr>
        <w:spacing w:after="360"/>
        <w:jc w:val="center"/>
      </w:pPr>
      <w:r>
        <w:rPr>
          <w:b/>
          <w:sz w:val="28"/>
        </w:rPr>
        <w:t>--- 第 10 頁 ---</w:t>
      </w:r>
    </w:p>
    <w:p>
      <w:pPr>
        <w:spacing w:line="288" w:lineRule="auto" w:after="160"/>
      </w:pPr>
      <w:r>
        <w:t>第一章 緒論 口白蝦進行實驗的國家,但因疾病爆發,擔 心波及國內草蝦產業,於1993年和2001 年兩度被政府禁止,直到2007年因國際白 蝦浪潮襲捲才又開放養殖。白蝦養殖主要由 企業經營,總養殖面積約3,327公頃,2019 年產量為19.2萬公噸(FAO統計資料)。印尼在2002年開始引進白蝦養殖,白 蝦產量在2019年為69.7萬公噸(FAO統計 資料)。印尼的養殖池有規劃良好的進排水 管道、蓄水池、沉澱池及污水處理池等,這 些淨化水質的池子面積約佔整個養殖場的 20-25%。</w:t>
      </w:r>
    </w:p>
    <w:p>
      <w:pPr>
        <w:spacing w:line="288" w:lineRule="auto" w:after="160"/>
      </w:pPr>
      <w:r>
        <w:t>養殖池面積近年來逐漸小型化, 從過去單個池子2,500-5,000m²縮減為為 1,000m²或更小。形狀從方形改變為圓形, 有利於池水充分循環,以及更有效率將池底 污物集中排除(中央排污)。池內鋪設高密 度聚乙烯 (high-density polyethylene, HDPE) 地膜或混泥土,以便和底土完全隔 離。如此措施除了可更精準管理,提高生物 安全等級,還可使單位面積產能加倍。印尼 採集約式養殖,密度約130尾/m²,一年約 生產2-3期,每期每公頃產量約23公噸, 活存率8成以上。</w:t>
      </w:r>
    </w:p>
    <w:p>
      <w:pPr>
        <w:spacing w:line="288" w:lineRule="auto" w:after="160"/>
      </w:pPr>
      <w:r>
        <w:t>越南早期養殖墨吉對蝦和印度對蝦, 1984年開始引進草蝦,2000年引進白蝦, 目前蝦類主要養殖區域集中於中部省分及 湄公河三角洲。1991年越南蝦類養殖池面 積為23萬公頃,總產量約為5.6萬公噸, 到了2005年面積增加到60萬公頃和產量 30萬公噸,主要生產草蝦。但此後白蝦養 殖發展迅速,到2013年,總養殖面積達到 65萬公頃,產量47.5萬公噸,其中白蝦佔 養殖面積的9.8%,產量的51.7%。</w:t>
      </w:r>
    </w:p>
    <w:p>
      <w:pPr>
        <w:spacing w:line="288" w:lineRule="auto" w:after="160"/>
      </w:pPr>
      <w:r>
        <w:t>越南白 蝦採超級約式養殖,平均密度約220尾 /m²,每年生產2-3期,每期每公頃產量約 22公噸,相較之下,草蝦採粗放式養殖, 密度 20-35尾/m²,每期每公頃產量約22 公噸。越南2019年白蝦產量57.7萬公噸, 排名全球第5;草蝦產量29萬公噸,排名 全球第1(FAO統計資料)。出口蝦類產品中 白蝦佔了68.7%,草蝦佔23%,主要出口國 為日本、加拿大及澳洲。海水蝦在越南養殖 成功的主要因素為要求蝦苗品質,加強池塘 管理及落實生物安全防疫,同時實施中間有 成及間捕。</w:t>
      </w:r>
    </w:p>
    <w:p>
      <w:pPr>
        <w:spacing w:line="288" w:lineRule="auto" w:after="160"/>
      </w:pPr>
      <w:r>
        <w:t>其它配套措施則是應用智慧化水 質監測系統與機能性或功能性飼料來加強 蝦體抗病力。泰國傳統上養殖草蝦,在國內擁有發展 良好且組織健全的蝦類養殖生產網絡,包括 孵化場、養殖場、飼料場、加工廠及國際貿 易公司,從1990年代起,泰國養殖草蝦的 產量及出口量即處於世界領先的地位,並在 2001年達到草蝦產量的高峰28萬公噸,往 後則因草蝦成長緩慢綜合症 (monodon slow growth syndrome, MSGS)造成產量逐 年遞減。</w:t>
      </w:r>
    </w:p>
    <w:p>
      <w:pPr>
        <w:spacing w:line="288" w:lineRule="auto" w:after="160"/>
      </w:pPr>
      <w:r>
        <w:t>泰國於1999年起非正式引進白蝦 養殖並獲得成功,直到2002年泰國政府漁 業部才正式認可引進白蝦種蝦,但要符合無 特定病原的檢疫證明。2004年起白蝦產量 達到20.5萬公噸首度已超越草蝦產量,往 後白蝦產量急速上升而草蝦產量則相對快 速下降,至2011年白蝦產量已達61.2萬公 噸,而草蝦只剩0.65公噸。2009年中國爆 發急性肝胰臟壞死綜合症 (acute The Aquaculture and Bio-safety Management Practices for White Shrimp 3。</w:t>
      </w:r>
    </w:p>
    <w:p>
      <w:r>
        <w:br w:type="page"/>
      </w:r>
    </w:p>
    <w:p>
      <w:pPr>
        <w:spacing w:after="360"/>
        <w:jc w:val="center"/>
      </w:pPr>
      <w:r>
        <w:rPr>
          <w:b/>
          <w:sz w:val="28"/>
        </w:rPr>
        <w:t>--- 第 11 頁 ---</w:t>
      </w:r>
    </w:p>
    <w:p>
      <w:pPr>
        <w:spacing w:line="288" w:lineRule="auto" w:after="160"/>
      </w:pPr>
      <w:r>
        <w:t>White Shrimp 楊明樺、劉冠甫、吳豐成 hepatopancreatic necrosis syndrome, AHPNS) 不久泰國也傳出疫情,產量開始逐年遞減, 到了2014年總產量降至最低點約26.2萬公 噸。歷經種種疾病威脅與困擾後,泰國蝦場 逐漸走向封閉式而且精緻化的循環水養殖 系統,並大幅縮減實際用來養蝦的池子面 積,以往的蝦池約有1/3-1/2 用來作為 水池及沉澱池,並強調養殖池設計以達到池 底集污與排污的功能,如此雖然養殖面積 減,但單位產能提高1倍以上,生產效率更 高而且產能更穩定。</w:t>
      </w:r>
    </w:p>
    <w:p>
      <w:pPr>
        <w:spacing w:line="288" w:lineRule="auto" w:after="160"/>
      </w:pPr>
      <w:r>
        <w:t>泰國目前約擁有 872 個孵化場與育苗場,以及將近2.4萬個養殖 場,養蝦場面積約4.9萬公頃,採集約式養 殖,放養密度120-200尾/m²,每年生產2 -3期,每期每公頃產量15-24公噸,2019 年生產了36.5萬公噸的白蝦及1.7萬公噸的 草蝦(FAO統計資料)。中國在1992年以前主要養殖的海水蝦 種類為中國對蝦、草蝦及斑節蝦,年產能約 20萬公噸,為全世界第一。1993年以後, 由於白點症流行爆發,1994年產量僅剩6.4 萬公噸。</w:t>
      </w:r>
    </w:p>
    <w:p>
      <w:pPr>
        <w:spacing w:line="288" w:lineRule="auto" w:after="160"/>
      </w:pPr>
      <w:r>
        <w:t>中國早在1988年從美國夏威夷引 進白蝦進行研究,1992年成功人工繁殖, 但仍無法量產,1995年起臺灣業者將白蝦 種苗生產基地移往中國廣東及海南省,在資 金、技術及種原挹注下,開始大量生產蝦 苗,解決白蝦種苗供應的問題,開啟白蝦的 大面積生產,到了2000年中國海水對蝦產 量回到19.2萬公噸,2019年更達到208萬 公噸,其中白蝦約佔87%(FAO 統計資料)。中國近年來雖然在對蝦養殖產量上仍居於 全球領先地位,而且FAO統計資料顯示從 1994-2019年產量逐年提升,但國際上有 許多學者及媒體質疑其數據的真實性,主要 是中國自2011年起對蝦出口量開始逐年遞 減,從23萬公噸降至2018年的15萬公噸, 相對地,中國對蝦進口量在近幾年則快速攀 升,2019年進口量達到71.8萬公噸,已超 越美國成為全世界最大的對蝦進口國,主要 從厄瓜多、印度及越南進口(https://www. undercurrentnews.com/)。</w:t>
      </w:r>
    </w:p>
    <w:p>
      <w:pPr>
        <w:spacing w:line="288" w:lineRule="auto" w:after="160"/>
      </w:pPr>
      <w:r>
        <w:t>雖然中國對蝦內需 快速成長可能帶動進口量大增,但有許多不 利因素確實可能導致其養殖產量下降,主要 是疾病造成活存率差,生長緩慢以及大小參 差,次要因素是長期集約式養殖海水蝦造成 環境污染,海水滲漏到土壤造成土地鹽化, 養殖過程使用的化學藥品、抗生素,以及產 生大量有機物污染地下水及河口海域等,促 使政府祭出更嚴格的環境保護政策,限縮了 對蝦養殖產業發展。其它影響產量因素還包 括種質逐年退化,種苗對環境緊迫耐受性不 佳等。</w:t>
      </w:r>
    </w:p>
    <w:p>
      <w:pPr>
        <w:spacing w:line="288" w:lineRule="auto" w:after="160"/>
      </w:pPr>
      <w:r>
        <w:t>厄瓜多養殖的對蝦是僅次於石油的第 二大出口產品,為該國重要的經濟產業。2018年白蝦產量約56萬公噸,出口量達 46.4萬公噸,為全世界第二大蝦類出口國, 2019年白蝦產量持續上升至68萬公噸 (FAO統計資料)。厄瓜多白蝦養殖的特點在 於粗放、開放式,以及種苗對疾病有高的耐 受性。平均單口養殖池面積從早期 15-30 公頃,下降到現在的1-5公頃,放養密度 約10-20尾/m²,每期每公頃產量約1-2 公噸,每年3-4期,活存率約80-85%。</w:t>
      </w:r>
    </w:p>
    <w:p>
      <w:pPr>
        <w:spacing w:line="288" w:lineRule="auto" w:after="160"/>
      </w:pPr>
      <w:r>
        <w:t>養殖白蝦產量從1979年開始逐年攀升,除 4 FRI Special Publication No.30。</w:t>
      </w:r>
    </w:p>
    <w:p>
      <w:r>
        <w:br w:type="page"/>
      </w:r>
    </w:p>
    <w:p>
      <w:pPr>
        <w:spacing w:after="360"/>
        <w:jc w:val="center"/>
      </w:pPr>
      <w:r>
        <w:rPr>
          <w:b/>
          <w:sz w:val="28"/>
        </w:rPr>
        <w:t>--- 第 12 頁 ---</w:t>
      </w:r>
    </w:p>
    <w:p>
      <w:pPr>
        <w:spacing w:line="288" w:lineRule="auto" w:after="160"/>
      </w:pPr>
      <w:r>
        <w:t>第一章 緒論 1989年爆發海鷗綜合症 (seagull syndrome) 及 1994 年爆發陶拉症使產量稍 微下滑,最大危害為1999年爆發的白點 症,當年產量為10.7萬公噸,隔年立即下 降至3.9萬公噸,迫使白蝦產業不得不進行 改革,包括降低使用野生種蝦及種苗以降低 感染風險,進口SPF 種原,大量使用種苗 場人工培育的蝦苗,針對在地種原進行遺傳 改良,從暴露於所有病原體中還有對病原耐 受性佳的親蝦,以解決疾病的問題。</w:t>
      </w:r>
    </w:p>
    <w:p>
      <w:pPr>
        <w:spacing w:line="288" w:lineRule="auto" w:after="160"/>
      </w:pPr>
      <w:r>
        <w:t>此外也 重視蝦苗品質,放養前先測試其對環境緊迫 耐受性,選擇強健蝦苗,並且普遍實施分階 段養殖,即蝦苗先在受保護的中間育成池暫 養4-6週,待成長至0.5-1g時再搬到戶 外池,縮短戶外養成時間,降低遭受疾病感 染的風險。同時也加強生物安全防疫,水源 引進時會過濾消毒處理,避免病原及其載體 進入養殖池。養殖過程使用投餌機、益生菌 及機能性飼料,提高飼料效率及蝦子免疫 力。厄瓜多藉由以上配套措施多管齊下,白 蝦產量在2015-2020年的複合年增長率為 11.3%,估計2021年產量將達70萬公噸, 成為僅次於中國和越南的世界第三大對蝦 養殖生產國(GOAL,2019)。</w:t>
      </w:r>
    </w:p>
    <w:p>
      <w:pPr>
        <w:spacing w:line="288" w:lineRule="auto" w:after="160"/>
      </w:pPr>
      <w:r>
        <w:t>沙烏地阿拉伯的海水蝦養殖種類最早 是草蝦,但由於草蝦對多種病原的感受性 強,且對紅海地區高鹽度海水的適應性不 佳,於2000年初期改以印度對蝦養殖為 主,產量在2009年達到2.1萬公噸,之後 因感染白點症導致產量逐年遞減,2013年 僅剩660kg。沙國的養殖模式跟厄瓜多類 似,養殖池面積平均約10公頃,如此大的 空間很難做到周全的防疫工作,為了挽救養 殖對蝦產業,沙國於2014年起引進厄瓜多 兼具無特定病原與對白點病耐受性高的白 蝦品系進行養殖,從此白蝦為沙國特許的海 水蝦養殖蝦種。</w:t>
      </w:r>
    </w:p>
    <w:p>
      <w:pPr>
        <w:spacing w:line="288" w:lineRule="auto" w:after="160"/>
      </w:pPr>
      <w:r>
        <w:t>有了優質種原之外,沙國也 做好水源消毒處理及縝密的檢疫監測計 畫,產量開始有了顯著提升,2018年即達 到6.1萬公噸 (FAO統計資料),為全世界 養蝦採用生物安全防疫最成功的典範。二、臺灣白蝦養殖產業發展概 述與現況 根據丁 (2005) 記載,白蝦最早於1984 年由農委會漁業處引進,分別由民間業者及 本所進行試養,由於當時正值草蝦養殖盛 期,大家對於白蝦這個品種並未重視,繁養 殖代後隨即中斷。</w:t>
      </w:r>
    </w:p>
    <w:p>
      <w:pPr>
        <w:spacing w:line="288" w:lineRule="auto" w:after="160"/>
      </w:pPr>
      <w:r>
        <w:t>白蝦真正引進臺灣養殖 是在1994年,由於高雄繁殖業者自夏威夷 引進SPF 藍蝦繁養殖成效不錯,因而也引 進 SPF 白蝦養殖,由於效果相當良好,普 遍引起養殖興趣,自1998年開始興起從夏 威夷引進SPF 白蝦種蝦的熱潮,即使每對 種蝦售價高達數百美金還爭相搶購。根據統 計資料,1998年下半年到1999年年初引進 數量已超過1.5萬對,由SPF白蝦種蝦培育 出來的蝦苗養殖成效相較於草蝦良好,遂興 起白蝦養殖風氣。</w:t>
      </w:r>
    </w:p>
    <w:p>
      <w:pPr>
        <w:spacing w:line="288" w:lineRule="auto" w:after="160"/>
      </w:pPr>
      <w:r>
        <w:t>目前白蝦已成為我國主要 養殖的海水蝦,其產量在2001年首度超越 草蝦,達5,809公噸,然而近10多年來始 終在7,500-13,500公噸之間變動,無法大 幅度成長,與草蝦養殖全盛時期的95,000 The Aquaculture and Bio-safety Management Practices for White Shrimp 5。</w:t>
      </w:r>
    </w:p>
    <w:p>
      <w:r>
        <w:br w:type="page"/>
      </w:r>
    </w:p>
    <w:p>
      <w:pPr>
        <w:spacing w:after="360"/>
        <w:jc w:val="center"/>
      </w:pPr>
      <w:r>
        <w:rPr>
          <w:b/>
          <w:sz w:val="28"/>
        </w:rPr>
        <w:t>--- 第 13 頁 ---</w:t>
      </w:r>
    </w:p>
    <w:p>
      <w:pPr>
        <w:spacing w:line="288" w:lineRule="auto" w:after="160"/>
      </w:pPr>
      <w:r>
        <w:t>White Shrimp 楊明樺、劉冠甫、吳豐成 公噸更是相去甚遠。因為生產瓶頸無法突 破,業者認為專養白蝦活存率低難以獲利, 臺灣因而發展出獨特的魚蝦混養模式,以魚 (虱目魚、鱸魚等)為主,蝦(白蝦、草蝦)為 輔,採這種養殖模式的縣市主要為臺南市、 嘉義縣及高雄市,混養的白蝦產量約佔總產 量8成,混養面積約佔總養殖面積的83% (2020年漁業統計年報)。以往混養模式還能 奏效,每公頃約可收成白蝦2,000kg,但近 年來極可能因為感染蝦類新興疾病造成活 存率低,年產量從2016年的12,423公噸持 續下滑, 2018年僅剩8,027公噸,同年還 得從中南美洲(宏都拉斯及尼加拉瓜)或 東南亞國家(馬來西亞、泰國及越南)進口 冷凍白蝦 20,214公噸以補足內需缺口。</w:t>
      </w:r>
    </w:p>
    <w:p>
      <w:pPr>
        <w:spacing w:line="288" w:lineRule="auto" w:after="160"/>
      </w:pPr>
      <w:r>
        <w:t>雖 然2019年養殖產量回升至10,072公噸,但 2020年又下挫到8,096公噸,此時進口量則 持續攀升,至2020年達32,280公噸 (2020 年漁業統計年報,關務署統計資料)(圖 1-1),國內生產量僅達需求量的20%。產量(公噸) 14,000 12,000- 13,318 13.207 12,701 12,423 10,072 10,000- 10.020 9228 8,781 8,000 7,761 7.978 7979 8.096 6,000 4,000- 2,000- 0 2009 2010 2011 2012 2013 2014 2015 2016 2017 2018 2019 2020 年別 圖1-1 臺灣近10年來白蝦養殖產量 臺灣初期放養 SPF白蝦苗成效良好, 但此光景與熱潮在短短幾年內隨即消退,是 因為SPF 蝦苗雖然阻斷了疾病的垂直感 染,但養殖環境的水平感染仍相當嚴重,也 就是欠缺 SPF的養殖環境,遑論有些業者 為了節省成本引進不是SPF的種蝦及蝦 苗,也就陸續把一些白蝦新興傳染病如急性 肝胰臟壞死綜合症、微孢子蟲感染症 (enterocytozoon hepatopenaei infection. EHP)、十足目虹彩病毒症(decapod iridescent nirus 1 infection, DIV1)等帶進國 內,讓白蝦繁養殖生產區完全暴露在這些疾 病的威脅下,使白蝦養殖難上加難。</w:t>
      </w:r>
    </w:p>
    <w:p>
      <w:pPr>
        <w:spacing w:line="288" w:lineRule="auto" w:after="160"/>
      </w:pPr>
      <w:r>
        <w:t>但在此 同時,全世界主要養殖海水蝦的國家產量卻 是持續增加,其中與臺灣最主要的差別在 於,這些國家大都使用SPF的蝦苗,並盡 力打造SPF 的養殖環境。從國際上不斷有 新興蝦病爆發,且國內不久就會出現感染案 例的情況來看,國內的蝦類疫情管控需要有 更嚴謹的生物安全防疫作為。有鑑於此,本 所自1994年起開始建立與推廣SPF白蝦繁 養殖技術,每年自美國夏威夷引進SPF白 蝦種蝦,量產價格合理品質優良的蝦苗供業 者放養,並輔導業者建立防疫設施與措施, 以提高白蝦的育成率,成效相當優良。</w:t>
      </w:r>
    </w:p>
    <w:p>
      <w:pPr>
        <w:spacing w:line="288" w:lineRule="auto" w:after="160"/>
      </w:pPr>
      <w:r>
        <w:t>不過 本所的SPF 白蝦苗產能有限,無法滿足廣 大養殖業者的需求,因此也陸續釋出 SPF 白蝦種蝦給民間繁殖場,同時協助其導入防 型一貫化的生產模式,使據以量產優質白 蝦種苗,再配合近幾年水產試驗所相關執行 計畫中有關生物安全防疫的宣導,目前已能 看出具體成效,參與計畫的輔導戶及示範場 產能都能有顯著提升,期望這樣的執行成果 能擴大應用到整個產業鏈,使白蝦養殖能免 於疾病的侵擾,使年產量能逐年攀升以滿足 國人需求。</w:t>
      </w:r>
    </w:p>
    <w:p>
      <w:pPr>
        <w:spacing w:line="288" w:lineRule="auto" w:after="160"/>
      </w:pPr>
      <w:r>
        <w:t>6 FRI Special Publication No.30。</w:t>
      </w:r>
    </w:p>
    <w:p>
      <w:r>
        <w:br w:type="page"/>
      </w:r>
    </w:p>
    <w:p>
      <w:pPr>
        <w:spacing w:after="360"/>
        <w:jc w:val="center"/>
      </w:pPr>
      <w:r>
        <w:rPr>
          <w:b/>
          <w:sz w:val="28"/>
        </w:rPr>
        <w:t>--- 第 14 頁 ---</w:t>
      </w:r>
    </w:p>
    <w:p>
      <w:pPr>
        <w:spacing w:line="288" w:lineRule="auto" w:after="160"/>
      </w:pPr>
      <w:r>
        <w:t>白蝦繁養殖及生物安全防疫管理 水產試驗所特刊第30號: 7-16.2021 第二章 白蝦繁殖 【劉冠甫、周芷儀 水產試驗所東港生技研究中心 種蝦培育 ' 白蝦屬節肢動物門(Arthropoda)、甲殼 綱(Crustacea)、軟甲亞綱(Malacostraca)、 十足目(Decapoda)、對蝦科(Penacidae)、 濱對蝦屬 (Litopenaeus)、范氏濱對蝦(L. vannamei),蝦類的生殖生理調控亦是受到 內因性因子和外因性(環境刺激因子兩 者相互調配影響,在兩因子與其他因素如營 養等相互適時配合下才能使種蝦完全進入 及完成生殖週期:在蝦類生長達到生殖體型 時,當環境刺激因子包括如溫度、光照週期 與光照強度等條件適當時,環境因子的刺激 經由感覺及神經系統感受環境訊息後產生釋 放神經調節物質(neuroregulator) 來傳遞訊 息,再經由神經內分泌系統與內分泌系統合 成分泌必要的調節因子或激素,來調控蝦類 生殖相關器官之生理反應,使其進入性成熟 與生殖作用,達成繁衍族群的任務。</w:t>
      </w:r>
    </w:p>
    <w:p>
      <w:pPr>
        <w:spacing w:line="288" w:lineRule="auto" w:after="160"/>
      </w:pPr>
      <w:r>
        <w:t>蝦類產生神經調節物質主要之組織器 官在頭胸甲處,其中複眼與眼柄處為中心, 其中與生殖生理較為相關組織器官有 X器 官-竇腺複合體系統(X-organ-sinus gland complex)(2-1)與Y-器官(Y-organ),X 器官-賨腺複合體系統會分泌數種激素如甲 殼類血糖上升激素(crustacean hyperglycemic hormone, CHH)、色素細胞凝集激素(pigment- concentrating hormone, PCH)、色素細胞擴 散激素(pigment-dispersing hormone, PDH)、 大器官抑制激素(mandibular organ- inhibiting hormone, MOIH)、 脫殼抑制激素 (molt-inhibiting hormone, MIH)與生殖腺 抑制激素(gonad-inhibiting hormone, GIH) 又稱為卵黃素生成抑制激素(vitellogenesis- inhibiting hormone, VIH) 等對生殖生理有 抑制作用激素,一般在雌種蝦催熟過程中進 行的眼柄切除主要是利用回饋機制降低上 述抑制生殖腺發育和與生殖相關的生理調 控之內分泌機制,在X器官-竇腺複合體切 除後致使 Y-器官能分泌脫殼激素(eedysone) 及大顎器官分泌類青春激素(methyl farnesoate, MF),可提高血淋巴中卵黃前質 的含量,腦和胸腺神經節分泌的性腺促進 素促進卵細胞之發育。</w:t>
      </w:r>
    </w:p>
    <w:p>
      <w:pPr>
        <w:spacing w:line="288" w:lineRule="auto" w:after="160"/>
      </w:pPr>
      <w:r>
        <w:t>蝦苗的人工繁殖,須 先取得成熟的雌、雄大蝦亦所謂的種蝦,通 常魚塭中養成之白蝦依其活存密度、養殖方 式(單或混養方式)與養殖管理(如投餵 餌、飼料品質)等,會影響其雌種蝦卵巢中 的卵細胞發育情況與品質,一般雌種蝦體重 達30g左右可從背部外觀上輕易觀察到發 育之卵巢,至於雄種蝦一般在20g左右可 在第五步腳基部之雄性生殖孔處極明顯 The Aquaculture and Bio-safety Management Practices for White Shrimp 7。</w:t>
      </w:r>
    </w:p>
    <w:p>
      <w:r>
        <w:br w:type="page"/>
      </w:r>
    </w:p>
    <w:p>
      <w:pPr>
        <w:spacing w:after="360"/>
        <w:jc w:val="center"/>
      </w:pPr>
      <w:r>
        <w:rPr>
          <w:b/>
          <w:sz w:val="28"/>
        </w:rPr>
        <w:t>--- 第 15 頁 ---</w:t>
      </w:r>
    </w:p>
    <w:p>
      <w:pPr>
        <w:spacing w:line="288" w:lineRule="auto" w:after="160"/>
      </w:pPr>
      <w:r>
        <w:t>White Shrimp 劉冠甫、周芷儀 ME LG OMN BON ON 蝦類右眼柄內部構造 ME MEC MI PDX SG AMTH MTC 左圖為背面:右圖為眼柄內神經節 BON:視神經案之分枝;C:角膜(圓錐品體):LG: Lamina ganglionaris: ME:外:MT:終:OMN: 動眼神經:ON:視和經索:SG:適腺:MEC:外 細胞集團;MI:內:MTC:終髓細胞集團;PDX: 末端部 圖2-1 複眼與眼柄生殖內分泌組織相關位置(修改自隆島史夫,1990) 發現白色精莢,在臺灣南部只要體型如前述 夠大在新曆的3-10月為其生殖高峰期,但 如水溫能維持在22-25℃以上,則不受季 節與地區影響,蝦類雌性生殖腺之成熟度只 要稍微熟練者即可透過外殼觀察卵巢大小 識別之(圖2-2、2-3),雄蝦則需由生殖孔 處檢測:於排卵時卵子能自行於體外受精: 通常種蝦放養於產卵水槽中,則於該日或次 日夜晚排卵進行體外受精;若欲於書間讓它 產卵則覆蓋黑布使其環境變暗,亦可促使其 產卵;所產的卵,呈球形,淺草綠色或淺黃 褐色之受精卵屬沉性受精卵,因此在計算 數時與避免受精卵長時間覆疊至缺氧致 死,必需攪拌底層水使其翻騰,可提高孵化 率:每尾種蝦產卵數平均數萬至30萬 8 FRI Special Publication No 30 粒左右間,其孵化率視其種蝦之本身與生 殖細胞品質來定,最可高達70-90% 孵化 率。</w:t>
      </w:r>
    </w:p>
    <w:p>
      <w:pPr>
        <w:spacing w:line="288" w:lineRule="auto" w:after="160"/>
      </w:pPr>
      <w:r>
        <w:t>目前實務上篩選白蝦種蝦一般原則先 抽樣檢測是否染疫,在無帶病原後開始進行 選種,先以外觀無傷痕、觸感結實光滑、及 殼上無曾染疫過之跡痕,例如感染白點症病 毒會在殼上呈現白點或曾感染嗜幾丁質細 菌造成黑斑等,篩選中如有肌肉白濁或抽筋 現象需淘汰;體型大小涉及性成熟度與孕卵 數量,一般雄蝦體型在30-40g之間,雌 蝦體型在35-50g之間為佳,體型過大(或 養殖時間過長)會影響性細胞之品質與數 量。種蝦進行眼柄切除(單眼)(圖2-4)(只。</w:t>
      </w:r>
    </w:p>
    <w:p>
      <w:r>
        <w:br w:type="page"/>
      </w:r>
    </w:p>
    <w:p>
      <w:pPr>
        <w:spacing w:after="360"/>
        <w:jc w:val="center"/>
      </w:pPr>
      <w:r>
        <w:rPr>
          <w:b/>
          <w:sz w:val="28"/>
        </w:rPr>
        <w:t>--- 第 16 頁 ---</w:t>
      </w:r>
    </w:p>
    <w:p>
      <w:pPr>
        <w:spacing w:line="288" w:lineRule="auto" w:after="160"/>
      </w:pPr>
      <w:r>
        <w:t>Ⅲ 第二章 白蝦繁殖 圖2-2雌蝦生殖腺成熟期各階段(Ⅰ期灰黄色:灰黃色、約1/3體寬:Ⅲ期深灰黃色、約1/2體寬:IV 期灰色、約1/2體寬、頭胸甲與腹甲處左右形成三角形)(引用自Primavera, 1983) 圖2-3 催熟後卵巢成熟第1期 The Aquaculture and Bio-safety Management Practices for White Shrimp 9。</w:t>
      </w:r>
    </w:p>
    <w:p>
      <w:r>
        <w:br w:type="page"/>
      </w:r>
    </w:p>
    <w:p>
      <w:pPr>
        <w:spacing w:after="360"/>
        <w:jc w:val="center"/>
      </w:pPr>
      <w:r>
        <w:rPr>
          <w:b/>
          <w:sz w:val="28"/>
        </w:rPr>
        <w:t>--- 第 17 頁 ---</w:t>
      </w:r>
    </w:p>
    <w:p>
      <w:pPr>
        <w:spacing w:line="288" w:lineRule="auto" w:after="160"/>
      </w:pPr>
      <w:r>
        <w:t>White Shrimp 劉冠甫、周芷儀 眼柄 切除處 圖2-4眼柄切除後癒合 針對雌蝦),雌雄比為1:1-2,放養密度約 10-15尾/m²,水溫在25-28℃,鹽度不低 於25 psu,投餵生例如烏賊、文蛤、牡蠣、 螃蟹、蝦類與青蟲(多毛類)等,其中以青 蟲的對催熟效果較佳,養殖方式採用流水 式,一般前14天效果較不顯著,但只要有 產卵過其性成熟速度會加快,最快只要3 天就可再一次卵,平均約1-2星期,只 要雌蝦有交配過且未曾脫殼或精莢脫落,則 附於雌性生殖輔助器或附近上(圖2-5)的 精莢內之精子就有受精能力(留存在雌種 蝦身上之精莢可多次使用);白蝦在池塘中 可自然成熟與交配,較為注意是白蝦交配屬 開放式既其精是是直接貼附於雌蝦腹部 上或生輔助器上(圖2-6),所以搬移撈捕 10 FRI Special Publication No.30 時要注意精莢是否有脱落以免影響受精率。</w:t>
      </w:r>
    </w:p>
    <w:p>
      <w:pPr>
        <w:spacing w:line="288" w:lineRule="auto" w:after="160"/>
      </w:pPr>
      <w:r>
        <w:t>目前實務種蝦培育操作模式,篩選後雌 蝦進行單邊眼柄切除後,雌、雄種蝦可分開 或混養,如分開養殖催熟時,則需每日至雌 蝦池中巡視觀察,在中午以前將成熟雌蝦移 入雄蝦池中,以利中午過後之雄蝦會有追尾 交配行為,一般卵巢成熟雌蝦會於晚上產卵 體外受精:種蝦催熟餌料,以投餵青蟲為 主,南極蝦、烏賊及螃蟹等為輔,但螃蟹屬 甲殼類可能帶有共同傳染病原之風險,南極 蝦因生存環境差異則較無此顧慮,要做到防 疫,生餌餵飼前須檢測或以高溫消毒,但經 高溫消毒後在蝦類催熟效果較差;催熟養殖 一般採用流水式養殖,鹽度勿低於26psu, 水溫在26-30℃左右;因為蝦類受精卵屬。</w:t>
      </w:r>
    </w:p>
    <w:p>
      <w:r>
        <w:br w:type="page"/>
      </w:r>
    </w:p>
    <w:p>
      <w:pPr>
        <w:spacing w:after="360"/>
        <w:jc w:val="center"/>
      </w:pPr>
      <w:r>
        <w:rPr>
          <w:b/>
          <w:sz w:val="28"/>
        </w:rPr>
        <w:t>--- 第 18 頁 ---</w:t>
      </w:r>
    </w:p>
    <w:p>
      <w:pPr>
        <w:spacing w:line="288" w:lineRule="auto" w:after="160"/>
      </w:pPr>
      <w:r>
        <w:t>第三對步足 生殖孔 第五對步足 生殖輔助器 第二章 白蝦繁殖 雌蝦(白蝦) 第一對泳足。雄蝦(白蝦) 圖2-5 生殖器相關位置 精英 圖2-6 白蝦雌蝦腹節貼附之精莢 沉性卵且發育時間需費24-36小時,如單 位面積內受精卵密度較高有堆積現象時需 3-4 小時攪拌一次避免因堆積造成缺氧現 象影響孵化率,孵化出之無節幼蟲初期活動 力不強,一般會在蛻變三、四期後利用其趨 光性將其收集移入繁殖池(槽)進行培育。</w:t>
      </w:r>
    </w:p>
    <w:p>
      <w:pPr>
        <w:spacing w:line="288" w:lineRule="auto" w:after="160"/>
      </w:pPr>
      <w:r>
        <w:t>The Aquaculture and Bio-safety Management Practices for White Shrimp 11。</w:t>
      </w:r>
    </w:p>
    <w:p>
      <w:r>
        <w:br w:type="page"/>
      </w:r>
    </w:p>
    <w:p>
      <w:pPr>
        <w:spacing w:after="360"/>
        <w:jc w:val="center"/>
      </w:pPr>
      <w:r>
        <w:rPr>
          <w:b/>
          <w:sz w:val="28"/>
        </w:rPr>
        <w:t>--- 第 19 頁 ---</w:t>
      </w:r>
    </w:p>
    <w:p>
      <w:pPr>
        <w:spacing w:line="288" w:lineRule="auto" w:after="160"/>
      </w:pPr>
      <w:r>
        <w:t>White Shrimp 劉冠甫、周芷儀 二、蝦苗生產 白蝦苗成長可以分為:無節幼蟲 (nauplius)、眼幼蟲期(zoea)、 糠蝦期 (mysis)及後期幼蟲(post larva)。(一)無節幼蟲(nauplius) 受精卵在水溫27-29℃,約在產卵受 精後 24-36 小時則孵化出為無節幼蟲(蛾 仔),其體長約為0.2mm左右;無節幼蟲靠 其三對附屬肢,作斷續的游泳,乍看有如小 表2-1 無節幼蟲蛻變期別 蜘蛛;此期靠其體內之卵黃提供所需之營養 而不需求食物,但具有很強的趨光性,此 期之活存率可高達90%以上,無節幼蟲隨 著脫殼體形漸大,於第6次脫殼後即變成眼 幼蟲,當無節幼蟲脫了第5次殼,即需準備 給予餌、飼料,無節幼蟲通常以尾端數式 作為蛻變各期指標(表2-1)(圖2-7),此期 海水鹽度不低於28 psu左右,低於28 psu 以下雖蛻變可正常進行,但蛻變為眼幼蟲期 時無法正常攝食(過料)。</w:t>
      </w:r>
    </w:p>
    <w:p>
      <w:pPr>
        <w:spacing w:line="288" w:lineRule="auto" w:after="160"/>
      </w:pPr>
      <w:r>
        <w:t>期別 第一期 第二期 第三期 第四期 第五期 第六期 外觀 第二觸角外枝 5 6 7 9 10 12 硬毛數 尾端棘數式 1+1 1+1 2+2 4+4 6+6 7+7 第一、二期 第三期 第四期 12 FRI Special Publication No.30 第五期 第六期 圖2-7各期無節幼蟲。</w:t>
      </w:r>
    </w:p>
    <w:p>
      <w:r>
        <w:br w:type="page"/>
      </w:r>
    </w:p>
    <w:p>
      <w:pPr>
        <w:spacing w:after="360"/>
        <w:jc w:val="center"/>
      </w:pPr>
      <w:r>
        <w:rPr>
          <w:b/>
          <w:sz w:val="28"/>
        </w:rPr>
        <w:t>--- 第 20 頁 ---</w:t>
      </w:r>
    </w:p>
    <w:p>
      <w:pPr>
        <w:spacing w:line="288" w:lineRule="auto" w:after="160"/>
      </w:pPr>
      <w:r>
        <w:t>第二章 白蝦繁殖 (二)眼幼蟲期 (zoea) 無節幼蟲經6次脫殼即蛻變成眼幼蟲 期(拖糞期)(圖2-8),第一期眼幼蟲的體長 約為0.9mm, 而從這期開始捕食小型餌料 生物,如骨(Skeletonema costatum)、牟 氏角毛藻 (Chaetoceros muelleri)、等鞭金藻 (Isochrysis hutea)、魏氏海鏈藻 (Thalassiosira weissflogii)等,牡蠣卵及其幼生等,現今 改以人工微粒飼料(30-50um)、蝦片(浮 游生物網 250-200目)與單胞(微)藻混 合餵飼,因營養因素尚無法完全以人工飼料 取代單胞(微)藻;眼幼蟲期之活存率在30 -90%,是蝦苗繁殖過程中活存率差異最大 時期,其中又以第二期最需注意,眼幼蟲前 後共需經3次脫殼,期別之判斷依體型大小 與複眼之發育為主,特別在第三期後段時蝦 體會呈現微彎現象且行動上偶爾會有彈跳 現象,此期通常經約為3-5日即變成蝦 期(倒吊)(表2-2)。</w:t>
      </w:r>
    </w:p>
    <w:p>
      <w:pPr>
        <w:spacing w:line="288" w:lineRule="auto" w:after="160"/>
      </w:pPr>
      <w:r>
        <w:t>(三)糠蝦期(mysis) 糠蝦期蝦苗之特徵是懸泳時「頭下尾 上」因而俗稱「倒吊」,身型呈現彎曲狀, 體型較眼幼蟲為大,其蛻變亦分為三期(圖 2-9),所需時間約3-5日,此階段各期之 表2-2 蝦苗蛻變期別與大小 卵 期別 大小(mm) 0.15 第一期 0.25 第二期 0.30 第三期 0.37 無節幼蟲 第四期 0.39 第五期 0.44 第六期 0.45 第一期 0.92-1.03 眼幼蟲 第二期 1.53-1.97 第三期 2.24-2.50 第一期 2.83 蝦期幼蟲 第二期 3.34 第三期 4.30 第一期 第二期 第三期 圖2-8 各期眼幼蟲 第一期 第二期 圖2-9 各期糠蝦期幼蟲 第三期 The Aquaculture and Bio-safety Management Practices for White Shrimp 13。</w:t>
      </w:r>
    </w:p>
    <w:p>
      <w:r>
        <w:br w:type="page"/>
      </w:r>
    </w:p>
    <w:p>
      <w:pPr>
        <w:spacing w:after="360"/>
        <w:jc w:val="center"/>
      </w:pPr>
      <w:r>
        <w:rPr>
          <w:b/>
          <w:sz w:val="28"/>
        </w:rPr>
        <w:t>--- 第 21 頁 ---</w:t>
      </w:r>
    </w:p>
    <w:p>
      <w:pPr>
        <w:spacing w:line="288" w:lineRule="auto" w:after="160"/>
      </w:pPr>
      <w:r>
        <w:t>White Shrimp 劉冠甫、周芷儀 判定特徵是以泳足之蛻變成長與身體的彎 曲度變化為準則,此期在攝餌習性相較於眼 幼蟲偏向動物性蛋白,過去是投飼以動物性 浮游生物為主如橈足類 (copepods)、輪蟲類 (rotifers)與豐年蝦 (brine shrimp)的無節 幼蟲,近年來改為人工微粒飼料 (50-80 um)、蝦片(浮游生物網 150-120目)為 主,單胞(微)藻為輔助餌料或亦可不添 加,糠蝦期第二期亦如眼幼蟲第二期是此階 段較為瓶頸處,打氣量需加強:此階段蝦苗 對活動性餌料有較強的攝食慾望,所以在白 蝦第二期或草蝦(斑節蝦)第三期時,可投 餵少量的豐年蝦無節幼蟲以減少殘食情 況,但勿投餵太多,否則易造成蝦苗之活存 率降低;糠蝦第三期時蝦苗身體會減少彎曲 現象逐漸變直,一般情況下其活存率相較於 眼幼蟲期為高,糠蝦期經脫殼3次後就蛻變 為後期幼蟲(正游)。</w:t>
      </w:r>
    </w:p>
    <w:p>
      <w:pPr>
        <w:spacing w:line="288" w:lineRule="auto" w:after="160"/>
      </w:pPr>
      <w:r>
        <w:t>(四)後期幼蟲(post-larva) 糠蝦期蛻變成後期幼蟲第1天簡稱P1 (或PL1)(圖2-10),第2天稱P2以下類推, 這期的餌料一般使用豐年蝦幼生及蝦片和 特級粉狀飼料,一般於P3-P7就開始進入 成蝦生態為底棲或「倚壁」,如超過此時期 過久而未有底樓或「倚壁」習性就需注意, 可能蝦苗體質不佳且可能會有脫殼間期延 長情況(成長速度變慢),緊接著可能出現 「腳」現象(身上附著鐘形蟲、黴菌、藻 類、有機物質或其他原生動植物等),一般 會造成此情況主要因素為密度過高與環境 極優氧化;一般有「倚壁」習性呈現表示蝦 苗身體狀況已近成蝦,接下可進行中間育成 或直接放養至養成池,中間育成是將蝦苗移 至室外池進行養殖,此期場所大部為砂底且 水深在100cm左右,採用流水式養殖,餵 飼粉狀飼料,過去亦有偶而投餵狗母魚的肌 纖維;自孵化後算起第28-29 天(水溫 27°C左右)的蝦苗稱為「紅筋仔」或「黑殼 仔」(視蝦苗成長速度),此期一般接下會進 行養成養殖。</w:t>
      </w:r>
    </w:p>
    <w:p>
      <w:pPr>
        <w:spacing w:line="288" w:lineRule="auto" w:after="160"/>
      </w:pPr>
      <w:r>
        <w:t>14 FRI Special Publication No.30 圖2-10 後期幼蟲。</w:t>
      </w:r>
    </w:p>
    <w:p>
      <w:r>
        <w:br w:type="page"/>
      </w:r>
    </w:p>
    <w:p>
      <w:pPr>
        <w:spacing w:after="360"/>
        <w:jc w:val="center"/>
      </w:pPr>
      <w:r>
        <w:rPr>
          <w:b/>
          <w:sz w:val="28"/>
        </w:rPr>
        <w:t>--- 第 22 頁 ---</w:t>
      </w:r>
    </w:p>
    <w:p>
      <w:pPr>
        <w:spacing w:line="288" w:lineRule="auto" w:after="160"/>
      </w:pPr>
      <w:r>
        <w:t>第二章 白蝦繁殖 三、蝦苗培育之餌藻簡介 蝦苗培育主要以單胞(微)藻類、橈足 類、輪蟲、豐年蝦、牡蠣卵及其幼生、人工 微粒飼料與蝦片等共同餵飼,在這眾多餌料 中以藻類應用的種類最多,也較不易培養, 但卻是水生食物網的基礎。單胞(微)藻類 不僅是蝦苗重要食物來源,也常做為足 類、輪蟲等動物性浮游生物的培育餌料,蝦 苗是浮游動物的食物來源,這些浮游動物常 做為生物餌料培育蝦苗,為發育中的蝦苗提 供必須脂肪酸。</w:t>
      </w:r>
    </w:p>
    <w:p>
      <w:pPr>
        <w:spacing w:line="288" w:lineRule="auto" w:after="160"/>
      </w:pPr>
      <w:r>
        <w:t>為促進蝦苗順利培育,以下簡介六種目 前國內使用於蝦苗培育之重要微藻(圖 2-11)的培養條件: (一)骨藻 (Skeletonema costatum) 骨藻細胞大小為2-25um,由多個細 胞串連在一起形成長鏈,培養最適溫度範圍 為20-30℃,最適鹽度範圍為15-30 psu, 而培養光照強度需低於5,000 lux,且有高 溫不易培養及生長週期非常短的現象,致使 骨藻品質控制不易,蝦苗育成率不均;又需 頻繁接種,耗費人力,是為其缺點。</w:t>
      </w:r>
    </w:p>
    <w:p>
      <w:pPr>
        <w:spacing w:line="288" w:lineRule="auto" w:after="160"/>
      </w:pPr>
      <w:r>
        <w:t>因此建 議提供蝦苗餌料可以角毛藻或海鏈藻等其 他矽藻代替。(二)牟氏角毛藻 (Chaetoceros muelleri) 牟氏角毛藻細胞大小為6-9um,細胞 外殼具有4根矽質角刺,適合培養水溫22 -30℃,培養鹽度 25-35 psu 為佳,光照 強度保持在17,000lux以下較適合,大量培 養時,合適的施肥量為硫酸銨30g/噸、尿 素 60 g/噸、過磷酸鈣30g/噸及矽酸鈉7g/ 噸。研究證實角毛藻含豐富的蛋白質及 HUFA,對水產種苗之成長率與活存率均有 幫助,適合當作白蝦幼苗的初期餌料。</w:t>
      </w:r>
    </w:p>
    <w:p>
      <w:pPr>
        <w:spacing w:line="288" w:lineRule="auto" w:after="160"/>
      </w:pPr>
      <w:r>
        <w:t>(三)等鞭金藻 (Isochrysis lutea) 等鞭金藻具有2根等長鞭毛,細胞大小 為3-9um,以27-32℃增殖最快,最適鹽 度為26-30 psu,在光照強度1,000-20,000 lux下,增殖率隨照度增加而增加。以 Walne 配方進行微量及保種培養可獲得良好效 果,而尿素30g/噸、過磷酸鈣30g/噸、氯 化鐵 2.7g/噸之配方較適合大量增殖時使 用。(四)魏氏海鏈藻 (Thalassiosira weissflogii) 魏氏海鏈藻細胞大小約8-20um,適 合培養水溫 20-30℃,培養鹽度23-35 psu 較適合,光照強度保持在13,000 lux 以下較 適合,培養時若適當添加二氧化碳可有效促 進魏氏海鏈藻增生。</w:t>
      </w:r>
    </w:p>
    <w:p>
      <w:pPr>
        <w:spacing w:line="288" w:lineRule="auto" w:after="160"/>
      </w:pPr>
      <w:r>
        <w:t>大量培養時,合適的施 肥量為尿素 30g/噸、過磷酸鈣30g/噸及矽 酸鈉7g/噸。因魏氏海鏈藻體型較大且易沉 降,以投餵糠蝦期幼苗較合適。(五)擬球藻 (Namochloropsis oculata) 擬球藻細胞大小為2-5um,富含二十 碳五烯酸(Eicosapentaenoic acid,EPA)和 蛋白質,且容易培養操作,主要用於輪蟲培 養及製作水色。以25-31℃培養之增殖率 最高,以20-35psu鹽度培養之增殖最好, 最適光照強度在12,000-30,000 lux,大量 培養使用肥料配方為硫酸銨66g/噸、尿素 30g/噸、過磷酸鈣30g/噸。</w:t>
      </w:r>
    </w:p>
    <w:p>
      <w:pPr>
        <w:spacing w:line="288" w:lineRule="auto" w:after="160"/>
      </w:pPr>
      <w:r>
        <w:t>(六)周氏扁藻 (Tetraselmis chuii) 周氏扁藻具有4根鞭毛,細胞大小為8 The Aquaculture and Bio-safety Management Practices for White Shrimp 15。</w:t>
      </w:r>
    </w:p>
    <w:p>
      <w:r>
        <w:br w:type="page"/>
      </w:r>
    </w:p>
    <w:p>
      <w:pPr>
        <w:spacing w:after="360"/>
        <w:jc w:val="center"/>
      </w:pPr>
      <w:r>
        <w:rPr>
          <w:b/>
          <w:sz w:val="28"/>
        </w:rPr>
        <w:t>--- 第 23 頁 ---</w:t>
      </w:r>
    </w:p>
    <w:p>
      <w:pPr>
        <w:spacing w:line="288" w:lineRule="auto" w:after="160"/>
      </w:pPr>
      <w:r>
        <w:t>White Shrimp 劉冠甫、周芷儀 -16um,適合用於輪蟲及橈足類增殖,培 養成效佳。以溫度25-30℃培養增殖最 好,最適鹽度於30-35psu,光照強度500 -10,000 lux時,增殖率隨照度增加而增 加。合適的施肥量為硫酸銨30g/噸、尿素 30g/噸及過磷酸鈣30g/噸。23000000009696 GO B D 0000 圖2-11 蝦苗培育之常用藻類 A:骨藻;B:牟氏角毛藻:C:等鞭金藻:D:魏氏海鏈藻;E:擬球藻:F:周氏扁藻 16 FRI Special Publication No.30。</w:t>
      </w:r>
    </w:p>
    <w:p>
      <w:r>
        <w:br w:type="page"/>
      </w:r>
    </w:p>
    <w:p>
      <w:pPr>
        <w:spacing w:after="360"/>
        <w:jc w:val="center"/>
      </w:pPr>
      <w:r>
        <w:rPr>
          <w:b/>
          <w:sz w:val="28"/>
        </w:rPr>
        <w:t>--- 第 24 頁 ---</w:t>
      </w:r>
    </w:p>
    <w:p>
      <w:pPr>
        <w:spacing w:line="288" w:lineRule="auto" w:after="160"/>
      </w:pPr>
      <w:r>
        <w:t>白蝦繁養殖及生物安全防疫管理 【水產試驗所特刊第30號E-17530,2021 第三章 白蝦養成 【楊明樺、周芷儀 【水產試驗所東港生技研究中心 白蝦原產於中南美洲西部太平洋沿岸 熱帶水域,2000年以前主要集中於中南美 洲國家養殖,因其生物特性相較於草蝦對鹽 度適應性更廣,水體利用度高、飼料蛋白質 要求較低,可高密度養殖、蝦苗育成率高及 SPF種原取得容易等特點,在臺灣及東南亞 國家相繼因草蝦病變減產進而尋求其他蝦 種替代時,白蝦很快成為主要養殖蝦種。</w:t>
      </w:r>
    </w:p>
    <w:p>
      <w:pPr>
        <w:spacing w:line="288" w:lineRule="auto" w:after="160"/>
      </w:pPr>
      <w:r>
        <w:t>目前國內白蝦養殖型態以混養為主,即 以虱目魚或鱸魚為主要養殖對象,白蝦只是 附屬品,在這樣的養殖模式下,白蝦種苗品 質不受重視,養殖環境亦充斥各種蝦類病 原,混養的白蝦育成率往往不到一成。綜觀 全世界白蝦養殖較成功的國家都是以專養 為主,注重蝦苗品質與水源及養殖環境的乾 淨清潔,盡力營造無特定病原的狀態,朝向 精緻、穩定與可控的方向發展。白蝦屬於廣鹽性蝦種,鹽度範圍從0.5 -35 psu均可養殖,養殖池一般分布於沿海 鄉鎮,亦有內陸地區以載運海水方式調整 度至0.5-2 psu養殖。</w:t>
      </w:r>
    </w:p>
    <w:p>
      <w:pPr>
        <w:spacing w:line="288" w:lineRule="auto" w:after="160"/>
      </w:pPr>
      <w:r>
        <w:t>就防疫觀點,養殖場 或養殖的白蝦物種越獨立單一越好,或者能 在養殖密集區建構設施成為室內型養殖場 來隔離外界病原。養殖地點最好能有沙層過 濾的乾淨海水,可省去水源過濾消毒的操作 成本。(二)養殖池型式 1. 方型土池 大多數養殖池為傳統的方型土池,土池 的缺點為易滲漏、堤岸易因螃蟹或老鼠鑽洞 後遇大雨而潰堤,池底易堆積有機質,不易 排污,清池不易徹底而有藏匿病原隱憂等。2. 水泥護堤砂土底池 以下介紹白蝦專業養殖在操作管理作 業及須注意事項,養殖業者可因自家養殖場 條件設備因地制宜,另也可搭配第六章的生 物安全防疫管理模式來降低疾病發生,提高 白蝦的育成率。</w:t>
      </w:r>
    </w:p>
    <w:p>
      <w:pPr>
        <w:spacing w:line="288" w:lineRule="auto" w:after="160"/>
      </w:pPr>
      <w:r>
        <w:t>水泥堤岸較堅固,但也可能因裂縫造成 滲水;砂土底雖可提供蝦類棲息躲藏,但有 機物沉積後不易排除。3. 水泥池 放養前準備 (一)地點選擇 The Aquaculture and Bio-safety Management Practices for White Shrimp 17 水泥池堅固易排污,方便養殖管理,但 池壁池底易出現裂縫滲漏,而且造價較高。4. HDPE塑膠膜 目前業界有不同厚度規格 (0.5-3 mm)供養殖漁民選購,惟厚度在0.8mm以 下容易因地基整理不夠平順且有尖銳物如。</w:t>
      </w:r>
    </w:p>
    <w:p>
      <w:r>
        <w:br w:type="page"/>
      </w:r>
    </w:p>
    <w:p>
      <w:pPr>
        <w:spacing w:after="360"/>
        <w:jc w:val="center"/>
      </w:pPr>
      <w:r>
        <w:rPr>
          <w:b/>
          <w:sz w:val="28"/>
        </w:rPr>
        <w:t>--- 第 25 頁 ---</w:t>
      </w:r>
    </w:p>
    <w:p>
      <w:pPr>
        <w:spacing w:line="288" w:lineRule="auto" w:after="160"/>
      </w:pPr>
      <w:r>
        <w:t>蝦 White Shrimp 楊明樺、周芷儀 碎石等,在池子盛水重壓後將塑膠膜刺破。使用時可將既有土夯實後直接鋪設,或以 灌漿水泥、磚造、PE板框、鐵網框、塑鋼 框及鋼架框等作為支架鋪設,形狀為圓形或 方形(圖3-1)。HDPE塑膠膜池最大優點為 收成後易清理消毒,很快就可以投入下一期 養殖,養殖過程中搭配水車集污與中央排 污,容易排除池底淤泥。(三)放養前相關作業 1. 整池 量 400-500kg,犁入土壤 10-20cm 深,使其與底土充分混合;接著加水30cm 高,使土壤pH 上升至12以上,數天後池 水pH值降至8左右再排放。</w:t>
      </w:r>
    </w:p>
    <w:p>
      <w:pPr>
        <w:spacing w:line="288" w:lineRule="auto" w:after="160"/>
      </w:pPr>
      <w:r>
        <w:t>白蝦整池作業 流程如圖3-2。收成 水泥池、鋪膜池 砂土池、泥土池 收成 清除污泥 消除污泥 清池前應將池底積水徹底排乾,泥土底 在養殖過程容易堆積有機質,須用推土機將 淤泥推至邊坡護堤,讓底土能接觸空氣與照 射陽光:沙底、水泥或 HDPE膜池底則可 用高壓水泵反覆沖洗排除淤泥。蛋池 整池(翻土) 撒生石灰 2星期 進水(漂白水或漂白粉) 3-5天 排水 2. 曬池 需曬至底土龜裂,若是 HDPE膜池最 快則需曝曬3-5天才可重新放養。</w:t>
      </w:r>
    </w:p>
    <w:p>
      <w:pPr>
        <w:spacing w:line="288" w:lineRule="auto" w:after="160"/>
      </w:pPr>
      <w:r>
        <w:t>鹽池 1個月 注水 3. 土池施用生石灰(CaO) 1-2星期(作水) 為了消除底土中病原與提升pH值,底 土曜至龜裂後,均勻撒布生石灰,每分地用 準備放苗 圖3-2 白蝦放苗前整池作業流程(余淑楓繪) 18 FRI Special Publication No.30 圖3-1 水產試驗所東港生技研究中心 550m² HDPE 養殖池。</w:t>
      </w:r>
    </w:p>
    <w:p>
      <w:r>
        <w:br w:type="page"/>
      </w:r>
    </w:p>
    <w:p>
      <w:pPr>
        <w:spacing w:after="360"/>
        <w:jc w:val="center"/>
      </w:pPr>
      <w:r>
        <w:rPr>
          <w:b/>
          <w:sz w:val="28"/>
        </w:rPr>
        <w:t>--- 第 26 頁 ---</w:t>
      </w:r>
    </w:p>
    <w:p>
      <w:pPr>
        <w:spacing w:line="288" w:lineRule="auto" w:after="160"/>
      </w:pPr>
      <w:r>
        <w:t>第三章 白蝦養成 4. 池底、壁與池中設備消毒 注滿池水後,添加漂白水(次氯酸鈉, sodium hypochlorite)或漂白粉(次氯酸 鈣 , calcium hypochlorite),使水中有效氯含 量達10ppm。若使用有效濃度10%的次 氯酸鈉,則每噸水添加100ml;若使用有 效濃度65%的次氯酸鈣,則每噸水添加15 g,並短暫開啟水車,一方面使消毒劑與池 水充分混合,另一方面使消毒劑得以殺滅黏 附在傳統水車浮筏與葉輪上的病原。</w:t>
      </w:r>
    </w:p>
    <w:p>
      <w:pPr>
        <w:spacing w:line="288" w:lineRule="auto" w:after="160"/>
      </w:pPr>
      <w:r>
        <w:t>因次氯 酸容易被陽光降解,因此上述消毒劑最好在 傍晚施用。此外,因整池後池中殘留的有機 物多寡不一,對次氯酸的中和影響也不同, 最好在浸泡12小時後使用餘氯測試劑檢測 池水是否有殘留餘氯,以確保消毒劑的劑量 足夠。使用餘氯測試劑時每10ml池水添加 1滴,如有餘氣反應則會呈現黃色。池水於 數天後有效成分降解後再排放,或直接放 養蝦苗。5. 水源過濾消毒 蝦池徹底消毒後,接著就是進水。如果 水源是沙層過濾海水,則可直接進水以及在 養殖過程直接使用;如果是表層水甚至是溝 圳水,則利用0.1-1mm的雙層尼龍篩網或 沙濾器過濾後再進入蝦池,接著一樣添加漂 白水(次氯酸鈉)或漂白粉(次氯酸鈣)並 與池水充分混合,使水中有效氯含量達10 ppm,待數天至1星期有效成分降解後再 放養蝦苗。</w:t>
      </w:r>
    </w:p>
    <w:p>
      <w:pPr>
        <w:spacing w:line="288" w:lineRule="auto" w:after="160"/>
      </w:pPr>
      <w:r>
        <w:t>6. 蓄水池或處理池 如果養殖場不易取得乾淨海水,為避免 養殖過程因換水引進外界病原,則建置蓄水 池與處理池則有其必要性。處理池的設置在 泰國最為普遍,在經歷急性肝胰臟壞死綜合 症的慘痛教訓後,泰國的養殖場已朝向較封 閉循環式的養殖模式,養成池與處理池的比 例約1:0.7-0.9,養殖面積縮小,但單位面 積產量卻是大幅提升。引進的水源進入蓄水 池時同上述的過濾與消毒模式,作為蝦池少 量換水時的乾淨水源。</w:t>
      </w:r>
    </w:p>
    <w:p>
      <w:pPr>
        <w:spacing w:line="288" w:lineRule="auto" w:after="160"/>
      </w:pPr>
      <w:r>
        <w:t>如果是採用循環水模 式,則蝦池排放水依序經過懸浮固體沉澱 池、消毒池與微生物處理池,而在沉澱池可 放養低密度吳郭魚,以避免池底淤泥過度厭 氧產生有毒物質,在生物處理池可養殖大型 海藻來吸收氨氮化合物及磷酸鹽。二、放養注意事項 (一)養殖密度 集約式養殖一分地可放20-30萬尾, 若以更高密度放養,則需搭配捕以減輕水 質如溶氧等的負荷:若採取混養模式而白蝦 非主要養殖物種時,一分地可放養2-5萬 尾。</w:t>
      </w:r>
    </w:p>
    <w:p>
      <w:pPr>
        <w:spacing w:line="288" w:lineRule="auto" w:after="160"/>
      </w:pPr>
      <w:r>
        <w:t>若是技術與經驗不足的新手經營,或是 水源缺乏以及鹽度偏低(&lt;5psu)地區,則 建議放養密度不高於10萬尾/分地。(二)蝦苗選購 苗品質好壞是養殖成敗的重要關鍵。選 購蝦苗時應多方打聽,了解種蝦品系來源, 考察孵化場及育苗場的操作管理及育成 率,並留意同業在購買相同苗源的後續養殖 成效。好的種苗應日齡充足,一般需發育至 後期幼蟲第7日(PL7)以上,鰓部功能發 育較完整,才足以適應外界環境如鹽度的變 The Aquaculture and Bio-safety Management Practices for White Shrimp 19。</w:t>
      </w:r>
    </w:p>
    <w:p>
      <w:r>
        <w:br w:type="page"/>
      </w:r>
    </w:p>
    <w:p>
      <w:pPr>
        <w:spacing w:after="360"/>
        <w:jc w:val="center"/>
      </w:pPr>
      <w:r>
        <w:rPr>
          <w:b/>
          <w:sz w:val="28"/>
        </w:rPr>
        <w:t>--- 第 27 頁 ---</w:t>
      </w:r>
    </w:p>
    <w:p>
      <w:pPr>
        <w:spacing w:line="288" w:lineRule="auto" w:after="160"/>
      </w:pPr>
      <w:r>
        <w:t>蝦 White Shrimp 楊明樺、周芷儀 化。日齡越大的苗免疫功能發展越完整,建 議最好是選購 PL10以上,均重3mg以上, 及體長8mm以上的蝦苗,放養後活存率較 高。好的蝦苗還須具備整齊度高、附肢及觸 鬚完整、身體透明潔淨且無附著物、肝胰臟 及腸道清晰分明與充滿食物,游動時敏捷有 力(圖3-3),最好還附有官方或學術單位的 SPF 檢疫證明。購買蝦苗前可以先跟苗商索 取少數蝦苗試養,或以鹽度、溫度、離水及 福馬林等緊迫因子測試蝦苗的耐受性。</w:t>
      </w:r>
    </w:p>
    <w:p>
      <w:pPr>
        <w:spacing w:line="288" w:lineRule="auto" w:after="160"/>
      </w:pPr>
      <w:r>
        <w:t>例如 測試300尾蝦苗,將溫度或鹽度驟降至 20 psu 與 10°C,或浸泡於100-150ppm 福馬 林,連續4小時,若活存率80%以上表示 蝦苗質量佳,低於60%則應捨棄不用。圖3-3 優質白蝦黑殼苗(PL12) (三) 蝦苗放養 1. 直接放養 即購買蝦苗後直接投入池中養殖到收 成,應照原先設定的密度一次投足,避免多 次投放造成蝦苗參差;投苗時應選在天氣晴 朗的清晨或傍晚,未拆封的蝦苗先整袋放在 池內調節水溫,當水溫差異不大時再打開蝦 苗袋,確認袋內鹽度與養殖池接近時,混入 20 FRI Special Publication No.30 部分池水使蝦苗適應溫鹽度等水質,然後才 將蝦苗倒入池中。</w:t>
      </w:r>
    </w:p>
    <w:p>
      <w:pPr>
        <w:spacing w:line="288" w:lineRule="auto" w:after="160"/>
      </w:pPr>
      <w:r>
        <w:t>2. 中間育成 白蝦購入紅筋(PL3-5)或黑殼苗 (PL10-12)後分兩階段養殖,第一階段先 以密度3,000-5,000尾/m²蓄養約1個月, 均重達0.5-1g後再移至大池養成出售。此法有多項優點:(1)可提升蝦苗品質 管理及容易落實生物安全防疫;(2)飼料品 質、投餵與水質管理較能掌控:(3)蝦苗集 中管理與細心照料下成長快速;(4)蝦苗在 穩定的環境下細心照顧,可強化稚蝦營養、 免疫力與適應力,育成率較高;(5)冬天低 水溫期可於室內提前培育大苗搶得先機: (6)蝦類白點症好發於冬季低水溫期,可於 室内育苗系統提升水溫至30°C以上來降低 發病風險;(7)蝦苗能在受保護環境下使免 疫系統得到充分發展;(8)能在2-5週的育 成期檢視蝦苗有無帶原早死症(AHPND): 大苗於養成池對早死症的抗性也較好;(9) 此階段檢疫到疾病或發生大量死亡銷毀較 容易;(10)體型大且健壯的蝦苗到戶外養殖 池的活存率較高,因具成長補償效應,相較 於直接放養的養成期可能相同或縮短,池塘 周轉率大,增加養成週期數,資金週轉快, 蝦池可較靈活應用;(11)縮短白蝦於戶外池 高風險區暴露時間,降低疾病風險;(12)提 高成蝦活存率及產量。</w:t>
      </w:r>
    </w:p>
    <w:p>
      <w:pPr>
        <w:spacing w:line="288" w:lineRule="auto" w:after="160"/>
      </w:pPr>
      <w:r>
        <w:t>缺點則有:(1)增加操作的麻煩;(2)高 密度少量換水易堆積有機質,風險大,技術 層面高;(3)人員操作不慎或維生系統停擺 易造成大量死亡;(4)需要額外投資設備,。</w:t>
      </w:r>
    </w:p>
    <w:p>
      <w:r>
        <w:br w:type="page"/>
      </w:r>
    </w:p>
    <w:p>
      <w:pPr>
        <w:spacing w:after="360"/>
        <w:jc w:val="center"/>
      </w:pPr>
      <w:r>
        <w:rPr>
          <w:b/>
          <w:sz w:val="28"/>
        </w:rPr>
        <w:t>--- 第 28 頁 ---</w:t>
      </w:r>
    </w:p>
    <w:p>
      <w:pPr>
        <w:spacing w:line="288" w:lineRule="auto" w:after="160"/>
      </w:pPr>
      <w:r>
        <w:t>第三章 白蝦養成 增加操作成本與勞力負擔;(5)蝦苗搬移時 容易產生緊迫死亡。蝦苗在高密度中間育成系統可能因餌 料與水質等因素造成成長延遲,但根據研究 顯示,白蝦在解除成長的限制因子後的 20 -30天內具有完全補償成長特性,並不影 響大蝦的養殖。國外已有多篇文獻探討蝦苗 中間育成模式(如:密度、生物絮凝或清 水...) (Wasielesky et al., 2013: 吳等,2001: 楊等,2013:魏等,2008)-2018年墨西哥 的白蝦產量超過14萬公噸,其境內60- 70%的養殖場均附設中間育成場,將 PL8 -10的後期幼蟲以密度7,000尾/噸水進行 中間育成約1個月,使均重達0.4g左右, 活存率約 90-95%。</w:t>
      </w:r>
    </w:p>
    <w:p>
      <w:pPr>
        <w:spacing w:line="288" w:lineRule="auto" w:after="160"/>
      </w:pPr>
      <w:r>
        <w:t>越南的許多養殖場也 因放養大苗而獲得很好的收成。使用此種模 式養殖所考量的眾多因素中應以防疫或疾 病預防為主,如早死症的及早發現銷毀,大 蝦的快速成以避免長時間暴露於戶外高 風險環境等。操作方法首要仍以防疫為主, 如盡可能少換水:目前國內乾淨水源取得相 對不易,因此需朝向生物絮凝的養殖模式。其次為養成池先養水,建立自營菌系統後再 移苗;養殖時注意投餌量及水質與底質管 理,設置中央排污,確保不因投餌過量,有 機質堆積而於池底厭氧產生硫化氫。</w:t>
      </w:r>
    </w:p>
    <w:p>
      <w:pPr>
        <w:spacing w:line="288" w:lineRule="auto" w:after="160"/>
      </w:pPr>
      <w:r>
        <w:t>三、養殖操作管理 (一)投餵飼料 1. 飼料選擇 目前白蝦大多採高密度集約式養殖,白 蝦成長所需的營養幾乎完全來自所投餵的 飼料,因此飼料品質的好壞影響養殖成效至 為關鍵。應選擇政府立案、信譽良好飼料公 司所生產的專業蝦類飼料,其一般成分須達 到國家訂定之標準,符合營養全面、水中穩 定性好、粒徑均一、粉末少、不帶有蝦類特 定病原等特性。2. 精準投餵 蝦池中氮、磷來源約有9成來自所投餵 的飼料,而其中只有約2-3成能被蝦子吸 收利用,其餘都直接或間接排放到水體中, 因此飼料的投餵不僅影響蝦子的成長,也直 接影響水中氨氮化合物、溶氧、懸浮颗粒濃 度及底泥形成與硫化氫的產生,並間接影響 植物性浮游生物的光合作用、生物的呼吸作 用與水質的pH值,影響甚鉅不可不慎。</w:t>
      </w:r>
    </w:p>
    <w:p>
      <w:pPr>
        <w:spacing w:line="288" w:lineRule="auto" w:after="160"/>
      </w:pPr>
      <w:r>
        <w:t>投餵量依據 Elovaara (2001) 建議的白 蝦體重與相對應之投餌率(表 3-1)來決 定,亦即1天的投餵量為生物量(蝦重)與 投餌率的相乘積,一般而言生物量會隨放養 時間增加,同時需考量活存率與蝦子均重。若養殖池的水溫介於27-31℃,則依 表3-1 投餌率換算,假設蝦苗均重0.001g, 則一日投饵量為100,000(蝦苗數)×0.001 (均重)×35%(投餌率)=35g。事實上,放 養後 1 週內若是池中天然生物飼料充足 (池水夠肥),不一定須投料;反之若池水過 清(太瘦)則可多投些,此時粉料一部分充 當有機肥。</w:t>
      </w:r>
    </w:p>
    <w:p>
      <w:pPr>
        <w:spacing w:line="288" w:lineRule="auto" w:after="160"/>
      </w:pPr>
      <w:r>
        <w:t>隨著蝦子成長,估算投餌時須考慮活 存率,正常情況下每週自然死亡率為0.5%。假設蝦子成長至10g,活存率為70%,則 The Aquaculture and Bio-safety Management Practices for White Shrimp 21。</w:t>
      </w:r>
    </w:p>
    <w:p>
      <w:r>
        <w:br w:type="page"/>
      </w:r>
    </w:p>
    <w:p>
      <w:pPr>
        <w:spacing w:after="360"/>
        <w:jc w:val="center"/>
      </w:pPr>
      <w:r>
        <w:rPr>
          <w:b/>
          <w:sz w:val="28"/>
        </w:rPr>
        <w:t>--- 第 29 頁 ---</w:t>
      </w:r>
    </w:p>
    <w:p>
      <w:pPr>
        <w:spacing w:line="288" w:lineRule="auto" w:after="160"/>
      </w:pPr>
      <w:r>
        <w:t>蝦 White Shrimp 楊明樺、周芷儀 表3-1 白蝦體重與相對應之投餌率 蝦體重(g) 每日投餌率(%) PL 35 0.1 25 0.3 20 0.5 15 1 11 8 3 7 4 6 6 6 5 7 4.5 8 4.3 9 4.0 10 3.8 11 3.5 12 3.3 13 3.0 14 2.8 15 2.5 16 2.3 17 2.1 18 2.0 19 1.9 20 1.8 資料來源:Elovaara, 2001 = 一日投餵量 =100,000(蝦苗放養量)×70% (活存率)×10(均重) × 3.75% (投餌率) 26,250 g (26.25 kg)。</w:t>
      </w:r>
    </w:p>
    <w:p>
      <w:pPr>
        <w:spacing w:line="288" w:lineRule="auto" w:after="160"/>
      </w:pPr>
      <w:r>
        <w:t>若一日投餵3次,則每 次投餌量約為9kg。上述投餌率只是參考值,實際投餵量需 參照觀察網上的攝食情況。每次投餌時分配 5-10%的飼料量在觀察網上,投餌後1- 1.5小時觀察網上有無殘餌(3-4),若無 殘餌且蝦聚集量多,則下次維持相同投餵 量;若無殘餌且蝦聚集量少,則下次增加投 餵量;若仍有殘餌,則下次斟酌減量。投饵量是否足夠除了檢視觀察網有無 殘餌及參考投餌率之外,還可以從蝦子腸道 顏色判斷。蝦子攝食人工飼料後腸道呈現飼 料的褐色,投餌3個小時後池底應該已無飼 料殘留,飼料也已通過蝦子消化器官並形成 22 FRI Special Publication No.30 圖3-4投餵後1-1.5小時觀察網上的殘餌情形 糞便排放,此時蝦子會持續撿食池中天然 料或有機物,以致腸道呈現黑色,因此若在 投餵前1小時檢視觀察網中的蝦,其腸道呈 現飼料顏色的比例大於10%,則表示池底 還有飼料,應該減少投餵量;相對地,若投 餵 1 小時後觀察網中的蝦腸道呈現黑色的 比例大於40%,則表示投餌不足,應該增 加投餵量 (Ching. 2011)。</w:t>
      </w:r>
    </w:p>
    <w:p>
      <w:pPr>
        <w:spacing w:line="288" w:lineRule="auto" w:after="160"/>
      </w:pPr>
      <w:r>
        <w:t>根據 Ching (2011) 在中國白蝦養殖池的研究,參考投餌率並檢 視腸道顏色相較於參考投餌率並檢視觀察 網,達到相同均重所需的時間較短,單位面 積產量更高而且飼料效率更佳。投餵量除了依據投餌率、檢視觀察網和 腸道顏色以外,還需依據氣候與水質條件, 以及蝦子健康情形等因子隨時調整,如水溫 過高(大於33℃)、下大雨、倒藻或有疾病 症狀時要減少投餵量。因蝦子脫殼前後停止 攝餌,遇到大量脫殼時也要減料。</w:t>
      </w:r>
    </w:p>
    <w:p>
      <w:pPr>
        <w:spacing w:line="288" w:lineRule="auto" w:after="160"/>
      </w:pPr>
      <w:r>
        <w:t>(二)換水 養殖期間換水為的是將池子裡魚蝦糞 便、過多有機顆粒、無機營養鹽、浮游動植 物、細菌等排出外,並保持水溫、溶氧、 鹽度、pH值及其它水質參數在較穩定的狀。</w:t>
      </w:r>
    </w:p>
    <w:p>
      <w:r>
        <w:br w:type="page"/>
      </w:r>
    </w:p>
    <w:p>
      <w:pPr>
        <w:spacing w:after="360"/>
        <w:jc w:val="center"/>
      </w:pPr>
      <w:r>
        <w:rPr>
          <w:b/>
          <w:sz w:val="28"/>
        </w:rPr>
        <w:t>--- 第 30 頁 ---</w:t>
      </w:r>
    </w:p>
    <w:p>
      <w:pPr>
        <w:spacing w:line="288" w:lineRule="auto" w:after="160"/>
      </w:pPr>
      <w:r>
        <w:t>第三章 白蝦養成 態。換水亦可刺激蝦子脫殼,維持正常成 長。放養初期池中生物量低與投饵量少,一 般不必換水。若池子會滲漏則視情況補充新 水。隨著蝦子成長投餌量增加,殘餌與糞便 增多,透明度逐漸降低,池中總體生物量不 斷提高,須逐漸增加換水量。在投餵前先排 除水車造流所積聚的池底淤泥以及池中舊 水,排放量約佔總水量的5-10%,控制進 水流量在下次投餵前補滿水位即可,每日操 作1-2次。(三)增氧機之使用 水中溶氧量是影響白蝦養殖成功與否 的另一個關鍵因素。</w:t>
      </w:r>
    </w:p>
    <w:p>
      <w:pPr>
        <w:spacing w:line="288" w:lineRule="auto" w:after="160"/>
      </w:pPr>
      <w:r>
        <w:t>白蝦的成長和水中溶氧 量成正比,溶氧量高時攝食率大,一般在溶 氧量降至3ppm時,攝食率減少,降到2ppm 時則停止攝食,更低時則造成死亡。目前白 蝦養殖型態多為集約式養殖,水中溶氧量要 借助增氧機如槳式增氧機(傳統水車)、噴 射式增氧機(美國水車等)、氣提式增氧 機、鼓風機等,將空氣中氧氣溶入水體。使 用增氧機的目的包括:增加水中氧氣與二氧 化碳濃度、平衡水中與大氣中氧氣與二氧化 碳的分壓、打破水溫成層、避免懸浮颗粒沉 澱形成厭氧層、利用水車或其它機械動力所 造成的水流,使有機顆粒聚集並從中央排污 孔流出、去除氨氮與硫化氫等有毒氣體、增 加單位面積產量等。</w:t>
      </w:r>
    </w:p>
    <w:p>
      <w:pPr>
        <w:spacing w:line="288" w:lineRule="auto" w:after="160"/>
      </w:pPr>
      <w:r>
        <w:t>一般而言,每1馬力的 增氧機約可以供應 500kg白蝦所需要的 氧,但考量水色濃淡或池底有機物多寡在夜 晚與白蝦競爭溶氧的程度不同,最好根據投 餌量換算池中白蝦生物量,每350kg 白蝦 就增加1HP水車,或每天每投餵10kg飼 料就增加1HP水車。(四)水質管理 白蝦賴以生存的活動空間即是包覆的 水體,而水質是水體品質的簡稱,指的是水 的物理、化學與生物學特徵,直接影響白蝦 的成長、活存與生殖,從事白蝦養殖者對於 水質好壞都應有初步的認知與判斷,以下介 紹常見的水質參數。</w:t>
      </w:r>
    </w:p>
    <w:p>
      <w:pPr>
        <w:spacing w:line="288" w:lineRule="auto" w:after="160"/>
      </w:pPr>
      <w:r>
        <w:t>1. 水溫 (temperature) 水產動物大多為變溫動物,在其合適的 水溫範圍內,溫度越高,代謝速率與成長也 越快,相對的排放到水體的廢棄物也越多, 細菌分解水體有機物與消耗溶氧的速度也 越快。氧氣在水中的溶解度亦受水溫影響, 以淡水為例,水溫12°C的飽和溶氧量為10.8 ppm,水溫升至32°C時飽和溶氧量降至7.3 ppm (Colt and Huguenin, 2002)。水溫同時影 響氨氮的毒性,水溫越高則水體中毒性較強 的非離子態氮(NH3)的比例也越高。</w:t>
      </w:r>
    </w:p>
    <w:p>
      <w:pPr>
        <w:spacing w:line="288" w:lineRule="auto" w:after="160"/>
      </w:pPr>
      <w:r>
        <w:t>水 產動物在太高、太低與劇烈的水溫變化下易 產生緊迫並引發疾病,以白蝦為例,最適水 溫在28-32℃,15℃以下與35°C以上即引 發緊迫,且一天的水溫變化最好不要超過 4°C- 2. 鹽度 (salinity) 鹽度指的是水體中所溶解的總無機鹽 類的濃度,以1kg 海水所含有鹽類的克 來表示,其單位為千分之一(oo)、ppt(parts per thousand) psu (practical salinity unit)。</w:t>
      </w:r>
    </w:p>
    <w:p>
      <w:pPr>
        <w:spacing w:line="288" w:lineRule="auto" w:after="160"/>
      </w:pPr>
      <w:r>
        <w:t>檢測方法通常使用比重計、曲折計或 電導度計,一般海水鹽度介於28-35 psu 淡水指的是鹽度小於1 psu 的水體。白蝦屬 The Aquaculture and Bio-safety Management Practices for White Shrimp 23。</w:t>
      </w:r>
    </w:p>
    <w:p>
      <w:r>
        <w:br w:type="page"/>
      </w:r>
    </w:p>
    <w:p>
      <w:pPr>
        <w:spacing w:after="360"/>
        <w:jc w:val="center"/>
      </w:pPr>
      <w:r>
        <w:rPr>
          <w:b/>
          <w:sz w:val="28"/>
        </w:rPr>
        <w:t>--- 第 31 頁 ---</w:t>
      </w:r>
    </w:p>
    <w:p>
      <w:pPr>
        <w:spacing w:line="288" w:lineRule="auto" w:after="160"/>
      </w:pPr>
      <w:r>
        <w:t>溶氧(ppm) 蝦 White Shrimp 楊明樺、周芷儀 廣鹽性 (0.5-45 psu)生物,可於內陸低鹽 度養殖。白蝦種蝦成熟交配產卵,以及孵化 後幼苗需在30 psu左右的海水鹽度下操作 與培育,變態完成的白蝦苗在水體鹽度由 12 下降到0psu過程中,活存率都能維持在 90.5%以上。鹽度的降低對蝦苗的活力影 響不大,白蝦苗對水體鹽度的變化適應良 好。白蝦苗蝦體滲透壓約380mOsm/L 時與 鹽度 8psu左右的水體達等滲點,在等滲點 時,維持滲透壓代謝所耗費之能量相對較 低,如果飼料所供應之能量夠,可滿足其基 礎代謝需求,在5-32psu下,其成長並無 顯著差異,鹽度太低反而成長較差(唐等, 2016) - 3. 溶氧量(dissolved oxygen) 溶氧量是指水體中氧氣的溶解量,單位 為ppm。</w:t>
      </w:r>
    </w:p>
    <w:p>
      <w:pPr>
        <w:spacing w:line="288" w:lineRule="auto" w:after="160"/>
      </w:pPr>
      <w:r>
        <w:t>水體溶氧來自植物性浮游生物行光 合作用與大氣中氧氣供給,其含量受水溫、 大氣壓力與鹽度所影響。水體飽和溶氧量隨 著水溫與鹽度增加、大氣壓力減少而降低。水體生物的新陳代謝都需要有溶氧來維持, 水溫越高,新陳代謝越快,所消耗的溶氧也 越多,不利的是當水溫高則水體飽和溶氧相 對偏低,因此從事養殖業者在高水溫期更需 要借助設備增氧。一般養殖池的溶氧最好維 持在5ppm以上,溶氧高則攝食率大,當溶 氧降至3ppm以下時,攝食率降低,飼料效 率也較差,降至2ppm以下時則停止攝食。</w:t>
      </w:r>
    </w:p>
    <w:p>
      <w:pPr>
        <w:spacing w:line="288" w:lineRule="auto" w:after="160"/>
      </w:pPr>
      <w:r>
        <w:t>養殖池在有水車增氧的情況下,白天藉由藻 類行光合作用的輔助,溶氧在下午2點左右 升到最高,傍晚投餵後因攝食而活動力增加 易消耗溶氧,加上光合作用降低,溶氧約在 傍晚6-7點降到最低,之後隨著夜晚水溫 降低與養殖生物減緩攝食,溶氧逐漸升高, 太陽升起後更有助於溶氧提升(圖3-5)。酸鹼值(pH) 4. pH 值指的是水中氫離子濃度的負對數 值,以0-14表示,1個pH值為10倍的氫 離子濃度,pH7為中性,低於7為酸性, 高於7則為鹼性,pH值代表的即是水體的 酸鹼度。</w:t>
      </w:r>
    </w:p>
    <w:p>
      <w:pPr>
        <w:spacing w:line="288" w:lineRule="auto" w:after="160"/>
      </w:pPr>
      <w:r>
        <w:t>一般淡水的pH值接近7,海水接 近8.3。多數魚類可容忍的範圍為5.5-10, 6 7 0 14:52 15:52 16:52 17:52 18:52 19:52 24 FRI Special Publication No.30 時間 圖3-5集約式白蝦養殖池1日內溶氧變化 20:52 21:52 22:52 23:52 00:52 01:52 02:52 03:52 04:52 05:52 06:52 07:52 08:52 09:52 10:52 11:52 12:52 13:52 14:52 15:52 16:52 17:52 ww。</w:t>
      </w:r>
    </w:p>
    <w:p>
      <w:r>
        <w:br w:type="page"/>
      </w:r>
    </w:p>
    <w:p>
      <w:pPr>
        <w:spacing w:after="360"/>
        <w:jc w:val="center"/>
      </w:pPr>
      <w:r>
        <w:rPr>
          <w:b/>
          <w:sz w:val="28"/>
        </w:rPr>
        <w:t>--- 第 32 頁 ---</w:t>
      </w:r>
    </w:p>
    <w:p>
      <w:pPr>
        <w:spacing w:line="288" w:lineRule="auto" w:after="160"/>
      </w:pPr>
      <w:r>
        <w:t>第三章 白蝦養成 最適範圍為6.5-9.5;蝦類可容忍範圍為7.0 -9.0,最適範圍為7.2-7.8。水體pH值的 變化主要受呼吸作用與光合作用的影響,生 物行呼吸作用產生COCO溶於水形成碳 酸(HCO3),碳酸再解離產生重碳酸鹽 (HCO)、碳酸鹽(CO)與氫離子(H'), 反應式如下: COz + HO = H.CO3=HCO3 + H=CO+H 由此可知呼吸作用會降低水體pH值。反之,植物性浮游生物(藻類)行光合作用 吸收了水中 CO,反應式向左進行,水中氫 離子濃度降低則pH值升高,由此關係式可 以解釋養殖池一天內pH值的變化情形,白 天藻類行光合作用因此pH值上升,藻濃度 偏高的池子到下午2點pH值甚至高達9。</w:t>
      </w:r>
    </w:p>
    <w:p>
      <w:pPr>
        <w:spacing w:line="288" w:lineRule="auto" w:after="160"/>
      </w:pPr>
      <w:r>
        <w:t>夜晚藻類與池子裡其他生物一樣都行呼吸 作用,pH 值下降。避免養殖池一天内 pH 值變化過渡劇烈的方法除了控制藻類濃度 外,應維持水體鹼度在100mg CaCO3/L以 上,具有維持氫離子濃度的緩衝效果。pH 值太高與太低時可分別添加明礬與熟石灰 (Ca(OH)2)作調整。5. 透明度(transparency) 如果構成水色的主要因子為植物性浮 游生物,則蝦池透明度一般維持在30cm左 右。透明度太低時表示藻類或懸浮固體物濃 度太高,可能在夜晚時藻類與蝦子競爭溶氧 造成缺氧,或倒藻及有機物沉積形成底泥, 引發更多水質問題,可在傍晚後換水稀釋來 增加透明度。</w:t>
      </w:r>
    </w:p>
    <w:p>
      <w:pPr>
        <w:spacing w:line="288" w:lineRule="auto" w:after="160"/>
      </w:pPr>
      <w:r>
        <w:t>若透明度太高時,陽光直接照 射池底可能滋生絲藻,降低透明度的作法, 可在上午投餵前排水40-50cm,依原進水 水量緩緩補水,連續操作3-4次應可將水 色營造起來。6. 總鹼度(total alkalinity) 總鹼度指的是水中能提供酸緩衝力的 所有鹼基的濃度,主要是碳酸鹽(CO)、 重碳酸鹽(HCO)與氫氧化物(OH),單 位為 mg CaCO3/L,一般海水平均為116mg CaCOş/L,淡水為 40 mg CaCO/L。</w:t>
      </w:r>
    </w:p>
    <w:p>
      <w:pPr>
        <w:spacing w:line="288" w:lineRule="auto" w:after="160"/>
      </w:pPr>
      <w:r>
        <w:t>養殖池 的總鹼度至少應在 100 mg CaCO/L,才能 減緩pH值受光合作用與呼吸作用影響所造 成的波動。當總鹼度偏低時可添加碳酸鈣或 碳酸氫鈉,不過碳酸鈣需在養殖池 CO濃 度較高時 (夜晚)添加才較容易溶於水,而 添加碳酸鈣同時會增加水中硬度。7. 總硬度(total hardness) 硬度指的是水中所有二價金屬離子的 濃度,主要是指 Ca²+與Mg²,其濃度單位 亦是以 mg CaCO3/L來表示。</w:t>
      </w:r>
    </w:p>
    <w:p>
      <w:pPr>
        <w:spacing w:line="288" w:lineRule="auto" w:after="160"/>
      </w:pPr>
      <w:r>
        <w:t>硬度分暫時硬 度與永久硬度,兩者合稱總硬度。暫時硬度 指的是當水中含有鈣與鎂的重碳酸鹽時,以 煮沸法可將重碳酸鹽沉澱後去除,將水軟 化。永久硬度指的是水中含有鈣與鎂的硫酸 鹽、氯化物、硝酸鹽、磷酸鹽及矽酸鹽等, 以煮沸法亦無法沉澱析出。水的硬度分為四 級,0-75ppm 為軟水,75-150ppm為中 度硬水,150-300ppm為硬水,300 ppm以 上為強硬水。由於鈣對魚類的滲透壓調節與 甲殼類的脫殼均扮演重要角色,因此海水的 總硬度需維持在75-200ppm,淡水需維持 在20-40 ppm,硬度不足時可添加碳酸鈣 或硫酸鈣(石膏),添加2ppm 硫酸鈣約可 提高總硬度1ppm。</w:t>
      </w:r>
    </w:p>
    <w:p>
      <w:pPr>
        <w:spacing w:line="288" w:lineRule="auto" w:after="160"/>
      </w:pPr>
      <w:r>
        <w:t>The Aquaculture and Bio-safety Management Practices for White Shrimp 25。</w:t>
      </w:r>
    </w:p>
    <w:p>
      <w:r>
        <w:br w:type="page"/>
      </w:r>
    </w:p>
    <w:p>
      <w:pPr>
        <w:spacing w:after="360"/>
        <w:jc w:val="center"/>
      </w:pPr>
      <w:r>
        <w:rPr>
          <w:b/>
          <w:sz w:val="28"/>
        </w:rPr>
        <w:t>--- 第 33 頁 ---</w:t>
      </w:r>
    </w:p>
    <w:p>
      <w:pPr>
        <w:spacing w:line="288" w:lineRule="auto" w:after="160"/>
      </w:pPr>
      <w:r>
        <w:t>蝦 White Shrimp 楊明樺、周芷儀 8. 無機氮化合物(inorganic nitrogen compounds) 養殖池中的無機氮化合物主要是氨 氮、亞硝酸態氮與硝酸態氮。投餵到養殖池 的飼料經過養殖生物攝食與代謝後排出 氮廢棄物,或飼料殘餌、藻類與動物屍體等 有機物經細菌礦化分解而產生氨氮。氨氮以 離子態的NH與非離子態的NH;兩種形式 存在,合稱總氨氮。兩種形式氨氮的比例受 水溫與pH值影響,當水溫與pH 值越高, 則NH3的比例也越高,而NH,對所有水產 動物都具有毒性,會使魚蝦的鰓組織受損, 降低血液的攜氧能力,降低成長及免疫力, 增加對溶氧的需求等,至於NH,除非濃度 很高,否則較無害。</w:t>
      </w:r>
    </w:p>
    <w:p>
      <w:pPr>
        <w:spacing w:line="288" w:lineRule="auto" w:after="160"/>
      </w:pPr>
      <w:r>
        <w:t>一般建議總氨氮安全濃 度在2ppm以下,NH,在0.1ppm以下,但 此濃度會因養殖生物種類、年齡與其它水質 條件而異。避免養殖池氨氮偏高的方法不外 乎控制投饵量、維持藻類濃度、換水與移除 有機物等,另外可借助養殖池的自淨作用, 即硝化作用。氨氮在有氧情況下經亞硝酸菌 屬(Nitrosomonas) 轉換成亞硝酸態氮,再由 硝酸菌屬(Nitrobacter) 轉換成硝酸態氮, 整個過程稱為硝化作用,其反應式如下: 2NH + 3O2 Nitrosomonas 2NO2+4H'+2HzO + 能量 Nitrobacter 2NO+Oz 2NO3+能量 亞硝酸態氮是硝化作用的中間產物,對 魚類的毒性大於蝦類,因為亞硝酸鹽會將魚 類血液中的血紅素氧化成變性血紅素 (methemoglobin),導致攜氧能力下降,在低 鹽度與低pH值情況下毒性相對較高,一般 26 FRI Special Publication No.30 建議其安全濃度在1ppm以下,添加氯化物 可降低亞硝酸態氮的毒性。</w:t>
      </w:r>
    </w:p>
    <w:p>
      <w:pPr>
        <w:spacing w:line="288" w:lineRule="auto" w:after="160"/>
      </w:pPr>
      <w:r>
        <w:t>硝酸態氮是硝化 作用的最終產物,對養殖生物較不具毒性。當養殖池底部堆積有機物形成厭氧層,此時 硝酸態氮在兼性厭氧菌作用下可進行脫氮 反應,最終產生氮氣散逸至大氣中。NO. → NO→ NO→ NO→ N2 脫氮與硝化作用在現今養殖池大都採 取大量換水的操作模式下,可行性重要性都 相對降低,但在循環水或零換水的條件下卻 功不可沒且相輔相成,硝化作用產生硝酸鹽 並降低鹼度與pH值,而脫氮作用增加鹼度 與提升pH值,並徹底將氮元素自養殖池移 除。</w:t>
      </w:r>
    </w:p>
    <w:p>
      <w:pPr>
        <w:spacing w:line="288" w:lineRule="auto" w:after="160"/>
      </w:pPr>
      <w:r>
        <w:t>9. 硫化氫 (hydrogen sulfide) 養殖池硫化氫的來源主要分為兩種,一 種是有機來源,即殘餌形成有機物堆積,經 細菌分解而來,為主要來源;另一種是無機 來源,為硫酸鹽受到硫酸還原菌作用而產 生。硫化氫為具腐臭味的有毒氣體,易溶於 水,在水中分兩段解離: H-S = HS + H' HS = S + H HS 具有毒性,而 HS 與 S² 不具毒 性。硫化物以H-S形式存在的比例因pH值 而異,pH 7.5 約有14%,pH降至6則有 83%,且高溫會加劇硫化氫的毒性,一般養 殖池建議其濃度應維持在0.002 ppm以下, 當養殖池可聞到硫化氫的腐臭味時,養殖生 物應已遭受毒害。</w:t>
      </w:r>
    </w:p>
    <w:p>
      <w:pPr>
        <w:spacing w:line="288" w:lineRule="auto" w:after="160"/>
      </w:pPr>
      <w:r>
        <w:t>一般情況下養殖池不易發 生硫化氫中毒,因在溶氧充足的情況下好氣 性的硫化細菌可將不穩定的 HzS 氧化成無。</w:t>
      </w:r>
    </w:p>
    <w:p>
      <w:r>
        <w:br w:type="page"/>
      </w:r>
    </w:p>
    <w:p>
      <w:pPr>
        <w:spacing w:after="360"/>
        <w:jc w:val="center"/>
      </w:pPr>
      <w:r>
        <w:rPr>
          <w:b/>
          <w:sz w:val="28"/>
        </w:rPr>
        <w:t>--- 第 34 頁 ---</w:t>
      </w:r>
    </w:p>
    <w:p>
      <w:pPr>
        <w:spacing w:line="288" w:lineRule="auto" w:after="160"/>
      </w:pPr>
      <w:r>
        <w:t>第三章 白蝦養成 毒性的硫酸鹽,即便如此,平時仍應做好預 防工作,即維持充足的溶氧,適時移除過多 有機物,適當的pH值範圍,適量的換水等, 若引用地下水則常含有鐵、錳金屬離子可與 硫化氫形成黑色的硫化物沉澱。10. 氧化還原電位(oxidation reduction potential, ORP) 池水在良好狀態下ORP值約150-250 mv。養蝦池需要有一定濁度,即池水須有 100-300ppm的懸浮固體物(飼料碎屑、 糞便、浮遊動植物、菌團、有機顆粒等), 這些懸浮固體物會消耗溶氧,此時的ORP 值在150mv左右是合理的。</w:t>
      </w:r>
    </w:p>
    <w:p>
      <w:pPr>
        <w:spacing w:line="288" w:lineRule="auto" w:after="160"/>
      </w:pPr>
      <w:r>
        <w:t>ORP通常用來 監測底土的有機物含量,或底土的氧化還原 狀態,以預防因池底堆積有機物產生有毒還 原性物質(如硫化氫)。在有水車打氣的情 況下,池水的ORP值也許有150mv,然而 此時底可能因堆積過多有機物使 ORP降 至-250mv 而有利硫化氫釋出,形成白蝦 的隱形殺手。養殖池水質是否惡化的指標包 括:溶氧、pH、氨氮化合物、總鹼度、生 化需氧量 (biochemical oxygen demand, BOD)、正磷酸鹽及硫化氫等,ORP則較適 合用來監測底質是否惡化。</w:t>
      </w:r>
    </w:p>
    <w:p>
      <w:pPr>
        <w:spacing w:line="288" w:lineRule="auto" w:after="160"/>
      </w:pPr>
      <w:r>
        <w:t>關於改善並提升 ORP值的方法,針對池水可以從增加溶氧, 增加透明度,降低懸浮固體濃度來著手;針 對底質則除了維持溶氧以外,去除底泥是最 直接有效的方法,另外使用光合細菌對提升 ORP值也有幫助。(五)水色對白蝦養殖之影響 養蝦池各種水色之呈現是由於動、植物 浮游生物之種類及多寡的不同造成,水色就 是藻相的代表,是水質優劣的指標,養殖者 可以藉由觀察水色,而決定是否必須進行換 水,或改良底質等管理措施,以維護優良藥 相,防止疾病的發生。</w:t>
      </w:r>
    </w:p>
    <w:p>
      <w:pPr>
        <w:spacing w:line="288" w:lineRule="auto" w:after="160"/>
      </w:pPr>
      <w:r>
        <w:t>因此,如何於養殖前 建立良好水色,並於養殖期間設法維持適當 的水色是成功養殖白蝦的重要關鍵。蝦苗從繁殖池或培養池移室外養成 時,蝦池中的生物相會影響其活存及成長。一般而言,浮游動物為幼蝦良好的餌料,而 浮游植物則建立藻相,提供幼蝦良好而穩定 的棲息環境。浮游植物對水中病原性細菌之 繁殖往往有抑制作用,而當浮游動物族群不 正常增加時,常會引起病原性細菌的滋長, 所以應於白蝦養成池中培養適當的水色後 再進蝦苗,可預防蝦病發生。</w:t>
      </w:r>
    </w:p>
    <w:p>
      <w:pPr>
        <w:spacing w:line="288" w:lineRule="auto" w:after="160"/>
      </w:pPr>
      <w:r>
        <w:t>建立良好水色的困難與否,和整池是否 完整、蝦池底土和水源的物理和化學性質、 人為提供的肥料及氣候環境變化有密切的 關係。水溫較低時,藻類常無法順利成長, 會導致水色不良;水溫較高時,若過量使用 肥料會導致池水優養化,造成藻相不良。不 良藻相快速繁殖,通常會伴隨透明度過低的 現象,造成池底快速老化,進而產生不良菌 相,不良菌相會導致不良藻相,引起惡性循 環,使養殖事倍功半。因此,在水色培養時, 配合氣候及環境因子變化,適當使用有機或 無機肥料,使白蝦養成池中植物及動物性浮 游生物適時的出現,是非常重要的。</w:t>
      </w:r>
    </w:p>
    <w:p>
      <w:pPr>
        <w:spacing w:line="288" w:lineRule="auto" w:after="160"/>
      </w:pPr>
      <w:r>
        <w:t>建立良 好水色及藻相,需配合藻類生長週期,不要 刻意用藥控制,如池水中藻類大量死亡,藻 屍大量沉澱池底並腐敗,可能會釋出有毒物 質並造成倒藻現象,引起池蝦的大量死亡。The Aquaculture and Bio-safety Management Practices for White Shrimp 27。</w:t>
      </w:r>
    </w:p>
    <w:p>
      <w:r>
        <w:br w:type="page"/>
      </w:r>
    </w:p>
    <w:p>
      <w:pPr>
        <w:spacing w:after="360"/>
        <w:jc w:val="center"/>
      </w:pPr>
      <w:r>
        <w:rPr>
          <w:b/>
          <w:sz w:val="28"/>
        </w:rPr>
        <w:t>--- 第 35 頁 ---</w:t>
      </w:r>
    </w:p>
    <w:p>
      <w:pPr>
        <w:spacing w:line="288" w:lineRule="auto" w:after="160"/>
      </w:pPr>
      <w:r>
        <w:t>蝦 White Shrimp 楊明樺、周芷儀 養殖水色變化通常可以做為白蝦養殖 管理的重要依據,不同水色代表不同的藻相 也代表著池中情形,以下簡述幾種養殖池水 色與代表藻相情形: 1. 淡褐水色 此種水色通常出現於海水蝦池放養初 期(圖3-6),也就是所謂的「紅水」,水中 主要藻類以矽藻類為主,海水中矽藻為主要 優勢,但由於其生長周期短,也很容易由 於水中矽酸鹽消耗殆盡後,無法大量維持數 量,所以通常在放養1-2週後,水色會澄 清,而後會由其他藻類取代;但如果是由混 凝土建設的硬池,由於會溶出矽酸鹽類,後 續仍有可能再次呈現黃淡褐色,土池則通 常不會再次產生,除非大換水,此種水色是 適合蝦類養殖的水色,但保持不易。</w:t>
      </w:r>
    </w:p>
    <w:p>
      <w:pPr>
        <w:spacing w:line="288" w:lineRule="auto" w:after="160"/>
      </w:pPr>
      <w:r>
        <w:t>2. 鮮綠色水色 此種水色通常出現於蝦池放養的中後 期(圖3-7),水中主要藻類以綠藻類為主, 通常容易接續於前述淡褐色水色之後,但由 於綠藻類不像矽藻類有明確的限制因子問 題,通常可以保持一段時間,但如果水中過 於優養化或鹽度劇烈變化,則有可能會被藍 綠藻取代,導致水質變化,但一般而言,鮮 綠色水色也是適合蝦類養殖的水色,且可以 透過換水調節等保持水色。3. 墨綠色水色 此種水色通常於蝦池養殖管理有問題 的池塘出現,水中藻類以藍綠藻為主,造成 此種水色的主因如前段所述,底質堆積過多 有機物,或下大雨造成水中倒藻腐敗後來不 及清除,導致藍綠藻大量增生,由於藍綠藻 圖3-6白蝦養殖前期土池水色變化 圖3-7白蝦養殖後期土池水色變化 適應環境能力較強,通常無法利用換水方式 清除,而且藍綠藻即是所謂「土味」的來源, 所以應盡量避免此種水色的發生。</w:t>
      </w:r>
    </w:p>
    <w:p>
      <w:pPr>
        <w:spacing w:line="288" w:lineRule="auto" w:after="160"/>
      </w:pPr>
      <w:r>
        <w:t>4. 褐色水色,且水中懸浮物多 此種水色通常出現於蝦池高密度養殖 的養殖後期,其水中藻類數量少,黃褐色來 源主要來自未食用完的飼料或蝦類排泄 物、與細菌聚集形成的團塊(絮團),水中 主要以細菌類為主,水質會隨著水中懸浮物 多寡變動,需要依靠每天換水來保持水中環 境的平衡,在控制得當的情形下,此種水色 提供蝦類隱蔽與部分食物來源,對於蝦類養 也是適合的情形,但如果水中懸浮物過 多,細菌大量繁殖,則可能會產生腐敗情 形,造成水質酸化,蝦類會因此緊迫產生不 良影響,故每天排污與換水為養殖後期重要 的操作。</w:t>
      </w:r>
    </w:p>
    <w:p>
      <w:pPr>
        <w:spacing w:line="288" w:lineRule="auto" w:after="160"/>
      </w:pPr>
      <w:r>
        <w:t>28 FRI Special Publication No.30。</w:t>
      </w:r>
    </w:p>
    <w:p>
      <w:r>
        <w:br w:type="page"/>
      </w:r>
    </w:p>
    <w:p>
      <w:pPr>
        <w:spacing w:after="360"/>
        <w:jc w:val="center"/>
      </w:pPr>
      <w:r>
        <w:rPr>
          <w:b/>
          <w:sz w:val="28"/>
        </w:rPr>
        <w:t>--- 第 36 頁 ---</w:t>
      </w:r>
    </w:p>
    <w:p>
      <w:pPr>
        <w:spacing w:line="288" w:lineRule="auto" w:after="160"/>
      </w:pPr>
      <w:r>
        <w:t>第三章 白蝦養成 (六)生物絮凝 (biofloc)技術在白蝦 養殖上的應用 生物絮凝指的是水產養殖系統中生 物(細菌、真菌、微細藻類、浮游動物等活 體與死亡殘骸)和非生物(糞便、有機碎 屑、飼料殘餌等)成分受到黏著性物質或吸 引力影響,而彼此黏結聚集成0.1到數mm 大小的團塊,由於其質輕且具多孔性,有利 於在水體中懸浮,也有利於水流的穿透,同 時因其中含有氧氣與營養源,容易吸引異營 性細菌附著與繁殖,並且驅動水中氨氮化合 物的轉化與循環再利用。</w:t>
      </w:r>
    </w:p>
    <w:p>
      <w:pPr>
        <w:spacing w:line="288" w:lineRule="auto" w:after="160"/>
      </w:pPr>
      <w:r>
        <w:t>生物絮凝技術約在90年代中期分別由 以色列的 Yoram Avnimelech 與美國的 Steve Hopkins 同時進行研發,而最早應用這項技 術從事商業性生產的是貝里斯(Belize)的 水產養殖有限公司,該公司養殖池面積介於 0.065-1.6ha,平均深度1.8m,全都內置 塑膠布,搭配28-60hp/ha的水車強力曝氣 與攪拌水體,以避免有機物沉澱。放養125 -140 尾/m²的白蝦後期幼蟲,初期飼料以 含18% 粗蛋白的穀類為主,目的在促使生 物絮凝的形成,1個月後才逐漸提高飼料蛋 白質含量,並添加糖蜜作為有機碳源。</w:t>
      </w:r>
    </w:p>
    <w:p>
      <w:pPr>
        <w:spacing w:line="288" w:lineRule="auto" w:after="160"/>
      </w:pPr>
      <w:r>
        <w:t>收成 產量 1.1-1.5kg/m²,最大產量達2.7 kg/m² (Hargreaves, 2006)。有了貝里斯的成功經驗 後,印尼、澳洲與馬來西亞也陸續應用生物 絮凝技術從事白蝦的商業生產,在印尼以 0.25-0.6公頃的池塘放養密度100-300尾 /m²的白蝦,應用生物絮凝技術搭配間捕 (partial harvest) 策略,得到1.9-4.9 kg/m² 的產量(Taw et al., 2008)。</w:t>
      </w:r>
    </w:p>
    <w:p>
      <w:pPr>
        <w:spacing w:line="288" w:lineRule="auto" w:after="160"/>
      </w:pPr>
      <w:r>
        <w:t>此外,生物絮凝 技術也應用在室內白蝦超高密度渠道式養 殖系統,產量達9kg/m²以上(Samocha,2009)。養殖池產生生物絮凝的條件包括:(1) 養殖過程零換水或少量換水,避免異營性細 菌流失;(2)高密度養殖,以產生足量有機 物與氨氮供異營性細菌利用;(3)養殖池充 分曝氣與攪拌,避免懸浮顆粒沉澱形成厭氧 層,當懸浮顆粒過多時,以中央排污或虹吸 方式移除;(4)養殖池須為水泥池或內襯 HDPE 材質塑膠布,以利於沉積物排出;(5) 使用粗蛋白含量較低的配合飼料(C/N 較 高),並添加有機碳;(6)異營性細菌來自天 然族群,不需另外培養菌種(Avnimelech. 2003, 2009) - 生物絮凝技術應用在白蝦養殖主要有 以下3個優點:(1)水質處理,去除無機氮 化合物。</w:t>
      </w:r>
    </w:p>
    <w:p>
      <w:pPr>
        <w:spacing w:line="288" w:lineRule="auto" w:after="160"/>
      </w:pPr>
      <w:r>
        <w:t>養殖池即為水質處理池,不需額外 成本裝設過濾設備,只須以成本低廉的有機 碳調整碳氮比,異營性細菌即可吸收固定 氮,降低硝酸鹽的累積;(2)形成微生物蛋 白質,做為餌料,降低飼料成本。飼料蛋白 質中的氮約有75%未能在第一時間被養殖 生物利用,經由生物絮凝技術可再次被養殖 生物吸收,提高飼料效率,增加產量與收益 (Megahed, 2010; Schryver et al., 2008; Taw, 2010)。</w:t>
      </w:r>
    </w:p>
    <w:p>
      <w:pPr>
        <w:spacing w:line="288" w:lineRule="auto" w:after="160"/>
      </w:pPr>
      <w:r>
        <w:t>生物絮凝因含高量蛋白質(40%左 右),亦可當作飼料原料,減少魚粉與大豆 粉的用量(Kuhn et al., 2010);(3)具抑菌效 果,增加活存率。生物絮凝中的微生物含有 聚合物 PHB(poly-B-hydroxybutyrate),在養 殖生物腸內可釋出抗菌物質丁酸(Schryver et al., 2008)。此外,生物絮凝可降低 Vibrio The Aquaculture and Bio-safety Management Practices for White Shrimp 29。</w:t>
      </w:r>
    </w:p>
    <w:p>
      <w:r>
        <w:br w:type="page"/>
      </w:r>
    </w:p>
    <w:p>
      <w:pPr>
        <w:spacing w:after="360"/>
        <w:jc w:val="center"/>
      </w:pPr>
      <w:r>
        <w:rPr>
          <w:b/>
          <w:sz w:val="28"/>
        </w:rPr>
        <w:t>--- 第 37 頁 ---</w:t>
      </w:r>
    </w:p>
    <w:p>
      <w:pPr>
        <w:spacing w:line="288" w:lineRule="auto" w:after="160"/>
      </w:pPr>
      <w:r>
        <w:t>蝦 White Shrimp 楊明樺、周芷儀 harveyi的群體感應 (quorum sensing),達到 抗菌效果(Crab et al., 2010)。成本之一,可協助釐清養殖成敗因素,並確 保生物安全防疫式養殖的落實。生物絮凝技術應用在白蝦高密度零換 水養殖模式,除了可達到生物安全防疫,充 分利用土地與水資源,還可將有毒氨氮廢棄 物轉換利用,成為養殖生物的餌料,或取代 部分魚粉成為飼料原料,降低生產成本,增 加收益,還兼顧環境保護與水產養殖的永續 發展,相較於現今白蝦養殖大都採用大量換 水或循環水的模式所引發的諸多問題,應有 導正之效,值得繼續研發與應用。</w:t>
      </w:r>
    </w:p>
    <w:p>
      <w:pPr>
        <w:spacing w:line="288" w:lineRule="auto" w:after="160"/>
      </w:pPr>
      <w:r>
        <w:t>(七)檢疫 購買蝦苗前最好可以先取少量送家畜 衛生試驗所檢疫或由苗商出示檢疫證明,以 確保蝦苗的健康狀態。養殖過程除留意成長 速度、外觀、體色、肝胰臟及腸道完整與飽 滿度,甲殼厚度、肌肉結實度與透明度,活 力及其它健康指標外,亦可定期採樣送家 衛生試驗所檢驗,將檢疫費用納入養蝦固定 四、收穫 目前臺灣白蝦市場分為活蝦(主要) 及冷凍加工,活蝦市場池邊交易價受特定節 日及季節影響較大,例如母親節、中秋節及 春節為活蝦需求量較高的三大節日,池邊交 易價也較高,養殖業者通常依此回推選擇合 適時機及密度放養,來迎合這些節日增加收 益。</w:t>
      </w:r>
    </w:p>
    <w:p>
      <w:pPr>
        <w:spacing w:line="288" w:lineRule="auto" w:after="160"/>
      </w:pPr>
      <w:r>
        <w:t>臺灣混養型態的白蝦佔總生產量的大 宗,因此,當混養的白蝦在6-10月相繼收 穫時,市場上白蝦供應量大增,白蝦價格也 就順勢下跌。白蝦收穫方式可以用蝦籠分批間捕,或 用1人操作之拖網大量捕捉(圖3-8),利用 配備純氧充氣及降溫海水之水車運往市場 銷售。30 FRI Special Publication No.30 圖3-8白蝦收穫情形。</w:t>
      </w:r>
    </w:p>
    <w:p>
      <w:r>
        <w:br w:type="page"/>
      </w:r>
    </w:p>
    <w:p>
      <w:pPr>
        <w:spacing w:after="360"/>
        <w:jc w:val="center"/>
      </w:pPr>
      <w:r>
        <w:rPr>
          <w:b/>
          <w:sz w:val="28"/>
        </w:rPr>
        <w:t>--- 第 38 頁 ---</w:t>
      </w:r>
    </w:p>
    <w:p>
      <w:pPr>
        <w:spacing w:line="288" w:lineRule="auto" w:after="160"/>
      </w:pPr>
      <w:r>
        <w:t>白蝦繁養殖及生物安全防疫管理 「水產試驗所特刊第30號E31-50,2021 第四章 白蝦的營養需求飼料 周瑞良'、楊順德2、吳豐成 水產試驗所東港生技研究中心、淡水繁養殖研究中心 營養需求 蝦類營養研究始於70年代初,因種 類、大小、來源、蝦隻生理、飼養環境、試 驗設計、試驗設施、飼料形式、飼料配方與 加工方式等均不同,以致無法將這些研究結 果整合比較,但仍可採用這些研究成果的基 本原則調配市售蝦類飼料,表4-1為蝦類飼 料一些營養素的推薦量(Akiyama, 1992)。</w:t>
      </w:r>
    </w:p>
    <w:p>
      <w:pPr>
        <w:spacing w:line="288" w:lineRule="auto" w:after="160"/>
      </w:pPr>
      <w:r>
        <w:t>表4-1蝦類飼料的一些營養素推薦量 15-40 36.0 (一)蛋白質與胺基酸 1. 蛋白質需求 蛋白質是動物體含量最多且最為重要 的成分,在動物體結構與生理功能上佔有重 要的角色,由於動物不斷利用蛋白質以進行 生長、組織修復、合成激素和酵素及作為能 量來源等,因而必須不斷提供蛋白質。在早 期的研究,以半純化飼料進行試驗,認為白 蝦的蛋白質需求量為28-32%;白蝦在後 幼生的前期蛋白質需求量高於40%,但 在生活史的後段之蛋白質需求量低於 30%。</w:t>
      </w:r>
    </w:p>
    <w:p>
      <w:pPr>
        <w:spacing w:line="288" w:lineRule="auto" w:after="160"/>
      </w:pPr>
      <w:r>
        <w:t>以半純化飼料探討白蝦幼生的蛋白質 需求,結果認為其需求量為37.6%。以酪蛋 白與肉濃縮蛋白為蛋白源、飼料能量與蛋 白質比維持在10 kcal/g protein,結果顯示 白蝦的最適蛋白質需求量約為30%。放養密度及飼養環境也會影響蝦類對 飼料蛋白質的需求,土池中以半集約式(5 蝦隻大小(g) 營養素 限度 蛋白質 不低於 0-3 40.0 3-15 38.0 不低於 6.2 5.8 5.5 脂質 不高於 7.2 6.8 6.5 纖維 不高於 3.0 4.0 4.0 灰分 不高於 15.0 15.0 15.0 鈣 可利用磷 鉀 不高於 2.3 不低於 2.3 2.3 0.8 0.8 0.8 不低於 0.9 0.9 0.9 離胺酸 不低於 2.12 2.01 1.91 精胺酸 不低於 2.32 2.20 2.09. 羥丁胺酸 不低於 1.44 1.37 1.30 甲硫胺酸 不低於 0.96 0.91 0.86 甲硫胺酸/胱 不低於 1.44 1.37 1.30 胺酸 磷脂質 不低於 1.0 1.0 1.0 膽固醇 不低於 0.35 0.3 0.25 EPA 不低於 0.4 0.4 0.4 DHA 不低於 0.4 0.4 0.4 鹽度環境下,蝦隻對飼料蛋白質的需求有所 資料來源:Akiyama, 1992 不同,白蝦飼育在較高鹽度環境時,需較高 -11尾/m²)養殖白蝦,比較餵以蛋白質含 量20%和40%的飼料對池蝦產量的影 響,結果蛋白質含量在20%即可滿足半集 約式養殖白蝦的成長所需。</w:t>
      </w:r>
    </w:p>
    <w:p>
      <w:pPr>
        <w:spacing w:line="288" w:lineRule="auto" w:after="160"/>
      </w:pPr>
      <w:r>
        <w:t>廣鹽性的蝦類為 調節滲透壓的平衡以適應鹽度的改變,會使 其消耗某些營養素與能量,因而造成在不同 The Aquaculture and Bio-safety Management Practices for White Shrimp 31。</w:t>
      </w:r>
    </w:p>
    <w:p>
      <w:r>
        <w:br w:type="page"/>
      </w:r>
    </w:p>
    <w:p>
      <w:pPr>
        <w:spacing w:after="360"/>
        <w:jc w:val="center"/>
      </w:pPr>
      <w:r>
        <w:rPr>
          <w:b/>
          <w:sz w:val="28"/>
        </w:rPr>
        <w:t>--- 第 39 頁 ---</w:t>
      </w:r>
    </w:p>
    <w:p>
      <w:pPr>
        <w:spacing w:line="288" w:lineRule="auto" w:after="160"/>
      </w:pPr>
      <w:r>
        <w:t>White Shrimp 周瑞良、楊順德、吳豐成 含量的飼料蛋白質;血淋巴液的蛋白質濃度 與飼料蛋白質含量有關,高蛋白飼料將使適 應低鹽度環境蝦隻血淋巴液的蛋白質濃度提 高,而血淋巴液的蛋白質會被分解為胺基酸 以維持滲透壓恆定或作為代謝能量則與環境 鹽度有關;在低換水量的環境下白蝦稚蝦餵 以31% 蛋白質之飼料,其成長率、換肉率 與蛋白質效率均較餵食21% 蛋白質者佳。2. 胺基酸需求 才逐漸被研究出來(表4-2)。</w:t>
      </w:r>
    </w:p>
    <w:p>
      <w:pPr>
        <w:spacing w:line="288" w:lineRule="auto" w:after="160"/>
      </w:pPr>
      <w:r>
        <w:t>對白蝦而言, 必需胺基酸中以羥丁胺酸、離胺酸、精胺酸 及甲硫胺酸尤為重要,其中離胺酸和精胺酸 有拮抗性,一般認為離胺酸和精胺酸的比例 應保持1:1或1:1.1(莊,1993)。表4-2蝦類的必需胺基酸需求量 胺基酸 需求量 (g/kg蛋白質) 蝦種 53 草蝦 精胺酸 造成飼料蛋白質需求差異的飼料因素 包括蛋白質品質之差異、試驗飼料含有不同 的蛋白質及能量比或代謝能值,以及不同蛋 白源之必需胺基酸組成不同。</w:t>
      </w:r>
    </w:p>
    <w:p>
      <w:pPr>
        <w:spacing w:line="288" w:lineRule="auto" w:after="160"/>
      </w:pPr>
      <w:r>
        <w:t>蛋白質是由胺 基酸所組成,飼料中蛋白質的營養價與其含 有必需胺基酸的量及胺基酸間的平衡有 關,因此動物對蛋白質的需求在實質上是對 胺基酸的需要。蝦類和魚類一樣都需要十種 必需胺基酸,這十種胺基酸是蝦類無法合成 或合成能力有限,包括:精胺酸(Arginine)、 組胺酸(Histidine)、白胺酸 (Leucine)、異 白胺酸 (Isoleucine)、離胺酸(Leucine)、甲 硫胺酸 (Methionine) 苯丙胺酸 (Phenylalanine)、色胺酸(Tryptophan)、羥 丁胺酸 (Threonine) 及胺酸 (Valine)。</w:t>
      </w:r>
    </w:p>
    <w:p>
      <w:pPr>
        <w:spacing w:line="288" w:lineRule="auto" w:after="160"/>
      </w:pPr>
      <w:r>
        <w:t>通 常胺基酸的定量需求試驗係將飼料中的某 一欲探討之必需胺酸的量設計至最低量,再 逐次添加不同含量之結晶型胺基酸,由動物 成長結果求出必需胺基酸的需求量,但蝦類 對結晶型胺基酸的利用率不佳,因而始終無 法定出其必需胺基酸的需求量,直到最近幾 年發展出將結晶型胺基酸微膠囊化或微粒 黏結等改善方法,蝦類的必需胺基酸需求量 55 草蝦 組胺酸 22 草蝦 異白胺酸 白胺酸 27 草蝦 43 草蝦 52 草蝦 離胺酸 31 白蝦 45-52 白蝦 甲硫胺酸 35 草蝦 甲硫胺酸+胱胺酸 苯丙胺酸+酪胺酸 羥丁胺酸 色胺酸 纈胺酸 40 草蝦 77 草蝦 35 草蝦 5 草蝦 34 草蝦 資料來源:Wilson.2003、楊,1994 • 3. A/E ratio 成長中的動物體其增重大多來自於肌 肉蛋白質的蓄積,故推斷飼料的胺基酸組成 應與該動物肌肉蛋白質的胺基酸組成有密 切關聯性,因此飼料胺基酸組成與蝦體胺基 酸組成愈接近,蝦隻的成長愈好,且依據蝦 體的胺基酸組成設計相應的飼料配方,也是 種既方便又可能得到良好配方的合理方法, 通常是以肌肉中必需胺基酸量與總必需胺 基酸量的比值(A/Eratio)作為參考依據, 32 FRI Special Publication No.30。</w:t>
      </w:r>
    </w:p>
    <w:p>
      <w:r>
        <w:br w:type="page"/>
      </w:r>
    </w:p>
    <w:p>
      <w:pPr>
        <w:spacing w:after="360"/>
        <w:jc w:val="center"/>
      </w:pPr>
      <w:r>
        <w:rPr>
          <w:b/>
          <w:sz w:val="28"/>
        </w:rPr>
        <w:t>--- 第 40 頁 ---</w:t>
      </w:r>
    </w:p>
    <w:p>
      <w:pPr>
        <w:spacing w:line="288" w:lineRule="auto" w:after="160"/>
      </w:pPr>
      <w:r>
        <w:t>第四章 白蝦的營養需求飼料 此種方式雖無法定出飼料中必需胺基酸的 需求量,但可藉以瞭解蝦飼料中胺基酸是否 缺乏。一些蝦類肌肉和不同蛋白源的A/E ratio 列於表4-3,與蝦類的肌肉必需胺基酸 組成相較,魚粉中精胺酸的A/E ratio 比蝦 類為低,因而魚粉可能不算是蝦類最適宜的 胺基酸來源;而大豆粕中離胺酸、甲硫胺酸 和色胺酸的比例亦不足以供應蝦類成長所 需。表4-4 白蝦對幾種飼料原料的乾物及蛋白質表觀 消化率 飼料原料 純化原料 酪蛋白 小麥筋粉 大豆蛋白 明膠 乾物表觀 消化率(%) 蛋白質表觀 消化率(%) 91.4 99.1 85.4 98.0 84.1 96.4 85.2 97.3 玉粉澱粉 68.3 81.1 實用原料 4. 蛋白質消化率 胺基酸組成看似良好的飼料原料,若是 無法被蝦體消化、吸收及利用,對蝦隻的成 長仍無所助益,因而消化率是探究飼料原料 品質的重要依據。</w:t>
      </w:r>
    </w:p>
    <w:p>
      <w:pPr>
        <w:spacing w:line="288" w:lineRule="auto" w:after="160"/>
      </w:pPr>
      <w:r>
        <w:t>Akiyama et al. (1991) 列 舉了白蝦對幾種常用飼料原料中的乾物、蛋 白質與胺基酸的表觀消化率,其結果如表 4-4、4-5所示,大豆粕的乾物消化率比魚粉 烏賊粉 魚粉 蝦粉 68.9 79.7 64.3 80.7 56.8 74.6 55.9 40.0 大豆粕 米糠 乾物表觀消化率: Apparent dry matter digestibility 蛋白質表觀消化率: Apparent protein digestibility 資料來源:Akiyama et al., 1991 89.9 76.4 表4-3一些蝦類肌肉與飼料原料的AVE ratiol.2 蝦 種 飼料原料 胺基酸 白蝦 草蝦 斑節蝦 泰國蝦 白魚粉 烏賊粉 大豆粕 精胺酸 13.7 15.3 15.2 20.6 12.5 15.2 13.1 組胺酸 3.8 4.7 4.5 4.5 4.5 4.6 7.1 異白胺酸 10.8 8.5 8.6 7.2 7.9 8.5 9.8 白胺酸 16.3 14.6 15.0 14.8 15.0 15.7 15.7 離胺酸 14.4 14.5 15.8 17.3 15.5 15.9 12.6 甲硫胺酸 1.1 7.4 7.5 6.5 7.5 7.9 5.6 苯丙胺酸 11.3 15.5 16.8 7.4 16.4 13.2 17.3 羥丁胺酸 9.1 7.6 8.2 7.6 8.4 8.4 8.3 色胺酸 2.1 2.1 2.7 2.0 0.9 擷胺酸 10.6 9.9 8.3 7.3 10.3 8.8 9.6 「AVE ratio = (必需胺基酸 總必需胺基酸包括胱胺酸和酪胺酸)×100 2 依據 Peñaflorida, 1989; Fox et al., 1994; Mente et al., 2002 2 除白蝦未測胱胺酸外,其餘皆為甲硫胺酸與胱胺酸的總和 The Aquaculture and Bio-safety Management Practices for White Shrimp 33。</w:t>
      </w:r>
    </w:p>
    <w:p>
      <w:r>
        <w:br w:type="page"/>
      </w:r>
    </w:p>
    <w:p>
      <w:pPr>
        <w:spacing w:after="360"/>
        <w:jc w:val="center"/>
      </w:pPr>
      <w:r>
        <w:rPr>
          <w:b/>
          <w:sz w:val="28"/>
        </w:rPr>
        <w:t>--- 第 41 頁 ---</w:t>
      </w:r>
    </w:p>
    <w:p>
      <w:pPr>
        <w:spacing w:line="288" w:lineRule="auto" w:after="160"/>
      </w:pPr>
      <w:r>
        <w:t>White Shrimp 周瑞良、楊順德、吳豐成 99.2 表4-5白蝦對幾種飼料原料中的必需胺基酸表觀消化率(%) 飼料原料 精胺酸 組胺酸 異白胺酸 白胺酸 酪蛋白 離胺酸 苯丙胺酸羥丁胺酸 纈胺酸 99.3 99.4 99.5 99.5 99.4 99.1 99.4 小麥筋粉 98.1 98.1 98.3 98.5 96.7 98.7 97.2 98.1 大豆蛋白 97.5 96.7 96.8 96.7 97.5 96.6 95.3 96.4 明 膠 98.4 93.6 95.8 96.2 96.9 96.3 94.5 96.1 大豆粕 91.4 86,3 90.2 88.4 91.5 89.6 89.3 87.9 魚粉 81.0 79.0 80.4 80.7 83.1 79.1 80.6 79.4 蝦粉 81.8 75.4 81.6 82.1 85.7 75.6 83.7 79.0 烏賊粉 79.4 73.6 77.2 79.4 78.6 74.1 79.7 79.3 米糠 85.1 82.6 73.4 74.9 81.0 74.9 73.2 75.9 資料來源:Akiyama et al., 1991 和烏賊粉低,可能也是由於大豆粕含有較高 量的碳水化合物的緣故。</w:t>
      </w:r>
    </w:p>
    <w:p>
      <w:pPr>
        <w:spacing w:line="288" w:lineRule="auto" w:after="160"/>
      </w:pPr>
      <w:r>
        <w:t>常用幾種原料的蛋 白質表觀消化率大小依序為:酪蛋白 &gt; 小 麥筋粉 &gt; 大豆蛋白 &gt; 魚粉&gt; 烏賊粉 &gt; 蝦粉;而胺基酸的表觀消化率與各該原料的 蛋白質消化率的趨勢大致相同。5. 替代蛋白源 魚粉未必是蝦類最合適的蛋白源,亦曾 有報告指出以魚粉為飼料單一蛋白源會使 蝦類成長低下,再加上全球的魚粉產量因漁 獲量達到瓶頸而無法增產,甚而有減產的現 象,使得魚粉的價格居高不下,顯然開發低 價魚粉替代蛋白源以降低飼料成本,是日後 蝦類飼料乃至整個水產飼料業的走向。</w:t>
      </w:r>
    </w:p>
    <w:p>
      <w:pPr>
        <w:spacing w:line="288" w:lineRule="auto" w:after="160"/>
      </w:pPr>
      <w:r>
        <w:t>表 4-6是常見的蝦類飼料原料的胺基酸組成, 其中大豆粕、花生粕和棉籽粕是各地蝦類飼 料常用的植物性蛋白源,其價格約為魚粉的 1/4,然而植物性蛋白源普遍存在的難題是 離胺酸和甲硫胺酸為第一、第二限制性胺基 酸,羥丁胺酸亦略顯不足,過量使用這類原 料可能會有飼料胺基酸不平衡的問題,若能 以合適的動物性蛋白加以補充,將有互補加 乘的效果。在白蝦飼料魚粉替代蛋白源的研究方 面,大豆粕是蝦類飼料中最常被使用的植物 性蛋白,其在蝦類實用飼料中取代動物性蛋 白的添加比例約為20-50%,Lim and Dominy (1990)甚至認為若飼料的嗜口性 和水中安定性能夠改善,白蝦飼料中的大豆 粕添加比例應該可以超過50%。</w:t>
      </w:r>
    </w:p>
    <w:p>
      <w:pPr>
        <w:spacing w:line="288" w:lineRule="auto" w:after="160"/>
      </w:pPr>
      <w:r>
        <w:t>以水解羽 毛粉與大豆粕共同取代魚粉,發現以2:1的 比例在白蝦飼料中添加20% 約可節省55% 的魚粉。在其它植物性蛋白方面,白蝦飼料 中由高纖維菜籽粕提供30%的蛋白質,對 於蝦隻的成長、飼料效率和蛋白質利用率沒 有影響。在動物性替代蛋白源方面,早期的研究 顯示白蝦飼料中添加烏賊萃取蛋白可增進 蝦隻消化道的營養素吸收而促進成長 (Fox et al., 1994),此外,烏賊粉、水解魚肉蛋白 34 FRI Special Publication No.30。</w:t>
      </w:r>
    </w:p>
    <w:p>
      <w:r>
        <w:br w:type="page"/>
      </w:r>
    </w:p>
    <w:p>
      <w:pPr>
        <w:spacing w:after="360"/>
        <w:jc w:val="center"/>
      </w:pPr>
      <w:r>
        <w:rPr>
          <w:b/>
          <w:sz w:val="28"/>
        </w:rPr>
        <w:t>--- 第 42 頁 ---</w:t>
      </w:r>
    </w:p>
    <w:p>
      <w:pPr>
        <w:spacing w:line="288" w:lineRule="auto" w:after="160"/>
      </w:pPr>
      <w:r>
        <w:t>表4-6 常見蝦類飼料原料的胺基酸組成(g/100g原料) 第四章 白蝦的營養需求飼料 飼料原料 粗蛋 精胺 白 酸 組胺 異白 白胺 離胺 甲硫 苯丙 羥丁 色胺 纈胺 酸 胺酸 酸 酸 胺酸 胺酸? 胺酸 酸 酸 白魚粉 3 70.50 4.37 1.58 2.74 5.23 5.43 2.63 5.72 2.95 0.72 3.58 秘魯魚粉: 70.51 3.91 1.27 2.92 4.99 5.20 2.63 4.99 2.78 0.52 3.70 魚精粉 70.00 4.52 1.41 2.52 4.18 4.67 2.23 4.40 2.66 0.52 3.00 烏賊粉 3 78.69 5.89 1.76 3.30 6.09 6.17 2.97 5.13 3.24 0.76 5.75 蝦粉* 39.50 2.35 0.90 1.46 2.60 2.17 1.41 1.59 1.42 0.42 1.83 肉骨粉 50.00 3.37 0.96 1.43 3.00 2.67 1.15 2.79 1.65 0.30 2.45 水解羽毛粉 85.80 5.66 0.58 3.95 7.14 1.84 4.08 7.01 3.91 0.43 6.88 血粉 + 84.00 3.63 5.18 0.79 11.58 7.62 1.68 6.97 4.00 1.06 7.02 3 大豆粕 43.80 2.62 1.42 1.97 3.14 2.53 1.12 3.46 1.66 0.19 1.93 花生粕 48.10 5.89 1.33 1.76 3.33 1.71 1.08 4.72 1.67 0.48 1.88 棉籽粕* 41.20 3.97 0.83 1.15 1.80 1.89 0.95 2.90 1.02 0.42 1.68 麵粉: 12.90 0.64 0.30 0.51 0.89 0.36 0.48 1.06 0.37 0.17 0.59 麩皮® 15.60 1.04 0.38 0.53 0.99 0.65 0.62 1.10 0.54 0.19 0.73 粉頭# 17.00 0.98 0.41 0.67 1.08 0.67 0.40 1.04 0.54 0.20 0.75 小麥筋粉 4 79.00 2.81 1.59 2.81 5.39 1.44 2.65 6.22 2.05 0.76 3.19 米糠 + 12.80 0.97 0.34 0.51 0.90 0.56 0.42 1.19 0.44 0.13 0.77 啤酒酵母。</w:t>
      </w:r>
    </w:p>
    <w:p>
      <w:pPr>
        <w:spacing w:line="288" w:lineRule="auto" w:after="160"/>
      </w:pPr>
      <w:r>
        <w:t>48.40 2.27 1.12 2.15 3.11 3.38 1.19 3.36 2.21 0.55 2.48 包括胱胺酸: 包括酪胺酸: 換算自Peñaflorida, 1989: 依據 Guillaume et al., 1999: * 依據NRC, 1993 或水解南極蝦蛋白均可部分添加於白蝦飼 料中,其成長甚至比對照組佳。蠅蛆粉蛋白 質、脂質含量高,含硫胺基酸豐富,營養價 值與魚粉相當,昆蟲是動物界中的最大類 群,家蠅、蠶蛹、蠅蛆、蚯蚓等的工業化規 模養殖、生產及開發利用等都對解決配合飼 料中魚粉短缺問題具有長遠的意義。</w:t>
      </w:r>
    </w:p>
    <w:p>
      <w:pPr>
        <w:spacing w:line="288" w:lineRule="auto" w:after="160"/>
      </w:pPr>
      <w:r>
        <w:t>(二)碳水化合物 碳水化合物為碳、氫與氣組合而成的化 合物,是動物主要的化學能來源。碳水化合 物包括簡單醣類或稱單醣,單醣又可區分成 四大類:三碳糖、四碳糖、五碳糖和六碳糖, 由這些單醣彼此連接而成雙醣和多醣。重要 的多醣類包括澱粉是植物碳水化合物主要 之貯存形式、肝醣是動物碳水化合物主要之 貯存形式、纖維素則為植物主要的構造成分 以及幾丁質是甲殼類外殼的主要成分。碳水化合物、脂質和蛋白質是可供應動 物能源的三大營養素,飼料中的碳水化合物 或脂質含量不足時,蝦隻將利用蛋白質以滿 足其能量需要;當有適當的能量可利用時, 則蛋白質將利用作為生長。</w:t>
      </w:r>
    </w:p>
    <w:p>
      <w:pPr>
        <w:spacing w:line="288" w:lineRule="auto" w:after="160"/>
      </w:pPr>
      <w:r>
        <w:t>蝦類對碳水化合 物沒有特定的需求量,但飼料中若缺少碳水 化合物同樣會使蝦隻成長低下,因為飼料低 碳水化合物會使蝦類將蛋白質轉換成葡萄 糖和肝醣以滿足其生理代謝所需的能量;反 The Aquaculture and Bio-safety Management Practices for White Shrimp 35。</w:t>
      </w:r>
    </w:p>
    <w:p>
      <w:r>
        <w:br w:type="page"/>
      </w:r>
    </w:p>
    <w:p>
      <w:pPr>
        <w:spacing w:after="360"/>
        <w:jc w:val="center"/>
      </w:pPr>
      <w:r>
        <w:rPr>
          <w:b/>
          <w:sz w:val="28"/>
        </w:rPr>
        <w:t>--- 第 43 頁 ---</w:t>
      </w:r>
    </w:p>
    <w:p>
      <w:pPr>
        <w:spacing w:line="288" w:lineRule="auto" w:after="160"/>
      </w:pPr>
      <w:r>
        <w:t>White Shrimp 周瑞良、楊順德、吳豐成 11 之,如果飼料可提供質量合適的碳水化合物 以代謝成能量,那麼飼料中的植物性蛋白添 加量將可大為提高。飼料中碳水化合物的添 加量因蝦類食性、蝦體由蛋白質和脂質合成 醣類的能力以及蝦隻代謝蛋白質和脂質取 得能量的能力等而有變動,一般而言,碳水 化合物以澱粉的形式在蝦類飼料中的添加 量可達20-30%。碳水化合物除了作為能 源以減少蝦體使用蛋白質供能外,亦可作為 供生長需要的各種中間性代謝前驅物質;即 非必需胺基酸、核酸和幾丁質等,此外, 些碳水化合物可作為飼料的黏著劑,增加飼 料顆粒在水中的安定性以減少溶失。</w:t>
      </w:r>
    </w:p>
    <w:p>
      <w:pPr>
        <w:spacing w:line="288" w:lineRule="auto" w:after="160"/>
      </w:pPr>
      <w:r>
        <w:t>在陸上 動物,膳食纖維分為水溶性及難溶性兩大 類,添加水溶性膳食纖維,如關華豆膠、果 膠或羧甲基纖維素等,因可提高飼料的黏度 而延長了動物胃排空的時間,據推測這類的 纖維也可能會影響到甲殼類對碳水化合物 的吸收。飼料中難溶性纖維含量高,可能會 減短食物通過腸道的時間、阻礙食物與消化 酵素的接觸以及與動物所需要的金屬離子 產生整合,並且降低蝦類對飼料的消化率。在飼料製造過程中,高纖維含量將使飼料難 以黏著,而且纖維很難予以磨細,以致使飼 料多孔隙,造成飼料的水中安定性變差。</w:t>
      </w:r>
    </w:p>
    <w:p>
      <w:pPr>
        <w:spacing w:line="288" w:lineRule="auto" w:after="160"/>
      </w:pPr>
      <w:r>
        <w:t>目 前中央標準局水產動物配合飼料國家標準 所訂之蝦類飼料粗纖維的最高含量為3%。(三)能量 蝦類攝食主要是為滿足其對能量的需 求,以作為成長、活動與繁殖之用。若飼料 能量過高將使蝦隻的攝食量減少,相對的其 它營養素的攝取也因而減少進而影響成長; 36 FRI Special Publication No.30 反之,若飼料能量過低,將使蝦隻利用蛋白 質作為能源而不用在成長。動物利用能量的 生物過程稱為代謝,而能量被利用的速率稱 為代謝率,蝦類的代謝率受到許多因子的影 響,如水溫、種類、年齡或體型、活動、生 理狀況及體能等,其它非生物性因素如氧與 二氧化碳濃度,pH值與鹽度也會影響代謝 率。</w:t>
      </w:r>
    </w:p>
    <w:p>
      <w:pPr>
        <w:spacing w:line="288" w:lineRule="auto" w:after="160"/>
      </w:pPr>
      <w:r>
        <w:t>(四)脂質 脂質是生物體中可被非極性溶劑如乙醚 或氯仿等萃取出來的部分。脂質包含游離脂 肪酸、三甘油脂、磷脂質、油脂、蠟和固醇 類等,脂質為甘油的脂肪酸酯,是動物儲存 能量的物質,磷脂質是細胞與胞器膜的主要 組成分,且有助於維持體液與膜之彈性、神 經磷脂是腦和神經的成分、固醇類為性激素 及其它激素的前驅物、蠟則是植物及部分動 物的能量儲存物質。脂質是動物重要的能量 來源,1克的脂質可產生8-9大卡,相當 於同重量蛋白質或碳水化合物產能的兩倍 多;脂質除提供能量外,也提供蝦類的必需 脂肪酸,如亞麻油酸(18:26)、次亞麻油酸 (18:33)、廿碳五烯酸(20:5n3;EPA)及廿 二碳六烯酸(22:63; DHA)等;另外,脂 質也是脂溶性維生素的來源,在飼料中的脂 質亦可做為誘引劑且會影響飼料的品質。</w:t>
      </w:r>
    </w:p>
    <w:p>
      <w:pPr>
        <w:spacing w:line="288" w:lineRule="auto" w:after="160"/>
      </w:pPr>
      <w:r>
        <w:t>1. 必需脂肪酸 脂肪酸在促進蝦體成長、變態和繁殖過 程都有其重要功能,n-3HUFA更可增加幼 蝦抗緊迫的能力。動物組織中的脂肪酸是源 自於由食物攝取而來或利用其它脂肪酸、蛋 白質或碳水化合物自體合成,已有許多研究。</w:t>
      </w:r>
    </w:p>
    <w:p>
      <w:r>
        <w:br w:type="page"/>
      </w:r>
    </w:p>
    <w:p>
      <w:pPr>
        <w:spacing w:after="360"/>
        <w:jc w:val="center"/>
      </w:pPr>
      <w:r>
        <w:rPr>
          <w:b/>
          <w:sz w:val="28"/>
        </w:rPr>
        <w:t>--- 第 44 頁 ---</w:t>
      </w:r>
    </w:p>
    <w:p>
      <w:pPr>
        <w:spacing w:line="288" w:lineRule="auto" w:after="160"/>
      </w:pPr>
      <w:r>
        <w:t>第四章 白蝦的營養需求飼料 顯示對蝦類自體合成n-3系列(如18:33、 EPA和DHA)與n-6系列(如 18:26、 20:46 和 22:56) 脂肪酸的能力有限,因而 這類的脂肪酸都是對蝦類的必需脂肪酸。2. 磷脂質 表4-7蝦類飼料中常用原料的膽固醇含量 原 料 膽固醇 (佔脂質%) 膽固醇 原 料 (佔脂質%) 烏賊肉 18.0 魚 1.4 烏賊內臟 3.0 鮮 魚 0.6 全蝦 9.9 請 魚 0.6 磷脂質是生物細胞膜之主要成分,為複 合脂質:磷脂質是甘油骨架在其第1與第2 位置與脂肪酸酯化,而第3位置則為磷酸與 氮基酯化;若氮基為膽鹼則為磷脂膽鹼 (PC,亦稱為卵磷脂)。</w:t>
      </w:r>
    </w:p>
    <w:p>
      <w:pPr>
        <w:spacing w:line="288" w:lineRule="auto" w:after="160"/>
      </w:pPr>
      <w:r>
        <w:t>一般常見的卵磷質為 大豆卵磷脂,對蝦類飼料以大豆卵磷脂為來 源時所需要的磷脂質為1.0-6.5%,而一般 的推薦量為2.0%。蝦 頭 蟹 蛤 10.0 烏賊油 1.8 7.8 鯡魚油 0.8 5.2 鱈魚肝油 0.6 貽 貝 1.7 墨罕敦油 0.5 助宗鱈魚 鳕 魚 7.1 鮭魚油 0.5 6.2 資料來源:Akiyama et al., 1992 3. 膽固醇 在甲殼類的肌肉中固醇類約佔脂質的 41.5%,其中有90% 是膽固醇,但和一般 脊椎動物不同的是,甲殼類無法由簡單分 子,如醋酸鹽、二羥戍酸或角鯊烯等合成膽 固醇,而蝦體內許多固醇類和必需成分如脫 殼激素、性激素與維生素D等都是由膽固 醇所合成,膽固醇也是細胞膜成分且在脂肪 運輸吸收上有其功能,因而須由食物中攝 取固醇類才能維持其正常生理代謝及成 長。</w:t>
      </w:r>
    </w:p>
    <w:p>
      <w:pPr>
        <w:spacing w:line="288" w:lineRule="auto" w:after="160"/>
      </w:pPr>
      <w:r>
        <w:t>一般蝦類飼料中合適的膽固醇含量為 0.2-2.0%,因種類、年齡大小和飼料原料 的成分而定。表4-7為蝦飼料中常用原料的 膽固醇含量,飼料可因使用這些原料而減少 膽固醇的實際添加量,一般飼料原料特別是 蝦頭、殼粉和烏賊粉含有不少膽固醇,故膽 固醇實際的添加量僅約0.1%(Akiyama et al., 1992)。一般白蝦飼料中膽固醇的推薦含 量為0.5%。(五)維生素 維生素雖不是構成動物體的主要成 分,也無法提供能量,但在動物體的代謝和 生理功能上,具有相當重要且不為其它營養 素所替代的作用。</w:t>
      </w:r>
    </w:p>
    <w:p>
      <w:pPr>
        <w:spacing w:line="288" w:lineRule="auto" w:after="160"/>
      </w:pPr>
      <w:r>
        <w:t>許多維生素是構成輔酶的 重要成分,有的則直接參與動物體的生長和 生殖活動,動物若長期攝取維生素不足會造 成缺乏症,以致發生代謝障礙、生長遲滯及 對疾病的抵抗力下降;蝦類若缺乏維生素也 會有黑死病、脫殼死亡、天空蝦以及成長 慢等現象。維生素的需求量隨動物大小、年 齡、成長率、環境因素以及成熟度而有所不 同,一般蝦類飼料中的維生素含量都要比真 正的需求量為高,原因有三:(1)在加工貯 存過程中某些維生素會損耗:(2)除了預混 料外,飼料原料中原本就一些維生素,但含 量不定在配方時不予計算;(3)蝦類攝食 緩慢,因此維生素在水中的溶失也須列入考 慮(莊,1993)。</w:t>
      </w:r>
    </w:p>
    <w:p>
      <w:pPr>
        <w:spacing w:line="288" w:lineRule="auto" w:after="160"/>
      </w:pPr>
      <w:r>
        <w:t>維生素根據其溶解性質分為兩大類,即 The Aquaculture and Bio-safety Management Practices for White Shrimp 37。</w:t>
      </w:r>
    </w:p>
    <w:p>
      <w:r>
        <w:br w:type="page"/>
      </w:r>
    </w:p>
    <w:p>
      <w:pPr>
        <w:spacing w:after="360"/>
        <w:jc w:val="center"/>
      </w:pPr>
      <w:r>
        <w:rPr>
          <w:b/>
          <w:sz w:val="28"/>
        </w:rPr>
        <w:t>--- 第 45 頁 ---</w:t>
      </w:r>
    </w:p>
    <w:p>
      <w:pPr>
        <w:spacing w:line="288" w:lineRule="auto" w:after="160"/>
      </w:pPr>
      <w:r>
        <w:t>White Shrimp 周瑞良、楊順德、吳豐成 脂溶性維生素,如維生素A、D、E及K等, 以及水溶性維生素,如維生素B1、B2、B6、 B.2、C、泛酸、菸鹼酸、生物素、葉酸、膽 鹼及肌醇等。水溶性維生素在動物體內消化 吸收很快,其缺乏時之症狀也出現得很快, 平常即使攝食過量,在體內之總存量也不 多,因為很快就被排掉。早期蝦類養殖多為 粗放式或半集約式養殖,池塘中天然的餌料 生物可提供主要的維生素來源,一般建議, 若單位蝦隻生產量超過每公頃2.5噸以上, 因天然餌料生物不足則必須在蝦飼料中額 外添加維生素(莊,1993)。</w:t>
      </w:r>
    </w:p>
    <w:p>
      <w:pPr>
        <w:spacing w:line="288" w:lineRule="auto" w:after="160"/>
      </w:pPr>
      <w:r>
        <w:t>維生素C又稱為抗壞血酸,其生理功 能包括促進膠原蛋白的形成,增進傷口癒合 能力、參與氧化還原反應、合成腎上腺素、 加強鐵的吸收、抗緊迫及作為抗氧化劑,近 年來維生素C在提升免疫力上所扮演的角 色更是受到矚目。包括白蝦在內的許多蝦類 缺乏維生素C會出現黑死病症狀,另外有 報告指出,斑節蝦缺乏維生素C時蝦殼 的邊緣、下腹部與步足出現褪色或不正常的 灰白色斑點(蕭,2000)。L-抗壞血酸(Cl)是以往水產飼料中 常用的維生素C源,為水溶性、熱不穩定 性的維生素,且很容易在飼料的製作和貯藏 的過程中因高溫、氧氣及光線的作用,被氧 化成不活化的二酮古洛糖酸,因而在蝦飼料 中須使用其它型態的抗壞血酸以增加維生 素C 活性的保存,其中在抗壞血酸內酯環 中不穩定的C2 位置上連接硫酸或磷酸的抗 壞血酸衍生物,都有很好的抗氧化效果,這 些衍生物也能有效滿足蝦類對維生素C的 需求(蕭,1998)。</w:t>
      </w:r>
    </w:p>
    <w:p>
      <w:pPr>
        <w:spacing w:line="288" w:lineRule="auto" w:after="160"/>
      </w:pPr>
      <w:r>
        <w:t>草蝦對飼料中C1的最適 需求量為2,000mg/kg,對多磷酸態維生素 C(C2PP)則需210mg/kg,對單磷酸鎂維生 素C(C2PMg)需100-200 mg/kg,對硫酸 態維生素C(C2S)需157mg/kg,對單磷酸 態維生素C(C2MP)需40mg/kg。探討蝦類對某種脂溶性維生素的需求 是有點困難度的,因為飼料中須添加魚油以 提供蝦類所需的長鏈不飽脂肪酸,但魚油中 卻含有不少這類脂溶性維生素。</w:t>
      </w:r>
    </w:p>
    <w:p>
      <w:pPr>
        <w:spacing w:line="288" w:lineRule="auto" w:after="160"/>
      </w:pPr>
      <w:r>
        <w:t>He et al. (1992) 探討白蝦對脂溶性維生素的需求 性。結果發現,飼料中沒有添加維生素A、 D和E者成長遲緩,而不加維生素K者之 成長似乎不受影響。白蝦缺乏維生素E時 活存率也會降低,以3% 玉米油及4% 魚 油作為飼料油脂來源時,白蝦飼料中維生素 E的添加量應為 100 mg/kg (25IU),而當飼 料維生素E的添加量為25mg/kg時可預防 蝦體肝胰臟和肌肉粒線體膜的脂肪氧化;添 加量為100 mg/kg 時可預防微粒體膜之氧 化,並可預防 -60℃凍藏時的氧化或飼料脂 質的氧化(He and Lawerence, 1993)。</w:t>
      </w:r>
    </w:p>
    <w:p>
      <w:pPr>
        <w:spacing w:line="288" w:lineRule="auto" w:after="160"/>
      </w:pPr>
      <w:r>
        <w:t>幾種 對蝦類的維生素需求量與一般推薦量列於 表4-8。(六)礦物質 約有20多種已知的無機礦物質是動物 體所不能或缺的營養素,有些礦物質的需要 量較多者歸類為巨量礦物質,包括鈣、磷、 鉀、鎂、鈉、氯與硫;而其它需要量較少則 稱為微量礦物質,包括鐵、銅、鋅、錳、鈷、 硒與碘;其它礦物質有可能需要的包括鎳、 氟、釩、鉻、鉬、錫與矽。礦物質在蝦體內 38 FRI Special Publication No.30。</w:t>
      </w:r>
    </w:p>
    <w:p>
      <w:r>
        <w:br w:type="page"/>
      </w:r>
    </w:p>
    <w:p>
      <w:pPr>
        <w:spacing w:after="360"/>
        <w:jc w:val="center"/>
      </w:pPr>
      <w:r>
        <w:rPr>
          <w:b/>
          <w:sz w:val="28"/>
        </w:rPr>
        <w:t>--- 第 46 頁 ---</w:t>
      </w:r>
    </w:p>
    <w:p>
      <w:pPr>
        <w:spacing w:line="288" w:lineRule="auto" w:after="160"/>
      </w:pPr>
      <w:r>
        <w:t>表4-8 幾種蝦類的維生素需求量與一般推薦量(mg/kg飼料) 第四章 白蝦的營養需求飼料 草蝦+ 斑節蝦√ 中國對蝦2 白蝦! 一般推薦量 +3 維生素B 13-14 60-120 60 50 維生素B 22.5 80 100-200 40 維生素B。105-132 120 140 80-100 50 維生素 Biz 0.2 0.01-0.02 0.1 菸鹼酸 7.2 400 400 200 生物素 2.0-2.4 0.8 1 葉酸 2-8 5-10 10 肌醇 2,000-4,000 4,000 300 膽鹼 4,300 600 4,000 400 泛酸 101-139 75 2,000(C1) 210(C2PP) 3,000(C1) 10,000-20,000(C1) 100(鈣鹽) 90-120(C2PP) 100 4,000(CI) 維生素C 100-200(C2PMg) 215-430(C2PMg) 600(0.4%安定) 40(C2MP) 157(C2S) 維生素A 8,400 IU 2.4 維生素D 0.1(D3) 0.2 維生素E 200 200 12-18萬IU 6萬IU 360-440 TU 1.萬IU 5,000 IU 100 300 維生素K 30-40 185 IU 5 「依據 Shiau, 1998、蕭,2000:依據王與徐,2002: 依據 D'Abramo and Conklin, 1995 是甲殼、軟骨組織與金屬蛋白質的組成分, 並且作為酵素的輔因子。</w:t>
      </w:r>
    </w:p>
    <w:p>
      <w:pPr>
        <w:spacing w:line="288" w:lineRule="auto" w:after="160"/>
      </w:pPr>
      <w:r>
        <w:t>較易溶解的礦物 質,如鈣、磷、鈉、鉀和氯,主要功能為滲 透壓調節、酸鹼平衡以及維持膜的通透性。雖然蝦類可經由鰓膜滲透、口吞入及消化道 吸收等方式自生長的環境水域中獲得部分 礦物質,但在集約高密度及低鹽度海水中養 殖,由環境水域獲得的礦物質不足所需,且 由於脫殼作用也會失去一定量的礦物質,而 蝦類對飼料原料之礦物質利用性又不佳,因 此許多學者都認為蝦類飼料中須額外添加 礦物質,使其有良好的成長。礦物質最易溶解並迅速被吸收的是 單的離子形式,而天然的礦物質卻多形成低 溶解性的化合物,不過在進入胃的酸性環境 中會被解離後再由腸道吸收。</w:t>
      </w:r>
    </w:p>
    <w:p>
      <w:pPr>
        <w:spacing w:line="288" w:lineRule="auto" w:after="160"/>
      </w:pPr>
      <w:r>
        <w:t>然而,蝦類的 消化系統並非相當酸性,因此蝦類飼料選擇 水溶性較佳之礦物質添加物會有較佳利用 率。鈣和磷是構成蝦殼的主要成分,在許多 生理作用上扮演重要角色。在蝦類飼料中 的必需性迄今仍有爭論,有學者認為蝦類可 自環境水中獲得足量的鈣質,所以飼料中不 需再提供鈣鹽,而飼養在海水中的白蝦也不 需要由飼料提供鈣質,但為了避免病毒危 The Aquaculture and Bio-safety Management Practices for White Shrimp 39。</w:t>
      </w:r>
    </w:p>
    <w:p>
      <w:r>
        <w:br w:type="page"/>
      </w:r>
    </w:p>
    <w:p>
      <w:pPr>
        <w:spacing w:after="360"/>
        <w:jc w:val="center"/>
      </w:pPr>
      <w:r>
        <w:rPr>
          <w:b/>
          <w:sz w:val="28"/>
        </w:rPr>
        <w:t>--- 第 47 頁 ---</w:t>
      </w:r>
    </w:p>
    <w:p>
      <w:pPr>
        <w:spacing w:line="288" w:lineRule="auto" w:after="160"/>
      </w:pPr>
      <w:r>
        <w:t>White Shrimp 周瑞良、楊順德、吳豐成 害,目前有不少地區的白蝦養在低鹽度海水 或淡水中,因此無法由環境水中得到足夠的 鈣。蝦類無法自環境水中得到足夠的磷,必 須由飼料來提供,而白蝦對磷的需求則受到 飼料中鈣含量的影響,當飼料中不添加鈣時 其需求量為0.34%,但飼料中鈣含量增加 時,白蝦對飼料磷的需求量也跟著提高。這 顯示鈣的存在會影響磷的利用率,雖然目前 尚未定出白蝦飼料合適的鈣磷比,但通常蝦 類飼料的钙磷比多為1:1-2:1之間。</w:t>
      </w:r>
    </w:p>
    <w:p>
      <w:pPr>
        <w:spacing w:line="288" w:lineRule="auto" w:after="160"/>
      </w:pPr>
      <w:r>
        <w:t>在白蝦對其它礦物質的需求方面,於半 純化的飼料中單獨剔除鉀並不顯著影響白 蝦的成長和體組織的鉀含量,組織中的鎂含 量反倒受到影響,表示鉀和鎂間可能有交互 作用。由此看來,白蝦所需要的鉀應該可以 完全由環境水獲得,不過,在斑節蝦的研究 結果認為飼料中應添加0.9-1.0%的鉀 (表4-9)。表4-9斑節蝦與白蝦對飼料礦物質的需求量與一般推薦量(g/kg 飼料) 礦物質 斑節蝦' 白蝦: 一般建議量, 3 鈣 10 非必需 23(最高) 10-20 磷 &lt;3.4(0鈣) 5-10(10g/kg鈣) 8(可利用磷) 15(總磷) 10-20(20g/kg鈣) 鈉 6 鉀 9-10 9 鎂 3 1.2 2 非必需 0.07-0.14 0.02 鐵 非必需 非必需 0.3 銅 鈷 0.6 0.034 0.02 0.01 碘 非必需 非必需 鋅 0.033 0.11 硒 0.0002-0.0004 0.001 依據 Davis and Lawrence. 1997 依據劉,1997 3 依據 Akiyama et al., 1991 40 FRI Special Publication No.30。</w:t>
      </w:r>
    </w:p>
    <w:p>
      <w:r>
        <w:br w:type="page"/>
      </w:r>
    </w:p>
    <w:p>
      <w:pPr>
        <w:spacing w:after="360"/>
        <w:jc w:val="center"/>
      </w:pPr>
      <w:r>
        <w:rPr>
          <w:b/>
          <w:sz w:val="28"/>
        </w:rPr>
        <w:t>--- 第 48 頁 ---</w:t>
      </w:r>
    </w:p>
    <w:p>
      <w:pPr>
        <w:spacing w:line="288" w:lineRule="auto" w:after="160"/>
      </w:pPr>
      <w:r>
        <w:t>第四章 白蝦的營養需求飼料 二、飼料原料與添加劑 飼料是藉由諸多營養物質調配而成,以 提供生物體均衡適量之營養素。飼料原料的 選擇是影響飼料價格和品質的最重要因 素,在選擇時應考慮下列條件:(1)原料的 價格、安定性及穩定性;(2)消化率佳;(3) 誘引性良好。(一)動物性原料 這類原料在畜產飼料中只佔小部分,但 在水產飼料中所佔的比例往往超過50%, 尤其是水產動物及其產品的原料比植物 性原料更能讓肉食性水產動物有較佳的成 長效能。</w:t>
      </w:r>
    </w:p>
    <w:p>
      <w:pPr>
        <w:spacing w:line="288" w:lineRule="auto" w:after="160"/>
      </w:pPr>
      <w:r>
        <w:t>造成水產飼料使用大量水產動物及 其副產品原料的原因不一而足,例如:可消 化性、必需胺基酸組成、嗜口性、誘引性、 富含維生素A、含有成長因子或必需脂肪 酸、磷脂及膽固醇,鮮度及加工方式影響品 質甚大。1. 魚粉 魚粉是飼料中重要的海洋動物性蛋白 質原料,魚粉依原料魚的特性分為二大類, 由鱈魚、鰈魚及魟魚等白肉魚種在生產魚排 後的副產品製成的為白魚粉,由沙丁魚、鯷 魚、鯡魚、青花魚及鮪魚等紅色魚種所製成 的為紅魚粉。</w:t>
      </w:r>
    </w:p>
    <w:p>
      <w:pPr>
        <w:spacing w:line="288" w:lineRule="auto" w:after="160"/>
      </w:pPr>
      <w:r>
        <w:t>白魚粉色淡、質細、脂質低易 保存,而紅魚粉由全魚製成,營養成分甚至 優於白魚粉,但因其脂質含量高且易氧化而 降低品質。魚粉長期於高溫下貯存時其營養 成分利用率降低,添加抗氧化劑則可防止。蝦用飼料中魚粉之添加量通常為 10-40% 之間。2. 魚溶粉及魚精粉 魚溶粉是製造魚粉時,原料魚的煮汁和 榨汁經離心分離後之水溶性魚黏液,再經濃 縮乾燥而成;或以魚體內臟經自家消化後的 液狀物經離心分離魚肝油後的蛋白液濃縮 乾燥而成。</w:t>
      </w:r>
    </w:p>
    <w:p>
      <w:pPr>
        <w:spacing w:line="288" w:lineRule="auto" w:after="160"/>
      </w:pPr>
      <w:r>
        <w:t>上述水溶性魚黏液或分離魚油後 的蛋白液經濃縮為含水量約 50% 之魚溶 漿,再以脫脂米糠、麩皮等具吸附性的原料 吸附後乾燥即得魚精粉。魚溶粉及魚精粉所 含蛋白質以小分子的水溶性胜肽和胺基酸 為主,粗蛋白不少於60%,含有豐富的營 養成分,特別是水溶性維生素,是良好的水 產飼料原料。但此類產品品質不齊,成分變 化大,有些苦味高,有些pH值過低影響 口性,應增加化驗頻率以確保品質。其氨態 氮應在0.2-0.6%之間,若超過0.8%表示 已經變質了。</w:t>
      </w:r>
    </w:p>
    <w:p>
      <w:pPr>
        <w:spacing w:line="288" w:lineRule="auto" w:after="160"/>
      </w:pPr>
      <w:r>
        <w:t>3. 烏賊粉及烏賊內臟粉 將不堪食用的烏賊殘屑(頭,足為主) 乾燥粉碎即為烏賊粉,而烏賊內臟粉則是將 烏賊的頭、足和內臟等經自家消化或發酵後 分離油脂,並添加填充料再乾燥所得之產 物。烏賊粉粗蛋白約含70%以上,烏賊內 臟粉粗蛋白含50%左右,兩者的胺基酸組 成良好與蝦類的胺基酸組成比例相近,是良 好的胺基酸來源。所含胺基酸對蝦類亦具有 強烈誘引作用,並含豐富高度不飽和脂肪 酸、膽固醇,維生素及礦物質等營養素,是 蝦類飼料不可或缺的良好飼料原料。</w:t>
      </w:r>
    </w:p>
    <w:p>
      <w:pPr>
        <w:spacing w:line="288" w:lineRule="auto" w:after="160"/>
      </w:pPr>
      <w:r>
        <w:t>又,烏 賊內臟原料品質不穩,含高量烏賊墨汁不易 去除,添加量過高可能造成蝦隻拒食。烏賊 粉在蝦類飼料之添加量通常約為2-10%。The Aquaculture and Bio-safety Management Practices for White Shrimp 41。</w:t>
      </w:r>
    </w:p>
    <w:p>
      <w:r>
        <w:br w:type="page"/>
      </w:r>
    </w:p>
    <w:p>
      <w:pPr>
        <w:spacing w:after="360"/>
        <w:jc w:val="center"/>
      </w:pPr>
      <w:r>
        <w:rPr>
          <w:b/>
          <w:sz w:val="28"/>
        </w:rPr>
        <w:t>--- 第 49 頁 ---</w:t>
      </w:r>
    </w:p>
    <w:p>
      <w:pPr>
        <w:spacing w:line="288" w:lineRule="auto" w:after="160"/>
      </w:pPr>
      <w:r>
        <w:t>White Shrimp 周瑞良、楊順德、吳豐成 4. 蝦粉及蝦殼粉 將蝦隻可食部除去後的下腳料經乾燥 粉碎,肉多者稱為蝦粉,含肉少者叫蝦殼 粉,俗稱蝦糠。蝦粉及蝦殼粉的成分因原 料、品種、處理方法及鮮度不同而有極大的 變化,蝦粉含蛋白質約40%,但其中有一 部分來自幾丁質的氮,利用價值低,而蝦殼 粉的蛋白質則大多來自幾丁質,利用率更 差。蝦粉及蝦殼粉含有2.5%左右的脂質, 含豐富的高度不飽和脂肪酸、膽鹼、磷脂質 及約1%的膽固醇。</w:t>
      </w:r>
    </w:p>
    <w:p>
      <w:pPr>
        <w:spacing w:line="288" w:lineRule="auto" w:after="160"/>
      </w:pPr>
      <w:r>
        <w:t>並且含有具著色效果 的蝦紅素。蝦類飼料中這類原料的添加量約 5-15%,是蝦類飼料良好的誘引劑及著色 劑,但應注意其品質及新鮮度以及同源特定 病源帶原性等問題。5. 家禽副產物 一般將家禽副產物稱作雞肉粉,為大型 家禽屠宰場之副產品,製造方法係將家禽屠 宰體廢棄部分,如頭、頸、腳、無精蛋及腸 等經乾式或溼式提油後之殘渣,再加以粉碎 即為家禽副產物粉,除正常生產不可避免之 少量混合外,鮮度佳者有新鲜禽肉粉味:粗 蛋白含量約在62.8%、粗脂質約14.1%、粗 灰分在16.8%、鈣約3.76%、磷約1.96%, 不失為良好的動物性蛋白原料來源。</w:t>
      </w:r>
    </w:p>
    <w:p>
      <w:pPr>
        <w:spacing w:line="288" w:lineRule="auto" w:after="160"/>
      </w:pPr>
      <w:r>
        <w:t>(二)植物性原料 這類原料的價格比動物性原料便宜,可 被用來取代動物性原料,其中有些具良好的 黏著性,含維生素B群。但由於不含 n-3 HUFA 且嗜口性不佳,無法滿足水產動物的 需求,而且常含不易消化的碳水化合物(如 纖維素、半纖維素、木質素或聚戊糖等)與 多種抗營養因子。1. 大豆粕 大豆經採油後之產物予適當加熱處理 乾燥而得,由於市場上的普遍性、來源穩定 以及價格便宜,是目前最廣被使用的植物性 蛋白源。</w:t>
      </w:r>
    </w:p>
    <w:p>
      <w:pPr>
        <w:spacing w:line="288" w:lineRule="auto" w:after="160"/>
      </w:pPr>
      <w:r>
        <w:t>大豆粕的蛋白質含量較其它植物性 蛋白高,去殼者約49%、未去殼者約為 44%,除甲硫胺酸和離胺酸含量較少外,其 餘必需胺基酸組成良好,是水產動物良好的 植物性蛋白源。未經處理的大豆粕含有許多 抗營養因子,特別是胰蛋白抑制因子,不 過,大多數的抗營養因子經過一定的溫度處 理即可予以破壞。蝦類飼料中其它大豆粕副 產物包括全脂大豆粕、大豆餅與大豆蛋白濃 縮物等。飼料中大豆粕的添加量通常自10 -25%之間,最高量應不超過40%。</w:t>
      </w:r>
    </w:p>
    <w:p>
      <w:pPr>
        <w:spacing w:line="288" w:lineRule="auto" w:after="160"/>
      </w:pPr>
      <w:r>
        <w:t>2. 花生粕 飼料用花生粕是去殼的花生仁經採油 後所得之經乾燥而成,花生粕的粗纖維含 量一般在5.3%左右,有效能值比大豆粕略 高,蛋白質含量比大豆粕高 3-5%,但其 蛋白質品質低於大豆粕,胺基酸組成不佳, 富含精胺酸但離胺酸和甲硫胺酸含量偏低, 使得其生物價比魚粉或大豆粕差。花生粕的 粗纖維、粗脂肪較高,但脂肪熔點低,脂肪 酸以油酸為主,易發生酸敗。臺灣蝦類飼料 花生粕的使用量很低,可能與省花生粕的 品質不定有關。</w:t>
      </w:r>
    </w:p>
    <w:p>
      <w:pPr>
        <w:spacing w:line="288" w:lineRule="auto" w:after="160"/>
      </w:pPr>
      <w:r>
        <w:t>雖然蝦類對花生粕的消化率 不錯,而且不太含有抗營養因子,但常因花 生在貯存過程常產生黃麴毒素,值得注意。米糠 3. 米糠是糙米精白過程產量約為1成的 42 FRI Special Publication No.30。</w:t>
      </w:r>
    </w:p>
    <w:p>
      <w:r>
        <w:br w:type="page"/>
      </w:r>
    </w:p>
    <w:p>
      <w:pPr>
        <w:spacing w:after="360"/>
        <w:jc w:val="center"/>
      </w:pPr>
      <w:r>
        <w:rPr>
          <w:b/>
          <w:sz w:val="28"/>
        </w:rPr>
        <w:t>--- 第 50 頁 ---</w:t>
      </w:r>
    </w:p>
    <w:p>
      <w:pPr>
        <w:spacing w:line="288" w:lineRule="auto" w:after="160"/>
      </w:pPr>
      <w:r>
        <w:t>第四章 白蝦的營養需求飼料 副產物,其組成包括果皮層、種皮層、胚芽 層及混有少量的碎米、粗糠、鈣粉等,俗稱 生糠。脫脂米糠則是米糠經溶劑萃油後的產 物,生所含粗蛋白約為13.5%,而脫脂米 糠約為15~17%;生糠的澱粉含量約30%, 脫脂米糠則約為45-50%,且大部分為B- 澱粉,其糊化溫度為68℃。生糠脂質含量 約18%,營養價值不差,但因游離脂肪酸 高易酸敗而不易貯存,脫脂米糠則較易貯 存。</w:t>
      </w:r>
    </w:p>
    <w:p>
      <w:pPr>
        <w:spacing w:line="288" w:lineRule="auto" w:after="160"/>
      </w:pPr>
      <w:r>
        <w:t>米糠含維生素B、菸鹼酸及肌醇均高, 蝦飼料使用量一般約為10%以下。粗糠是 所有穀物外穀中營養最低之部分,沒有飼料 利用價值,一般多當作飼料的填充物或預混 劑的賦形劑、抗結塊劑等。4. 小麥產物 麵粉主要特性為顏色潔白、細度低、纖 雜少、黏度高且清潔無雜物,但價格高於 皮和粉頭等,所以僅適合於水產或寵物等高 價的飼料。麵粉一般分為特高筋、高筋,粉 心、中筋及低筋等,低價的高筋麵粉適於作 為蝦飼料的黏著劑且消化性良好,一般在飼 料組成中約佔15-30%。</w:t>
      </w:r>
    </w:p>
    <w:p>
      <w:pPr>
        <w:spacing w:line="288" w:lineRule="auto" w:after="160"/>
      </w:pPr>
      <w:r>
        <w:t>在將小麥製成麵粉過程中,會產生22 -25%的麩皮、3-5%的粉頭及0.71% 的胚芽等副產物,均可作為飼料原料。麩皮 的成分雖與脫脂米糠類似,但其胺基酸組成 較佳,消化率亦略優於脫脂米糠,麩皮富含 維生素B群及維生素E,所含脂肪約4%, 大多為不飽和脂肪酸,因含脂解酶而易變 質,又麩皮的纖維含量很高。粉頭是介於麵 粉與皮間的產品,兼具兩者的特性,適口 性佳:因具黏性而有助於造成型;粉頭含 蛋白質14%左右,因所含澱粉質具黏性也 廣用於水產飼料,澱粉含量高者其飼料效率 較佳。</w:t>
      </w:r>
    </w:p>
    <w:p>
      <w:pPr>
        <w:spacing w:line="288" w:lineRule="auto" w:after="160"/>
      </w:pPr>
      <w:r>
        <w:t>小麥胚芽所含的粗蛋白約25%,含 豐富的維生素E、亞麻油酸及油酸等重要 質成分,有助於蝦類的成長且消化率高,但 未經處理生的小麥胚芽具有生長抑制因 子,會降低脂肪利用率並影響增重,但經高 壓加熱或脫脂處理後則可除去。小麥筋粉含蛋白質75%左右,胺基酸 含量高但不平衡。小麥筋粉用於蝦飼料應以 低溫處理不損其黏彈性之活性筋粉為宜,它 具有良好黏著效果,但因價格高使用量受限 制,一般多添加於幼蝦及斑節蝦飼料,可增 加飼料的蛋白質含量和水中安定性,而大蝦 飼料用量少或不用。</w:t>
      </w:r>
    </w:p>
    <w:p>
      <w:pPr>
        <w:spacing w:line="288" w:lineRule="auto" w:after="160"/>
      </w:pPr>
      <w:r>
        <w:t>(三)其它原料 1. 酵母粉 以碳水化合物(糖蜜、木材廢液、石油 等)及氮源(硫酸铵、尿素、豆粉等)作為 營養源,Torula、Saccharomyces 或 Condida 等酵母菌種,培養後之產品經乾燥即得酵母 粉。酵母粉之粗蛋白含量均高,脂肪低、纖 維與灰分含量視酵母來源而異。酵母的胺基 酸組成以離胺酸含量較高,甲硫胺酸較低, 蛋白質消化率尚可,酵母粉含豐富的維生 素,尤以 B 群之菸鹼酸、膽鹼、B、泛酸 及葉酸等含量均很高,礦物質中,鈣含量較 少,但磷、鉀含量均多。</w:t>
      </w:r>
    </w:p>
    <w:p>
      <w:pPr>
        <w:spacing w:line="288" w:lineRule="auto" w:after="160"/>
      </w:pPr>
      <w:r>
        <w:t>酵母之應用因飼 料的嗜口性而受限,在蝦類飼料中的添加 量,通常在2-5%之間,酵母在飼料中的 含量最好不超過5%。2. 油脂類 The Aquaculture and Bio-safety Management Practices for White Shrimp 43。</w:t>
      </w:r>
    </w:p>
    <w:p>
      <w:r>
        <w:br w:type="page"/>
      </w:r>
    </w:p>
    <w:p>
      <w:pPr>
        <w:spacing w:after="360"/>
        <w:jc w:val="center"/>
      </w:pPr>
      <w:r>
        <w:rPr>
          <w:b/>
          <w:sz w:val="28"/>
        </w:rPr>
        <w:t>--- 第 51 頁 ---</w:t>
      </w:r>
    </w:p>
    <w:p>
      <w:pPr>
        <w:spacing w:line="288" w:lineRule="auto" w:after="160"/>
      </w:pPr>
      <w:r>
        <w:t>White Shrimp 周瑞良、楊順德、吳豐成 油脂包括油(常溫為液體),脂(常溫 為固體)、蠟(由脂肪酸與甘油以外之高級 醇類所成之酯)以及複合脂類(由脂肪酸 與醇類及其他基團所成之酯)等。油脂是飼 料的重要成分,尤其是高熱能飼料不可或缺 的原料,水產飼料則以魚油為主,亦有併用 大豆油者。魚油是從魚體或魚內臟提所得的油 脂產品,含豐富的高度不飽和脂肪酸與脂溶 性維生素,對蝦類成長效果比植物性油脂 好,是蝦飼料的良好脂質來源,可以與植物 性油脂混合使用。</w:t>
      </w:r>
    </w:p>
    <w:p>
      <w:pPr>
        <w:spacing w:line="288" w:lineRule="auto" w:after="160"/>
      </w:pPr>
      <w:r>
        <w:t>魚油的品質與原料魚的種 類、漁場、捕獲季節、新鮮度以及加工過程 有關,魚油是易變質的產品,需加入 BHT、 BHA 或依索金等抗氧化劑以維持品質。魚 油品質參考標準如下:游離脂肪酸含量&lt; 3%、不皂化物&lt;2.5%、過氧化物價&lt; 5 meqv/kg、碘價&gt;135及n-3脂肪酸EPA 與DHA含量分別超過15%和8%。植物油脂是油籽實類種子提煉所得的 油脂,其成分以三醯甘油為主,總脂肪酸含 量在90%以上,不皂化物2%以下,不溶 物 1%以下。</w:t>
      </w:r>
    </w:p>
    <w:p>
      <w:pPr>
        <w:spacing w:line="288" w:lineRule="auto" w:after="160"/>
      </w:pPr>
      <w:r>
        <w:t>植物油不含蝦紅素,含有較 多的18:26 和少量的18:33兩種必需脂肪 酸,對蝦類而言只含有18:26和18:33 兩 種必需脂肪酸。(四)飼料添加劑 飼料添加劑是飼料中微量添加的物 質,少量使用這些添加物即可改善動物的成 長效能與飼料效率約10-25%。飼料添加 劑的選用要遵循安全性、經濟性和使用方便 的原則,使用前需考慮添加劑的質量、效價 44 FRI Special Publication No.30 和有效期,尚需注意限用、禁用、用量、用 法以及配合禁忌等規定。</w:t>
      </w:r>
    </w:p>
    <w:p>
      <w:pPr>
        <w:spacing w:line="288" w:lineRule="auto" w:after="160"/>
      </w:pPr>
      <w:r>
        <w:t>另外,除了改善動 物的成長效能、飼料效率與免疫能力之外, 飼料添加劑的功能尚有維持飼料的營養 價,作為營養補充,協助飼料成型或增進飼 料的嗜口性與可消化性等。市售的添加劑種類若依其用途和原料 內容來分類,計有維生素、礦物質、臟器製 劑、酵母製劑、植物製劑、消化酵素、油脂 -卵磷脂、色素、抗氧化劑及粘結劑等,此 外,有的更將這些原料再配合製成混合劑。這些不同種類的產品在市場上銷售的數量 以維生素及礦物質類佔壓倒性的多數,尤其 以綜合維生素劑和礦物質預混劑較多,其次 是油脂(大多是含有維生素的油脂)、粘結 劑、消化酵素等。</w:t>
      </w:r>
    </w:p>
    <w:p>
      <w:pPr>
        <w:spacing w:line="288" w:lineRule="auto" w:after="160"/>
      </w:pPr>
      <w:r>
        <w:t>其它以單品銷售的添加物 較少,大多是以混合劑的型式存在於市面 上,混合劑大多是以「維生素+營養成分+ 礦物質」為基本配方,然後再添加植物成分 或臟器成分、抗氧化劑、消化酵素等,各項 製品可由現場的實際使用成果或試驗場所 的實驗數據等來評估添加劑的使用效益。1. 誘引劑 蝦類大多依靠嗅覺索餌,因而飼料必須 具有誘引的效果,海洋動物蛋白源即含有許 多誘引物質。試驗室中為使純化或半純化飼 料具有誘引性,會在飼料中添加一些誘引 劑,而在實際應用上,添加誘引劑可增進蝦 隻在較差的環境中,受到緊迫後以及飼料含 有抗生素時的攝餌量。</w:t>
      </w:r>
    </w:p>
    <w:p>
      <w:pPr>
        <w:spacing w:line="288" w:lineRule="auto" w:after="160"/>
      </w:pPr>
      <w:r>
        <w:t>早期日本學者指出淺 蜊是養殖斑節蝦良好的原料,後來發現除去 蛋白質的萃取物雖無改善營養的效果,卻含。</w:t>
      </w:r>
    </w:p>
    <w:p>
      <w:r>
        <w:br w:type="page"/>
      </w:r>
    </w:p>
    <w:p>
      <w:pPr>
        <w:spacing w:after="360"/>
        <w:jc w:val="center"/>
      </w:pPr>
      <w:r>
        <w:rPr>
          <w:b/>
          <w:sz w:val="28"/>
        </w:rPr>
        <w:t>--- 第 52 頁 ---</w:t>
      </w:r>
    </w:p>
    <w:p>
      <w:pPr>
        <w:spacing w:line="288" w:lineRule="auto" w:after="160"/>
      </w:pPr>
      <w:r>
        <w:t>第四章 白蝦的營養需求飼料 有促進斑節蝦攝餌的物質,進一步分析得知 主要是牛磺酸和甘胺酸兩種胺基酸所致。表4-10人工誘引劑的建議使用量 人工誘引劑 推薦添加量 胺基酸 0.1% 人工香料 甜菜鹼 無反應 1.0% 核苷酸 天然原料中常含有誘引物質,如魚粉富 含次黃嘌呤核苷酸、無脊椎動物含四級胺類 的甜菜鹼以及一些動物性、植物性或單細胞 飼料原料也含有不等量的游離胺基酸;魚 粉、蝦粉與烏賊粉是蝦飼料中極具誘引性的 原料,可改善飼料的嗜口性及增進白蝦的消 化。</w:t>
      </w:r>
    </w:p>
    <w:p>
      <w:pPr>
        <w:spacing w:line="288" w:lineRule="auto" w:after="160"/>
      </w:pPr>
      <w:r>
        <w:t>人工合成的純物質誘引劑有L-胺基 酸、核苷酸及甜菜鹼等(表4-10),草蝦飼 料中添加含甜菜鹼的市售誘引劑雖無法促 進蝦隻成長,但可加速蝦隻的攝食,減少飼 料在水中崩解所致的營養流失,麩胺酸、甜 菜鹼與牛磺酸為有效的誘引劑,在酪蛋白飼 料中添加寡肽,如丙胺酸-甘胺酸-甘胺酸、 丙胺酸-絲胺酸及甘胺酸-甘胺酸-甘胺酸,發 現對斑節蝦具有良好的誘引效果,且有助於 蝦隻成長。以植物性原料取代海洋性動物原 料的蝦類飼料中,有效的使用誘引劑可促進 蝦隻的攝食與改善換肉率,進而降低飼料成 本。</w:t>
      </w:r>
    </w:p>
    <w:p>
      <w:pPr>
        <w:spacing w:line="288" w:lineRule="auto" w:after="160"/>
      </w:pPr>
      <w:r>
        <w:t>水產加工副產物如魚、蝦、軟體動物臟 器大多具有良好的誘引效果,添加在飼料中 除了作為誘引劑外,尚能提供部分的高度不 飽和脂肪酸或蝦紅素。2. 黏著劑 水產飼料,特別是蝦類飼料的調配必須 強調水中安定性,因為蝦類是用前肢抱住飼 料再慢慢啃食,飼料的營養成分很容易溶失 在水中,因此須使飼料能保持適當形狀,並 在水中維持一段時間不會崩解或溶失。蝦飼 料的水中安定性主要受到飼料加工條件的 影響,如原料的顆粒大小、加工處理時間與 資料來源:Chamberlain et al., 2001 90 mg/kg 溫度、模孔大小與厚度、蒸煮或乾燥溫度與 時間等;另外,原料的選擇和黏著劑的添加 均與飼料的水中安定性也有密切關係。</w:t>
      </w:r>
    </w:p>
    <w:p>
      <w:pPr>
        <w:spacing w:line="288" w:lineRule="auto" w:after="160"/>
      </w:pPr>
      <w:r>
        <w:t>一般常作為飼料蛋白質或碳水化合物 來源的原料,如麵粉、小麥筋粉、糖蜜、澱 粉、酪蛋白和明膠等均有黏著的特性,許多 人工合成或萃取而得的增黏劑在飼料中添 加1-2% 亦有助於水中安定性,而這些黏 著劑大多是具有多醣類的複合物:(1)海藻 萃取物:海藻酸(有鈣鹽存在時可形成穩定 膠狀物)、褐藻膠、洋菜膠及鹿角菜膠等; (2)陸上植物萃取物:果膠、阿拉伯膠及瓜 爾膠等;(3)動物萃取物:幾丁聚糖;(4)細 菌萃取物:三仙膠;(5)人工合成:羧甲基 纖維素及其它轉型纖維素、尿素甲醛缩合 物、聚乙烯醇、聚丙烯酸、各種澱粉磷酸鹽、 磺酸木質素及膠黏土等。</w:t>
      </w:r>
    </w:p>
    <w:p>
      <w:pPr>
        <w:spacing w:line="288" w:lineRule="auto" w:after="160"/>
      </w:pPr>
      <w:r>
        <w:t>3. 抗氧化劑與防黴劑 飼料的脂質、維生素A、D及類胡蘿蔔 素等,與空氣中的氧或光線接觸後容易氧化 而變質,此為油脂的過氧化作用,水產飼料 又含有高量的不飽和脂肪酸,特別容易產生 過氧化作用,而且在高溫環境下更可加速反 應;此外,光線、金屬(尤其是鐵和銅)或 一些酵素也會催化過氧化反應,油脂的酸敗 The Aquaculture and Bio-safety Management Practices for White Shrimp 45。</w:t>
      </w:r>
    </w:p>
    <w:p>
      <w:r>
        <w:br w:type="page"/>
      </w:r>
    </w:p>
    <w:p>
      <w:pPr>
        <w:spacing w:after="360"/>
        <w:jc w:val="center"/>
      </w:pPr>
      <w:r>
        <w:rPr>
          <w:b/>
          <w:sz w:val="28"/>
        </w:rPr>
        <w:t>--- 第 53 頁 ---</w:t>
      </w:r>
    </w:p>
    <w:p>
      <w:pPr>
        <w:spacing w:line="288" w:lineRule="auto" w:after="160"/>
      </w:pPr>
      <w:r>
        <w:t>White Shrimp 周瑞良、楊順德、吳豐成 使得飼料嗜口性變差、營養物利用降低並造 成營養缺乏,而且一連串的連鎖反應產生毒 性極高的醛類或酮類化合物,因此飼料中須 添加抗氧化劑。有幾種形式的抗氧化分子可有效延緩 過氧化作用的連鎖反應:捕捉氧自由基-維 生素C:金屬螯合劑-檸檬酸、EDTA、胺 基酸:供應質子一維生素E、BHT(二丁基 羥基甲苯)及 BHA(丁基羥基甲氧苯)。目 前約有15種抗氧化劑被認可添加在飼料 中,常使用的人工合成抗氧化劑有依金 (Ethoxyquin)、BHT 及 BHA等三種,依我 國飼料添加物規範規定BHT或BHA的使用 量為150ppm以下。</w:t>
      </w:r>
    </w:p>
    <w:p>
      <w:pPr>
        <w:spacing w:line="288" w:lineRule="auto" w:after="160"/>
      </w:pPr>
      <w:r>
        <w:t>在自然界存在著許多天 然的抗氧化劑,沒食子酸、香辛料、類黃酮 及芝麻酚等是日常食品中含有的抗氧化 劑,而飼料中重要的抗氧化劑為維生素C 和E,脂溶性的維生素E把引起脂質過氧化 連鎖反應的電子傳給維生素C,因而阻斷連 鎖反應的持續進行,而達到抗氧化效果。飼料儲存期間一定會有微生物繁生,尤 以高溫、高濕和高水分時更易加速腐敗,為 防止飼料變壞須添加防黴劑。飼料防黴劑以 丙酸類為主,如丙酸鈣、丙酸鈉及丙酸等, 可防止飼料儲存因微生物繁生而腐敗,優點 為不揮發,耐高溫且不受飼料成分的影響, 用量應低於0.3%。</w:t>
      </w:r>
    </w:p>
    <w:p>
      <w:pPr>
        <w:spacing w:line="288" w:lineRule="auto" w:after="160"/>
      </w:pPr>
      <w:r>
        <w:t>4. 著色劑 體表的色澤是判定蝦類產品價值的重 要標準,而影響養殖蝦隻體色的因素有種 類、體型大小、水溫、放養密度、健康狀態 及飼料組成等,其中在飼料中加入微量的著 46 FRI Special Publication No.30 色劑即可改善養殖蝦類的外觀色澤,使得養 蝦用飼料著色劑的研究、開發與利用顯得日 益重要。類胡蘿蔔素是生物體最廣為分布的色 素,是黃、紅色的脂溶性色素,包括胡蘿蔔 素、檸黃素、蕃茄紅素和葉黃素等,天然的 類胡蘿蔔素超過六百種,主要由細菌、藻類 和高等植物所合成,動物本身無法合成類胡 蘿蔔素,須由食物中獲得,再將不同形式的 色素經過消化代謝轉換後貯存於體內,進而 展現出色澤。</w:t>
      </w:r>
    </w:p>
    <w:p>
      <w:pPr>
        <w:spacing w:line="288" w:lineRule="auto" w:after="160"/>
      </w:pPr>
      <w:r>
        <w:t>以往集約式養殖草蝦常發現蝦 體有不正常藍色,即所謂的「天空蝦」,其 體內所含的類胡蘿蔔素約只有20 mg/kg, 與野外正常呈墨綠色蝦隻的80-200mg/kg 相較,顯然是養殖草蝦所需的類胡蘿蔔素不 足所致。類胡蘿蔔素除了作為著色劑外,尚 有其它生理功能,包括作為抗氧化劑與維生 素A原、保護細胞免於光線傷害、刺激免 疫系統、提昇對緊迫的耐受力、促進胚胎發 育、成長與生殖腺成熟等。甲殼類體內的類胡蘿蔔素有蝦紅素、B- 胡蘿蔔素、裸藻酮及海膽酮等,而蝦紅素約 佔體內所有類胡蘿蔔素的86-98%,主要 分布在甲殼、血淋巴液和組織器官中。</w:t>
      </w:r>
    </w:p>
    <w:p>
      <w:pPr>
        <w:spacing w:line="288" w:lineRule="auto" w:after="160"/>
      </w:pPr>
      <w:r>
        <w:t>蝦紅 素是甲殼類類胡蘿蔔素新陳代謝的最終產 物,經由生物合成及轉換路徑,許多類胡蘿 蔔素(如B-胡蘿蔔素、裸藻酮及玉米黃質 等)均可變成蝦紅素。天然的原料,如蝦、蟹粉、西班牙紅椒、 金盞花、辣椒、紅色酵母菌、微藻(雨生紅 球藻、鹽藻和螺旋藻)、小麥、玉米和苜蓿 等,均含有許多類胡蘿蔔素,由於類胡蘿蔔。</w:t>
      </w:r>
    </w:p>
    <w:p>
      <w:r>
        <w:br w:type="page"/>
      </w:r>
    </w:p>
    <w:p>
      <w:pPr>
        <w:spacing w:after="360"/>
        <w:jc w:val="center"/>
      </w:pPr>
      <w:r>
        <w:rPr>
          <w:b/>
          <w:sz w:val="28"/>
        </w:rPr>
        <w:t>--- 第 54 頁 ---</w:t>
      </w:r>
    </w:p>
    <w:p>
      <w:pPr>
        <w:spacing w:line="288" w:lineRule="auto" w:after="160"/>
      </w:pPr>
      <w:r>
        <w:t>第四章 白蝦的營養需求飼料 素對光、熱、氧、酵素、酸和鹼敏感,這些 原料所能供應的類胡蘿蔔素容易因加工過 程、飼料組成和處理方式而減少。在蝦飼料 中添加著色劑必須考慮其生物可利用性、即 時性、著色效果及價格,添加保護型且高消 化性的蝦紅素以兩種方式達到最佳的著色 效果,第一種方式是收成前4-8週在飼料 中添加50-100mg/kg的蝦紅素,如此收成 時每公斤蝦體的蝦紅素含量約可達30-40 mg;另一種方式是在平時為使蝦體保持正 常色澤與成長效能,整個養殖期間的飼料中 應添加蝦紅素 30-70mg/kg。</w:t>
      </w:r>
    </w:p>
    <w:p>
      <w:pPr>
        <w:spacing w:line="288" w:lineRule="auto" w:after="160"/>
      </w:pPr>
      <w:r>
        <w:t>5. 免疫刺激(賦活)劑 近年來養殖蝦類病變層出不窮,使水產 養殖業遭受相當大的損失,由於使用抗生素 等藥物有環境污染與藥物殘留等安全性問 題,因此如何有效提高養殖蝦類本身的抗病 力便顯得日益重要。蝦類的免疫機制以非特 異性免疫反應為主,在開放式的血液循環系 統中,面對外來的病原體必須有立即反應而 非緩慢誘導的防禦體系以應付受傷或病原 感染。血球細胞在此機制中扮演重要角色, 包括吞噬作用、包膜作用,形成肉芽、細胞 毒殺作用、凝血作用以及合成與釋放原酚氧 化酶系統等。</w:t>
      </w:r>
    </w:p>
    <w:p>
      <w:pPr>
        <w:spacing w:line="288" w:lineRule="auto" w:after="160"/>
      </w:pPr>
      <w:r>
        <w:t>免疫刺激劑添加在飼料中是近年來常 被提及的話題。所謂免疫刺激劑是指能夠刺 激動物的免疫機能,增強動物體抵抗細菌、 病毒或黴菌感染的物質。對蝦類而言,免疫 刺激劑主要是增進血球的吞噬活性,而與吞 噬活性有關的活性氧族群的量也有所增 加;此外,有些免疫刺激劑可活化原酚氧化 酶系統或促進凝血作用。大部分的免疫刺激 劑是細菌、真菌菌絲體或酵母菌細胞結構單 元的化合物,另外有幾種原先是另有用途的 人工合成物質,後來被發現具有免疫刺激的 效果。</w:t>
      </w:r>
    </w:p>
    <w:p>
      <w:pPr>
        <w:spacing w:line="288" w:lineRule="auto" w:after="160"/>
      </w:pPr>
      <w:r>
        <w:t>這些免疫刺激劑可分為幾大類:(1) 細菌細胞的結構單元:脂多醣、脂肽、莢膜 醣蛋白及胞壁醯肽;(2)細菌(熱凝膠)和真 菌菌絲體(雲芝多醣、香菇多醣、裂皺菌多 醣、小核菌葡聚糖等)而來的各種B-1,3-葡 聚醣:(3)麵包酵母 (MacroGard、Betafectin) 細胞壁的B-1,3/1,6-葡聚醣;(4)由海藻等生 物而來的複合碳水化合物結構(葡聚醣): (5)動物萃取物或魚肉蛋白酵素水解的胜 肽;(6)核苷酸;(7)人工合成產品 (Bestatin、 Muramylpeptides FK-156、 FK-365、左美素)。</w:t>
      </w:r>
    </w:p>
    <w:p>
      <w:pPr>
        <w:spacing w:line="288" w:lineRule="auto" w:after="160"/>
      </w:pPr>
      <w:r>
        <w:t>除上述七類與維生素A、C、E及B-胡 蘿蔔素等營養素外,尚有由蝦、蟹等的甲殼 而來的聚幾丁多醣,甘草、小柴胡湯等中草 藥,以及具抗菌效果的放線菌肽、乳鐵蛋白 等。以適當的方法與用量使用免疫刺激劑 才能發揮充分的效果的,免疫刺激劑一般建 議添加量如表4-11,有時過量的投餵與不 用免疫刺激的效果是一樣的,也有學者建 議如果長期使用的話,以間隔性的投餵效果 會比較顯著,由裂褶菌純化之B-1,3-葡聚醣 對各體型草蝦進行一系列研究,結果認為葡 聚使用過量或刺激過久會降低對草蝦的 免疫效果,實際應用時可以連續20天餵飼 含葡聚醣2-10g/kg之飼料,之後10天餵 飼未添加飼料為一週期,使免疫促進效果最 大,並降低葡聚醣之使用量。</w:t>
      </w:r>
    </w:p>
    <w:p>
      <w:pPr>
        <w:spacing w:line="288" w:lineRule="auto" w:after="160"/>
      </w:pPr>
      <w:r>
        <w:t>The Aquaculture and Bio-safety Management Practices for White Shrimp 47。</w:t>
      </w:r>
    </w:p>
    <w:p>
      <w:r>
        <w:br w:type="page"/>
      </w:r>
    </w:p>
    <w:p>
      <w:pPr>
        <w:spacing w:after="360"/>
        <w:jc w:val="center"/>
      </w:pPr>
      <w:r>
        <w:rPr>
          <w:b/>
          <w:sz w:val="28"/>
        </w:rPr>
        <w:t>--- 第 55 頁 ---</w:t>
      </w:r>
    </w:p>
    <w:p>
      <w:pPr>
        <w:spacing w:line="288" w:lineRule="auto" w:after="160"/>
      </w:pPr>
      <w:r>
        <w:t>White Shrimp 周瑞良、楊順德、吳豐成 表4-11一些免疫刺激劑的建議使用量 免疫刺激劑 推薦添加量(%) 細菌萃取物 0.1-0.5 β-葡聚醣 0.1-1.0 甘露寡聚醣 0.1-0.4 海藻副產物 0.5-1.0 酵母菌 0.2-3.0 資料來源:Chamberlain et al., 2001 6. 益生菌 益生菌的定義一般較被廣為接受的是 Fuller(1987)的說法,認為益生菌是一種活 的微生物飼料添加劑,透過改善腸道菌相 平衡而對動物產生有利的影響;但水產動物 的生活環境與陸上動物不同,因而 Moriarty (1998) 認為水產養殖的益生菌應將可添加 於水產動物所處水體環境的活菌涵蓋在 內,也就是生物防治法的概念。</w:t>
      </w:r>
    </w:p>
    <w:p>
      <w:pPr>
        <w:spacing w:line="288" w:lineRule="auto" w:after="160"/>
      </w:pPr>
      <w:r>
        <w:t>有關益生菌 可能的作用機制包括:對有害菌的競爭排 除、產生抗生物質,幫助消化、吸收與分解 利用毒性物質及直接的免疫刺激效應;而應 用在蝦類養殖上的優點則有:(1)促進成長 與提高活存率:一些芽孢桿菌、乳酸桿菌和 硝化菌可增進蝦類的成長與提高活存率:已 知有些菌株所產生的消化酵素可能有助於 蝦苗的消化,乳酸菌作用於澱粉和纖維素等 碳水化合物,將之分解成較小的分子而有助 於蝦隻消化道的吸收;另外,這些益生菌亦 能產生維生素B群和維生素K。</w:t>
      </w:r>
    </w:p>
    <w:p>
      <w:pPr>
        <w:spacing w:line="288" w:lineRule="auto" w:after="160"/>
      </w:pPr>
      <w:r>
        <w:t>(2)控制疾 病:這是益生菌在水產養殖上最大的用途, 在一些淡水魚類腸道分離出的常在菌具有 抗菌作用,可保護寄主抵抗病菌感染;已知 乳酸菌可產生細菌素可有效抵抗病原菌。有 報導指出養殖池水中的螢光弧菌可被特定 的芽孢桿菌所控制;此外,飼料中添加芽孢 桿菌屬的 Bacillus S11, 可使草蝦在受到哈 威弧菌感染後沒有蝦隻死亡,而對照組的活 存率則只有26%。(3)改善水質:除了在水 中直接加入硝化菌等水質改良菌外,光合成 菌(如Rhodomonas sp.) 可加在水中或飼料 中,減少水中的氨、硫化氫及有機酸,而達 到水質改善的效果。</w:t>
      </w:r>
    </w:p>
    <w:p>
      <w:pPr>
        <w:spacing w:line="288" w:lineRule="auto" w:after="160"/>
      </w:pPr>
      <w:r>
        <w:t>(4)減少抗生素的使 用:抗生素的濫用反倒增進弧菌及病菌產生 多重抗藥性而成為更具致病力的病原體,而 且抗生素不僅有藥物殘留的問題,對水中環 境的影響也很大,使用益生菌將可減少藥物 的濫用。7. 其它添加劑 酶製劑是人工合成或萃取的高效能生 物活性物質,已普遍應用於產業,其中以 是蛋白酶、澱粉酶和纖維素酶等消化酵素為 主。以飼料養殖水產動物所排放的氮、磷和 其它有機物污染水體環境日益受到重視,添 加消化酵素以提高養殖物對飼料的消化吸 收,即可減少有機廢物的排放;研究顯示, 蝦類飼料中添加這類的酵素,可有效增進蝦 隻的成長與提高換肉率,對水體的污染亦可 減緩。</w:t>
      </w:r>
    </w:p>
    <w:p>
      <w:pPr>
        <w:spacing w:line="288" w:lineRule="auto" w:after="160"/>
      </w:pPr>
      <w:r>
        <w:t>膽汁酸 (Bile acids)有助於脂質與脂 溶性物質,包括膽固醇、磷脂質、脂肪酸與 脂溶維生素之消化與吸收。由於膽汁酸是由 膽固醇所合成,故其添加於飼料中可減低膽 固醇之添加量,亦有助於維持肝胰臟正常功 能。添加外源性膽汁酸的飼料價值在陸上動 48 FRI Special Publication No.30。</w:t>
      </w:r>
    </w:p>
    <w:p>
      <w:r>
        <w:br w:type="page"/>
      </w:r>
    </w:p>
    <w:p>
      <w:pPr>
        <w:spacing w:after="360"/>
        <w:jc w:val="center"/>
      </w:pPr>
      <w:r>
        <w:rPr>
          <w:b/>
          <w:sz w:val="28"/>
        </w:rPr>
        <w:t>--- 第 56 頁 ---</w:t>
      </w:r>
    </w:p>
    <w:p>
      <w:pPr>
        <w:spacing w:line="288" w:lineRule="auto" w:after="160"/>
      </w:pPr>
      <w:r>
        <w:t>第四章 白蝦的營養需求飼料 物已被廣泛探討,添加市售的膽汁末製劑以 強化水產飼料的相關研究並不多,特別是甲 殼類飼料方面。草蝦飼料中添加膽汁酸,由 觀察蝦隻總增重、活存率及脫殼情形顯示比 對照組佳,且適當的使用劑量為0.05%或 0.1%,0.2%的添加組之健康狀況較其它組 差,搶食動作緩慢,似乎劑量過高會影響 食慾。核苷酸是核酸 DNA和RNA的組成單 位,也是酵素與ATP、NAD及FAD等輔位 因子的重要成分。</w:t>
      </w:r>
    </w:p>
    <w:p>
      <w:pPr>
        <w:spacing w:line="288" w:lineRule="auto" w:after="160"/>
      </w:pPr>
      <w:r>
        <w:t>核苷酸在一般觀念並不被 認為是必須營養素,因為許多動物都可以在 體內製造核苷酸,不過,現在核苷酸似乎被 認為是包括人類在內的哺乳動物、畜產動物 及魚類的「半必須」營養素,當動物體處於 生病或受傷的緊迫狀態,或是在嬰兒期與快 速成長期,核苷酸變得是種關鍵性的營養 素。酵母與魚溶漿被當作水產飼料原料已有 很長一段時間,這些原料能夠有效的應用 是因含有所謂「未知成長因子(UGF)」,其 實這可能就是核苷酸的效應。</w:t>
      </w:r>
    </w:p>
    <w:p>
      <w:pPr>
        <w:spacing w:line="288" w:lineRule="auto" w:after="160"/>
      </w:pPr>
      <w:r>
        <w:t>抗力,降低死亡率。沸石 (Zeolite)與麥飯石是天然存在 的矽酸鹽礦物,除可提供魚蝦成長發育所需 的微量元素外,還具有良好的吸附性和離子 交換性。在魚蝦消化道內可選擇性吸附及 硫化氫等有毒物質,在商用飼料中添加量為 2%以上,也常用作微量礦物質的賦形劑。隨著科技的發展,被開發出來加到飼料 中做為添加物的物質也日益增多(表 4-12),林林總總各有其作用機制與用途, 在此無法一一列舉。不論如何,為了提高養 殖的產能、增加養殖物的抗病力及加速養殖 物的成長等理由,添加物的使用是不可或缺 的;然而,所謂過猶不及,不當的用量(過 表4-12 幾種對蝦類的飼料配方(g/kg) 南美 中國 原 魚粉 蝦粉 料 草蝦 藍蝦 白蝦 對蝦 360 200 100 200 70 100 100 100 寡糖可選擇性刺激動物腸道有益微生 物的生長繁殖,而不為大部分的有害微生物 所利用,由於具有化學穩定性和熱安定性, 可添加在飼料中而有助於動物消化道菌相 平衡、提高免疫機能。</w:t>
      </w:r>
    </w:p>
    <w:p>
      <w:pPr>
        <w:spacing w:line="288" w:lineRule="auto" w:after="160"/>
      </w:pPr>
      <w:r>
        <w:t>在白蝦飼料中添加寡 糖可提高其成長速度和飼料利用率,較合適 的添加量為0.10-0.15%。烏賊加工下腳 魚精粉 酵母 30 50 10 20 50 50 50 大豆粕 100 150 250 150 小麥筋粉 麵粉 魚油 50 50 260 370 450 390 20 30 25 20 大豆卵磷脂 10 10 10 5 膽固醇 5 大蒜素(Allicin)具有改善免疫機、調 節魚體內多種酶的分泌,有效促進營養物質 的消化吸收以及改善肉質等效果,大蒜素可 抑制硫胺素酶的作用,可明顯增強蝦類的抵 維生素預混劑 礦物質預混劑 黏結劑 10 10 10 20 20 20 10 10 10 10 5999 10 10 資料來源:Guillaume et al., 1999 The Aquaculture and Bio-safety Management Practices for White Shrimp 49。</w:t>
      </w:r>
    </w:p>
    <w:p>
      <w:r>
        <w:br w:type="page"/>
      </w:r>
    </w:p>
    <w:p>
      <w:pPr>
        <w:spacing w:after="360"/>
        <w:jc w:val="center"/>
      </w:pPr>
      <w:r>
        <w:rPr>
          <w:b/>
          <w:sz w:val="28"/>
        </w:rPr>
        <w:t>--- 第 57 頁 ---</w:t>
      </w:r>
    </w:p>
    <w:p>
      <w:pPr>
        <w:spacing w:line="288" w:lineRule="auto" w:after="160"/>
      </w:pPr>
      <w:r>
        <w:t>White Shrimp 周瑞良、楊順德、吳豐成 多或過少)或使用方法有時不僅達不到效 果,甚至對養殖物造成負擔而引發病變。另外,添加物的選用除了應考量到安全性、 經濟性、力價、有效期及方便使用之外,其 與各營養素間及與其他添加物間的交互作 用也應予留意。人工飼料使用方便、容易保存、供貨穩 定之優點,藉由適當營養需求資料之建立, 飼料原料的有效搭配,設計一個營養均衡的 完全飼料配方,以及完整的飼料配製流程, 生產經濟實惠及適口性良好之各階段人工 完全配合飼料(圖4-1),讓水產生物健康、 生長快速、降低生產成本以及減少環境污 染,一向是學界與業界共同努力的目標。</w:t>
      </w:r>
    </w:p>
    <w:p>
      <w:pPr>
        <w:spacing w:line="288" w:lineRule="auto" w:after="160"/>
      </w:pPr>
      <w:r>
        <w:t>大蝦料 粉料 解碎中 解碎小 嫩苗前期 解码大 蝦苗中期 蝦苗後期 圖4-1 各階段飼料 粉料:P5-10:解碎小:P10-1g:解碎中:1-2g:解碎大:2-4g:蝦苗前期:4-6g:蝦苗中期:6-8g; 蝦苗後期:8-10g:小蝦料:10-12g: 中蝦料:12-15g:大蝦料:15g 以上 50 FRI Special Publication No.30。</w:t>
      </w:r>
    </w:p>
    <w:p>
      <w:r>
        <w:br w:type="page"/>
      </w:r>
    </w:p>
    <w:p>
      <w:pPr>
        <w:spacing w:after="360"/>
        <w:jc w:val="center"/>
      </w:pPr>
      <w:r>
        <w:rPr>
          <w:b/>
          <w:sz w:val="28"/>
        </w:rPr>
        <w:t>--- 第 58 頁 ---</w:t>
      </w:r>
    </w:p>
    <w:p>
      <w:pPr>
        <w:spacing w:line="288" w:lineRule="auto" w:after="160"/>
      </w:pPr>
      <w:r>
        <w:t>白蝦繁養殖及生物安全防疫管理 水產試驗所特刊第30]號: 51-56,2021 第五章 重要白蝦疾病 【郭錦朱、陳怡彣、楊明樺 水產試驗所東港生技研究中心、家畜衛生試驗所 隨著養殖環境複雜、氣候極端、種原弱 化、致病原跨國化等不利因素,蝦類養殖的 病害問題日趨嚴重及國際化,防疫是蝦類養 成功的重要課題。蝦病的發生與蝦體、病 原及環境三者環環相扣,可概分為非傳染性 及傳染性二大類,前者可為營養不均衡、飼 料品質差、水底質環境不良、養殖管理不 當、有毒物質之物化傷害等引發,後者則為 微生物病原感染引起的疾病。</w:t>
      </w:r>
    </w:p>
    <w:p>
      <w:pPr>
        <w:spacing w:line="288" w:lineRule="auto" w:after="160"/>
      </w:pPr>
      <w:r>
        <w:t>當養殖池之生 態環境及養殖管理不良時,除予病原微生物 孳生的機會,蝦體也因環境緊迫而降低免疫 力及對病原之防禦力,容易爆發疫病。白蝦的重要病原除世界動物衛生組織 (World Organisation for Animal Health, OIE) 表列的6種病毒(即白點症病毒 (white spot syndrome virus, WSSV)、陶拉症病毒(Taura syndrome virus, TSV)、傳染性肌肉壞死病毒 (infectious myonecrosis virus, IMNV)、黃頭 病病毒 (yellow head virus, YHV)、傳染性 皮下及造血組織壞死病毒 (infectious hypodermal and hematopoietic necrosis virus, IHHNV)、對蝦桿狀病毒(Baculovirus penaei, BP)及2種細菌(即引起壞死性肝 胰腺炎細菌 (necrotizing hepatopancreatitis bacterium, NHPB)及引發急性肝胰臟壞死 綜合症(acute hepatopancreatic necrosis disease, AHPND)弧菌]外,還有亞太水產 養殖中心網 (Network of Aquaculture Centres in Asia-Pacific,NACA)表列的2種 病毒(即偷死野田村病毒 (covert mortality nodavirus, CMNV)、 十足目虹彩病毒 (decapod iridescent virus 1, DIVI)]與1種 原蟲(即肝胰腺微孢子蟲(Enterocytozoon hepatopenaei, EHP)]。</w:t>
      </w:r>
    </w:p>
    <w:p>
      <w:pPr>
        <w:spacing w:line="288" w:lineRule="auto" w:after="160"/>
      </w:pPr>
      <w:r>
        <w:t>此外,因環境不良 而誘發伺機弧菌引起的弧菌症也相當常 見。總之,這些疾病有些可垂直感染,從種 蝦傳染給蝦苗;有些則透過病原的宿主(病 原可在其體內擴增,通常為甲殼類)與載體 (可攜帶病原的生物,包括水生昆蟲、浮游 生物、種蝦生餌多毛類、貓狗水禽、人類等) 水平感染,在養殖池內外傳播擴散。CMNV 甚至可以在魚蝦之間跨物種感染。這些疾病 會造成白蝦大量死亡、成長緩慢與畸形等, 除弧菌症外,目前均無有效的治療方法,除 了管理水質與提升蝦體免疫力以降低感染 後的死亡風險外,最有效的方法是從預防感 染來著手,即實施生物安全防疫的繁養殖管 理模式。</w:t>
      </w:r>
    </w:p>
    <w:p>
      <w:pPr>
        <w:spacing w:line="288" w:lineRule="auto" w:after="160"/>
      </w:pPr>
      <w:r>
        <w:t>為能有效規劃防疫策略,對於白蝦疾病 之病原、傳播途徑及病徵必需了解,今分述 如下: The Aquaculture and Bio-safety Management Practices for White Shrimp 51。</w:t>
      </w:r>
    </w:p>
    <w:p>
      <w:r>
        <w:br w:type="page"/>
      </w:r>
    </w:p>
    <w:p>
      <w:pPr>
        <w:spacing w:after="360"/>
        <w:jc w:val="center"/>
      </w:pPr>
      <w:r>
        <w:rPr>
          <w:b/>
          <w:sz w:val="28"/>
        </w:rPr>
        <w:t>--- 第 59 頁 ---</w:t>
      </w:r>
    </w:p>
    <w:p>
      <w:pPr>
        <w:spacing w:line="288" w:lineRule="auto" w:after="160"/>
      </w:pPr>
      <w:r>
        <w:t>White Shrimp 郭錦朱、陳怡彣、楊明樺 病毒性疾病 (一)白點症徵候群 (white spot syndrome,簡稱白點症) 1. 病原:白點症病毒(WSSV),為DNA 病毒(Lo et al., 1996)。2. 傳播途徑:經卵垂直感染子代或經同類 互食、接觸其他帶原生物或水源污染等 水平感染。3. 症狀:病蝦食慾減退、游泳遲緩、浮頭 或靠岸,感染初期病蝦全身顏色變暗或 呈紅色,肝胰臟變大、顏色變淡並有糜 爛現象,可在頭胸甲上看見白色圓形斑 點(圖5-1),發病末期蝦外殼呈現多發 白色斑點,大小約0.5-2.0mm;被感 染的細胞會產生嗜鹼性核內包涵體 (圖5-2)。</w:t>
      </w:r>
    </w:p>
    <w:p>
      <w:pPr>
        <w:spacing w:line="288" w:lineRule="auto" w:after="160"/>
      </w:pPr>
      <w:r>
        <w:t>當臨床症狀出現後,在2-7 日內其死亡率可達到100%。此病具罹 病急、感染快、死亡率高及易併發細菌 性疾病等特點。(二)陶拉症 (Taura syndrome,全名 為拉症候群) 1. 病原:陶拉症病毒(TSV),為RNA病 毒 (Lightner, 1996)。2. 傳播途徑:可透過海鳥、海生昆蟲或帶 病毒的冷凍蝦經由運輸而水平傳播感 染。垂直感染被認為極有可能,但尚未 被實驗證明。3. 症狀:分為急性期,過渡期及慢性期感 染三階段;急性期病蝦呈現倦怠、軟殼 與腸內無內容物,體表出現大量紅色 素,使病蝦呈黯淡紅色,尤其在尾扇、 52 FRI Special Publication No.30 泳足與附肢,又稱「紅尾病」,若遇脫 殼則容易致死,導致40-90%的死亡 率。</w:t>
      </w:r>
    </w:p>
    <w:p>
      <w:pPr>
        <w:spacing w:line="288" w:lineRule="auto" w:after="160"/>
      </w:pPr>
      <w:r>
        <w:t>渡過急性期的病蝦會慢慢轉入過渡 期,此時仍有少數病蝦會陸續死亡或出 現全身性不規則的黑色斑點,而轉入侵 性期的病蝦則會終生帶原,並可繼續感 染其他健康的蝦。(三)傳染性皮下及造血組織壞死病 (infectious hypodermal and 1. hematopoietic necrosis) 病原:傳染性皮下及造血組織壞死病毒 (IHHNV),為DNA病毒 (Lightner, 1996). 2. 傳播途徑:經與垂直感染子代或經同類 互食或水源污染等水平感染。</w:t>
      </w:r>
    </w:p>
    <w:p>
      <w:pPr>
        <w:spacing w:line="288" w:lineRule="auto" w:after="160"/>
      </w:pPr>
      <w:r>
        <w:t>3. 症狀:慢性感染為主,可感染白蝦之 卵、幼蟲期蝦苗、後期幼蟲期蝦苗、幼 蝦、成蝦等任一階段:卵之病毒量若 多,會使卵無法孵化。病蝦之表皮粗 糙、體型明顯變形,尤其常出現額角變 形彎向一側,第六體節及尾扇變形、變 小,故又稱為矮小變形症(runt deformity syndrome, RDS)。養成池蝦之 大小參差不齊,產生許多超小體型及畸 形蝦,大小變異度可達30-50%,常 造成經濟上的損失。</w:t>
      </w:r>
    </w:p>
    <w:p>
      <w:pPr>
        <w:spacing w:line="288" w:lineRule="auto" w:after="160"/>
      </w:pPr>
      <w:r>
        <w:t>(四)黃頭病 (yellow head disease) 1. 病原:黃頭病病毒(YHV),為RNA病 毒(董,2005)。2. 傳播途徑:經卵垂直感染子代或經同類 互食或水源污染等水平感染。3. 症狀:通常後期幼蟲期第15天後之蝦。</w:t>
      </w:r>
    </w:p>
    <w:p>
      <w:r>
        <w:br w:type="page"/>
      </w:r>
    </w:p>
    <w:p>
      <w:pPr>
        <w:spacing w:after="360"/>
        <w:jc w:val="center"/>
      </w:pPr>
      <w:r>
        <w:rPr>
          <w:b/>
          <w:sz w:val="28"/>
        </w:rPr>
        <w:t>--- 第 60 頁 ---</w:t>
      </w:r>
    </w:p>
    <w:p>
      <w:pPr>
        <w:spacing w:line="288" w:lineRule="auto" w:after="160"/>
      </w:pPr>
      <w:r>
        <w:t>第五章 重要白蝦疾病 病蝦 正常 圖5-1白點症肉眼病變:頭胸甲可見白色圓形斑點 圖5-2 白點症組織病變:上皮細胞可見嗜鹼性核內包涵體 The Aquaculture and Bio-safety Management Practices for White Shrimp 53。</w:t>
      </w:r>
    </w:p>
    <w:p>
      <w:r>
        <w:br w:type="page"/>
      </w:r>
    </w:p>
    <w:p>
      <w:pPr>
        <w:spacing w:after="360"/>
        <w:jc w:val="center"/>
      </w:pPr>
      <w:r>
        <w:rPr>
          <w:b/>
          <w:sz w:val="28"/>
        </w:rPr>
        <w:t>--- 第 61 頁 ---</w:t>
      </w:r>
    </w:p>
    <w:p>
      <w:pPr>
        <w:spacing w:line="288" w:lineRule="auto" w:after="160"/>
      </w:pPr>
      <w:r>
        <w:t>White Shrimp 郭錦朱、陳怡彣、楊明樺 (七)對蝦桿狀病毒症 (tetrahedral baculovirosis) 苗開始會被感染,死亡期出現在幼蝦早 期及末期。瀕死蝦會停止攝食,並聚集 在池邊的水面,身體則出現漂白過的顏 色,且因其肝胰腺病變而造成頭胸甲呈 黄色,通常於3-4天內蝦子會全部死 亡。I. (五) 傳染性肌肉壞死病 (infectious myonecrosis) 1. 病原:傳染性肌肉壞死病毒(IMNV), 為RNA病毒(Thong, 2013)。</w:t>
      </w:r>
    </w:p>
    <w:p>
      <w:pPr>
        <w:spacing w:line="288" w:lineRule="auto" w:after="160"/>
      </w:pPr>
      <w:r>
        <w:t>2. 傳播途徑:經同類互食或水源污染等水 平感染。垂直感染被認為極有可能,但 尚未被實驗証明。3. 症狀:病蝦在腹節及尾扇部位之肌肉呈 現大區域白色壞死,類淋巴器官比正常 蝦肥大3-4倍,呈嗜睡、失去平衡、 在水面浮游、降低攝食、腹節肌肉白濁 並轉為煮熟般紅色,接著死亡率逐漸增 加(20-80%),且高死亡率常持續數 日。(六)偷死症(covert mortality disease) 1. 病原:偷死野田村病毒(CMNV),為 RNA病毒 (Pooljun et al., 2016)。</w:t>
      </w:r>
    </w:p>
    <w:p>
      <w:pPr>
        <w:spacing w:line="288" w:lineRule="auto" w:after="160"/>
      </w:pPr>
      <w:r>
        <w:t>2. 3. 傳播途徑:經卵垂直感染子代或同類互 食、接觸其他帶原生物或水源污染等。症狀:病弱蝦主要待在池底,每日可見 死亡,水溫快速變化時會有大量死亡, 特別在水溫高於28°C;病蝦可見肝胰 腺萎縮發白,空腸、軟殼、生長緩慢, 多數蝦腹部肌肉發白壞死,養殖 60- 80 天的蝦容易發病,累計死亡率可高 達80%。2. 病原: Baculovirus penaei (BP),為RNA 病毒 (Lightner and Redman, 1998)。</w:t>
      </w:r>
    </w:p>
    <w:p>
      <w:pPr>
        <w:spacing w:line="288" w:lineRule="auto" w:after="160"/>
      </w:pPr>
      <w:r>
        <w:t>傳播途徑:水平感染;主要為經口食入 遭含病毒糞便污染的食物、水或感染的 組織。3. 症狀:只有嚴重感染的蝦苗會出現白色 的中腸,幼蝦及成蝦並無任何具診斷價 值的臨床症狀。若組織病理學檢查可在 肝胰腺上皮、中腸上皮及腸腔內發現三 角形包涵體。感染蝦的肝胰腺及中腸細 胞會呈現肥大的胞核及一個或多個三 角形嗜伊紅核內包涵體,伴隨染色質著 邊現象。病原的致病性,在養殖蝦苗可 高達100%。一般而言,蝦苗死亡率最 高,隨年齡遞減。</w:t>
      </w:r>
    </w:p>
    <w:p>
      <w:pPr>
        <w:spacing w:line="288" w:lineRule="auto" w:after="160"/>
      </w:pPr>
      <w:r>
        <w:t>若持續感染,則會造 成蝦生長遲緩,收成降低。(八)十足目虹彩病毒症(decapod iridescent virus 1 infection) 1. 病原:十足目虹彩病毒(DIV1),為 DNA病毒 (Qiu et al., 2017)。2. 3. 傳播途徑:目前尚待更多研究,經同類 互食、接觸其他帶原生物或水源污染等 水平感染均可能造成感染。症狀:病蝦聚集在池底,每日可見死 亡,累計死亡率可達80%。</w:t>
      </w:r>
    </w:p>
    <w:p>
      <w:pPr>
        <w:spacing w:line="288" w:lineRule="auto" w:after="160"/>
      </w:pPr>
      <w:r>
        <w:t>罹病白蝦 呈現軟殼、肝胰腺變黃白色、胃及腸道 無內容物。54 FRI Special Publication No.30。</w:t>
      </w:r>
    </w:p>
    <w:p>
      <w:r>
        <w:br w:type="page"/>
      </w:r>
    </w:p>
    <w:p>
      <w:pPr>
        <w:spacing w:after="360"/>
        <w:jc w:val="center"/>
      </w:pPr>
      <w:r>
        <w:rPr>
          <w:b/>
          <w:sz w:val="28"/>
        </w:rPr>
        <w:t>--- 第 62 頁 ---</w:t>
      </w:r>
    </w:p>
    <w:p>
      <w:pPr>
        <w:spacing w:line="288" w:lineRule="auto" w:after="160"/>
      </w:pPr>
      <w:r>
        <w:t>二、細菌性疾病 第五章 重要白蝦疾病 2. 感染途徑:經同類互食或水源污染等水 平感染。3. (一)急性肝胰臟壞死綜合症或早期死 亡綜合症(acute hepatopancreatic necrosis disease; early mortality syndrome) 1. 病原:帶著PirA/Pir B毒素基因質體 的弧菌,以副溶血弧菌 (Vibrio parahaemolyticus)最為常見,哈維氏 弧菌 (V. harveyi)、坎氏弧菌(P. campbellii)、歐維氏弧菌(Powensii) 等也有報告(De Schryver et al., 2014; FAO, 2013: Han and Tang. 2017; Tran, 2013) • 2. 感染途徑:經帶原生物水平感染。</w:t>
      </w:r>
    </w:p>
    <w:p>
      <w:pPr>
        <w:spacing w:line="288" w:lineRule="auto" w:after="160"/>
      </w:pPr>
      <w:r>
        <w:t>3. 症狀:於蝦苗放養後7-30天內,發生 病害,所以稱為早期死亡綜合症,換言 之,放養之蝦苗發病甚早,為本病的明 顯徵兆。病蝦嗜睡、停止攝餌、行動遲 緩及胃腸空化;肝胰腺萎縮、白化、伴 有黑斑或黑色條紋;殼軟、顏色暗沉且 帶有斑點:成長緩慢,呈螺旋式泳姿, 體色偏白;感染此病原的蝦苗放養 20 -30天後死亡率達70-100%。此病疫 情發展十分迅速,從發現少量罹病蝦到 全池蝦發病死亡,最短病程的病例僅2 -3天。</w:t>
      </w:r>
    </w:p>
    <w:p>
      <w:pPr>
        <w:spacing w:line="288" w:lineRule="auto" w:after="160"/>
      </w:pPr>
      <w:r>
        <w:t>(二)壞死性肝胰腺炎(necrotising hepatopanreatitis) 1. 病原:Hepatobacter penaei 為胞內寄生 菌(OIE,2021)。症狀:病蝦主要有虛弱、減少攝食、中 腸無內容物、生長遲緩、軟殼及肝胰腺 萎縮的症狀;體表因表層共生性微生物 感染而結垢或潰瘍;鰓及腹足附肢邊緣 會變黑;但均非特徵性症狀。該病好發 於9-10月,死亡率從感染爆發開始的 30天內可從20%變為95%。</w:t>
      </w:r>
    </w:p>
    <w:p>
      <w:pPr>
        <w:spacing w:line="288" w:lineRule="auto" w:after="160"/>
      </w:pPr>
      <w:r>
        <w:t>(三)敗血性肝胰腺壞死病或弧菌病 (septic hepatopancreatic necrosis; vibriosis; systemic vibriosis) 1. 病原:哈維氏弧菌(Vibrio harveyi)、 副溶血弧菌(V.Parahaemolyticus)、溶 藻弧菌 (V. alginolyticus)、鳗弧菌(. anguillarum) 創傷弧菌 (V. vulnificus)、發光弧菌 (V. splendidus) 等弧菌屬 (Morales-Covarrubias et al., 2018)⚫ 2. 3. 感染途徑:水底質管理不當及低溶氧環 境下,易誘發弧菌大量繁生成優勢菌而 造成危害。</w:t>
      </w:r>
    </w:p>
    <w:p>
      <w:pPr>
        <w:spacing w:line="288" w:lineRule="auto" w:after="160"/>
      </w:pPr>
      <w:r>
        <w:t>症狀:病蝦初期活動力減弱,食慾下降 而蝦體消瘦,後期則有肝胰臟腫大呈淡 白或淡黃色、附肢及尾扇呈鮮紅色、爛 鳃、空腸空胃及軟殼等病徵。The Aquaculture and Bio-safety Management Practices for White Shrimp 55。</w:t>
      </w:r>
    </w:p>
    <w:p>
      <w:r>
        <w:br w:type="page"/>
      </w:r>
    </w:p>
    <w:p>
      <w:pPr>
        <w:spacing w:after="360"/>
        <w:jc w:val="center"/>
      </w:pPr>
      <w:r>
        <w:rPr>
          <w:b/>
          <w:sz w:val="28"/>
        </w:rPr>
        <w:t>--- 第 63 頁 ---</w:t>
      </w:r>
    </w:p>
    <w:p>
      <w:pPr>
        <w:spacing w:line="288" w:lineRule="auto" w:after="160"/>
      </w:pPr>
      <w:r>
        <w:t>White Shrimp 郭錦朱、陳怡彣、楊明樺 三、寄生性原蟲疾病 (一)肝胰腺微孢子蟲感染症 1. (hepatopancreatic microsporidiosis) 病原:對蝦肝胰腺微孢子蟲(EHP), 為可形成孢子的胞内寄生微生物 (Newman, 2015; Singh and Singh, 2018) - 2. 感染途徑:目前尚待更多研究,經同類 互食、接觸其他帶原生物或水源污染等 水平感染均可能造成感染。</w:t>
      </w:r>
    </w:p>
    <w:p>
      <w:pPr>
        <w:spacing w:line="288" w:lineRule="auto" w:after="160"/>
      </w:pPr>
      <w:r>
        <w:t>3. 症狀:無明顯外觀症狀,通常在同批蝦 隻大小不一(圖5-3)、病蝦生長遲緩, 但無明顯肉眼病變的情況下會懷疑感 染 EHP。0cm O CM 1 2 . 圖5-3感染 EHP之同批蝦隻大小不一,部分蝦可見肝胰腺變白 56 FRI Special Publication No.30。</w:t>
      </w:r>
    </w:p>
    <w:p>
      <w:r>
        <w:br w:type="page"/>
      </w:r>
    </w:p>
    <w:p>
      <w:pPr>
        <w:spacing w:after="360"/>
        <w:jc w:val="center"/>
      </w:pPr>
      <w:r>
        <w:rPr>
          <w:b/>
          <w:sz w:val="28"/>
        </w:rPr>
        <w:t>--- 第 64 頁 ---</w:t>
      </w:r>
    </w:p>
    <w:p>
      <w:pPr>
        <w:spacing w:line="288" w:lineRule="auto" w:after="160"/>
      </w:pPr>
      <w:r>
        <w:t>白蝦繁養殖及生物安全防疫管理 水產試驗所特刊第30 號: 57-74,2021 第六章 白蝦生物安全防疫繁養殖模式 楊明樺 「水產試驗所東港生技研究中心 OIE 對生物安全的定義為:「為了降低 動物疾病或致病因子在族群或族群內的 引入、定植及擴散的風險而設立的一套管理 制度與措施」。實施生物安全無法完全排除 所有的風險因子,但能最大化降低感染機 會,是確保養殖產業永續經營的一套具體可 行的方法。嚴謹的生物安全等級可以避免疾 病發生,養殖過程自然無需用藥,白蝦能夠 順利成長與收成。</w:t>
      </w:r>
    </w:p>
    <w:p>
      <w:pPr>
        <w:spacing w:line="288" w:lineRule="auto" w:after="160"/>
      </w:pPr>
      <w:r>
        <w:t>生物安全可以是國際標 準,例如厄瓜多禁止進口國外白蝦以避免引 進新興疾病;印度的水產養殖中心設立檢疫 機構來把關所有進口種蝦的病原情況,以免 境内白蝦受到特定病原的威脅;而我國為了 防堵 DIVI透過活蝦傳入境內,已於2020 年5月22日公告「十足目虹彩病毒之指定 輸入應施檢疫物及檢疫措施」,針對輸入之 美國螯蝦,澳洲淡水龍蝦、日本沼蝦、泰國 蝦及白蝦採逐批抽驗方式,並自5月29日 起正式實施。一旦疾病因不當進口或引種進 入國內,常會透過各種管道進入養殖池或藏 匿於環境中,消除不易,此時養殖場需要因 地制宜訂定適用的生物安全規範,並且徹底 執行,才能完全將病原阻隔於養殖池之外。</w:t>
      </w:r>
    </w:p>
    <w:p>
      <w:pPr>
        <w:spacing w:line="288" w:lineRule="auto" w:after="160"/>
      </w:pPr>
      <w:r>
        <w:t>SPF指的是無特定病原,白蝦的特定病 原除了OIE 表列的全球性重大疾病外,尚 包含一些區域性爆發的新興疾病,如EHP、 CMNV 與DIVI等,這些疾病的共通性為: (1)可準確診斷監測:(2)對產業有嚴重威 脅;(3)可由防設施或措施有效隔離。每 家育種公司或苗商的SPF 列表可能因不同 地區或時空變化而有所差異,引種或購買種 苗時可要求對方提出SPF的檢疫證明。在 臺灣因EHP並不在OIE公告列表,因此進 口商的檢疫證明無須檢附該項目,如此則形 成很大的防疫漏洞,因為事實上從家畜衛生 試驗所(以下簡稱畜衛所)近幾年的檢疫 計資料看來,EHP的檢出率往往是最高的, 有接近兩成的送檢樣品中呈陽性反應;而 EHP對整個產業的危害目前看起來似乎也 是最大的,因為感染 EHP後容易併發弧菌 二次感染,造成孵化場種蝦不耐緊迫並持續 少量死亡,生育力差,對孵化場的損害比 WSSV更嚴重。</w:t>
      </w:r>
    </w:p>
    <w:p>
      <w:pPr>
        <w:spacing w:line="288" w:lineRule="auto" w:after="160"/>
      </w:pPr>
      <w:r>
        <w:t>受感染的蝦苗與大蝦容易出 現白便、蝦體瘦弱、成長緩慢與體形嚴重 差情形。因此建議臺灣應修正進口甲殼類活 體檢疫相關辦法,檢疫項目除了OIE 表列 疾病與DIV1外,EHP也應明列並受到重視。SPF 的涵義容易被誤解或與 SPR (specific pathogen free-resistent, 抵抗特定 病原)及SPT(specific pathogen tolerance, 耐受特定病原)等名詞產生混淆。</w:t>
      </w:r>
    </w:p>
    <w:p>
      <w:pPr>
        <w:spacing w:line="288" w:lineRule="auto" w:after="160"/>
      </w:pPr>
      <w:r>
        <w:t>首先,SPF 只是當下的一種狀態,並非遺傳性狀,SPF The Aquaculture and Bio-safety Management Practices for White Shrimp 57。</w:t>
      </w:r>
    </w:p>
    <w:p>
      <w:r>
        <w:br w:type="page"/>
      </w:r>
    </w:p>
    <w:p>
      <w:pPr>
        <w:spacing w:after="360"/>
        <w:jc w:val="center"/>
      </w:pPr>
      <w:r>
        <w:rPr>
          <w:b/>
          <w:sz w:val="28"/>
        </w:rPr>
        <w:t>--- 第 65 頁 ---</w:t>
      </w:r>
    </w:p>
    <w:p>
      <w:pPr>
        <w:spacing w:line="288" w:lineRule="auto" w:after="160"/>
      </w:pPr>
      <w:r>
        <w:t>White Shrimp 楊明樺 種蝦生產的SPF 種苗一旦離開生物安全設 施與措施僅可稱作高度健康狀態,若放養後 暴露於病原存在的環境很容易遭受感染 (圖6-1)。其次是SPF白蝦不具有抵抗疾病 的能力,但可以在SPF的基礎下選育兼具 有SPF/SPR或SPF/SPT特性的品系,如夏 威夷海洋研究所選育之 SPF/TSV-SPR,以 及厄瓜多選育之SPF/WSSV-SPT品系。引 進SPF種蝦或放養SPF蝦苗並不能保證 養殖的成功,重點在於須營造出符合生物安 全的SPF養殖環境。</w:t>
      </w:r>
    </w:p>
    <w:p>
      <w:pPr>
        <w:spacing w:line="288" w:lineRule="auto" w:after="160"/>
      </w:pPr>
      <w:r>
        <w:t>目前臺灣 SPF 種蝦或蝦苗生產成效不 佳的原因,主要在於孵化育苗場以及各個養 生產區已充斥各種病原;再者養殖業者欠 缺防疫觀念,或因改善養殖場的防疫設施需 投資成本而怯步,或僅局部改善防疫設施, 因出現防疫缺口而導致活存率始終偏低,進 而對 SPF 蝦苗信心不足。也有部分業者則 誤解為 SPF 蝦苗為抗病或耐病蝦苗,在養 殖管理上又沒有防疫作為,因此常以失敗收 場。上述諸多原因均導致 SPF 蝦苗在臺灣 不易推行。</w:t>
      </w:r>
    </w:p>
    <w:p>
      <w:pPr>
        <w:spacing w:line="288" w:lineRule="auto" w:after="160"/>
      </w:pPr>
      <w:r>
        <w:t>SPF白蝦之病原篩檢流程 外來種原 銷毀 次級隔離病原檢測 陽性 初級隔離 生產 •銷毀 病原檢測 陽性 種蝦 陰性 生產 蝦苗 陰性 陽性 銷毀 陽性 銷毀 陰性 陰性 繁殖場 養殖場 陰性 圖6-1 SPF 白蝦只是當下的一種狀態,需要嚴謹的生物安全防疫措施,以及在各個生產環節實施檢疫,以 確保不受各種重要病原的威脅 58 FRI Special Publication No.30。</w:t>
      </w:r>
    </w:p>
    <w:p>
      <w:r>
        <w:br w:type="page"/>
      </w:r>
    </w:p>
    <w:p>
      <w:pPr>
        <w:spacing w:after="360"/>
        <w:jc w:val="center"/>
      </w:pPr>
      <w:r>
        <w:rPr>
          <w:b/>
          <w:sz w:val="28"/>
        </w:rPr>
        <w:t>--- 第 66 頁 ---</w:t>
      </w:r>
    </w:p>
    <w:p>
      <w:pPr>
        <w:spacing w:line="288" w:lineRule="auto" w:after="160"/>
      </w:pPr>
      <w:r>
        <w:t>第六章白蝦生物安全防疫繁養殖模式 本書第五章介紹了常見的白蝦疾病,這 些疾病會造成白蝦大量死亡、成長緩慢與畸 形等,目前均無有效的治療方法,除了管理 水質與提升蝦體免疫力以降低感染後的死 亡風險外,最有效且最成本低廉的方法是從 預防感染來著手,即實施生物安全防疫的繁 養殖管理模式,以下說明繁殖與養殖操作管 理須重視的環節,蝦場管理者可依此檢視自 家條件,訂定一套規範與操作流程提供現場 人員依循,並經常檢視是否存在防疫缺口, 適時加以修正。</w:t>
      </w:r>
    </w:p>
    <w:p>
      <w:pPr>
        <w:spacing w:line="288" w:lineRule="auto" w:after="160"/>
      </w:pPr>
      <w:r>
        <w:t>生物安全防疫繁殖模式 臺灣白蝦繁殖育苗場以小農家庭制為 主場,在考量投入成本與技術層次下,多只 負責生產流程中的一個階段,少有一貫化作 業,雖可有效率批次量產該階段幼苗,但對 於上游苗源(如無節幼蟲或紅筋苗)品質 無法掌控,對下游提供種苗也疏於做好健康 與品質把關,尤其近年來蝦類疫情嚴峻,種 苗生產供應鏈的任一環節若疏於生物安全 把關,影響的不只是下游養殖業者,回過頭 來又影響孵化場種蝦來源品質,形成惡性循 環,因此現階段唯有建立種苗生產一貫化作 業,或上下游合作廠商自律互助形成生物安 全策略聯盟,彼此共通信念以生產 SPF 蝦 苗為目標,並且需要嚴格執行各項防疫措 施,雖然會增加一些操作麻煩與營運成本, 但與遭受感染後生產線得停擺並進行一連 串清消作業,以及客源流失與信任感下降, 平時即落實生物安全防護措施還是較值得 的投資。</w:t>
      </w:r>
    </w:p>
    <w:p>
      <w:pPr>
        <w:spacing w:line="288" w:lineRule="auto" w:after="160"/>
      </w:pPr>
      <w:r>
        <w:t>白蝦繁殖場包括孵化場(生產無節 幼蟲)、紅筋苗場(生產後期幼蟲(3日齡蝦 苗,PL3)和黑殼場(生產後期幼蟲,10日 齡蝦苗,PL10),以下說明其生產過程需注 意的生物安全規範及措施: (一)繁殖場位址 繁殖場須具備充足、清潔、水質穩定及 鹽度變動小的海水:水源須避開沼澤、泥濘 海岸、大雨期間會使海水混濁或鹽度陡降的 河流出海口,並且須不受農業、工業或家庭 廢水污染。繁殖場必須地勢無淹水疑慮,內 部為高位池,池水能自然排乾,以確保清潔 消毒後能有至少1週的乾燥期,以達到徹底 消毒池子的目的。</w:t>
      </w:r>
    </w:p>
    <w:p>
      <w:pPr>
        <w:spacing w:line="288" w:lineRule="auto" w:after="160"/>
      </w:pPr>
      <w:r>
        <w:t>場區須具備圍籬,能防範 閒雜人等及動物進入,並設置獨立進出管制 口等。(二)基礎設施 蝦苗孵化場、紅筋苗場與黑殼場應具備 以下單元的基礎設施,並各自有隔離獨立空 間,以方便清潔管理,並避免交互感染。1. 孵化場 具備隔離檢疫、環境適應(馴化)、催 熟、產卵和孵化、水源處理、餌料準備、無 節幼蟲包裝、分析實驗室、辦公室、庫房等 區域。2. 紅筋苗場 具備育苗區、水源處理、餌料準備、微 藻培養、豐年蝦孵化、紅筋苗包裝、分析實 驗室、辦公室、庫房等區域。</w:t>
      </w:r>
    </w:p>
    <w:p>
      <w:pPr>
        <w:spacing w:line="288" w:lineRule="auto" w:after="160"/>
      </w:pPr>
      <w:r>
        <w:t>3. 黑殼場 具備育苗區、水源處理、餌料準備、豐 年蝦孵化、黑殼苗包裝、分析實驗室、辦公 The Aquaculture and Bio-safety Management Practices for White Shrimp 59。</w:t>
      </w:r>
    </w:p>
    <w:p>
      <w:r>
        <w:br w:type="page"/>
      </w:r>
    </w:p>
    <w:p>
      <w:pPr>
        <w:spacing w:after="360"/>
        <w:jc w:val="center"/>
      </w:pPr>
      <w:r>
        <w:rPr>
          <w:b/>
          <w:sz w:val="28"/>
        </w:rPr>
        <w:t>--- 第 67 頁 ---</w:t>
      </w:r>
    </w:p>
    <w:p>
      <w:pPr>
        <w:spacing w:line="288" w:lineRule="auto" w:after="160"/>
      </w:pPr>
      <w:r>
        <w:t>White Shrimp 楊明樺 室及庫房等區域。以上不同種苗生產階段場域設計須包 含不同生產設施的物理隔離或分離、符合生 物安全的動線規劃,不同場區應設置單一出 入口,並限制僅由該場區的操作人員進出。在入口處應放置鞋具(拖鞋或雨鞋)更換 (圖6-2),含有消毒液(&gt;50ppm活性成分 的次氯酸鈉或次氯酸鈣)的衛生或足浴 器具,以及70%酒精與殺菌洗手乳清潔手 部。設施周邊的圍牆或隔離柵欄,具備足夠 高度或適當孔徑大小,以阻止動物與未經許 可人員進入,有助於降低疾病藉由各種途徑 引入的風險。</w:t>
      </w:r>
    </w:p>
    <w:p>
      <w:pPr>
        <w:spacing w:line="288" w:lineRule="auto" w:after="160"/>
      </w:pPr>
      <w:r>
        <w:t>活性成分的次氯酸鈉消毒12-24小時,或 以濾芯、濾袋等過濾設備依不同需求等級進 行精密過濾(10、5、1、0.5um),再以UV 燈或臭氧進行消毒後抽至水塔備用(圖 6-3)。使用時再以活性碳過濾,或添加乙二 胺四乙酸(EDTA)以去除水中有毒物質與 整合重金屬,調節所需溫度與鹽度,檢測水 質與細菌量是否符合標準,繁殖場不同階段 的水源過濾標準與水溫要求如表6-1,理想 水質條件如表6-2。圖6-2進入繁殖場需更換鞋具以避免將病原引進 (三)水質和水處理 欣峰 EVERGRE 不同種苗生產階段引進的水源應當經 過過濾與處理,以防止水質條件不符需求, 或帶有病原及其載體。</w:t>
      </w:r>
    </w:p>
    <w:p>
      <w:pPr>
        <w:spacing w:line="288" w:lineRule="auto" w:after="160"/>
      </w:pPr>
      <w:r>
        <w:t>圖6-3孵化與育苗用水經過10、5、1um共3道濾 心過濾後再以高功率紫外燈殺菌 1. 進水 海邊抽取沙層過濾或表層海水 (&gt; 30 psu)至沉澱池,使懸浮固體經過1-3天靜 沉澱(亦可添加0.5-2ppm 過錳酸鉀) 後,抽取上清水至室內桶槽,以10-20 ppm 2. 排水 繁殖場排出的水,特別是懷疑(如隔離 檢疫區的水)或已確定感染的水,在排放前 應暫時保留,並以&gt;20ppm活性成分次氯 酸鈉或其他消毒劑進行處理,以防止可能的 病原傳播。</w:t>
      </w:r>
    </w:p>
    <w:p>
      <w:pPr>
        <w:spacing w:line="288" w:lineRule="auto" w:after="160"/>
      </w:pPr>
      <w:r>
        <w:t>60 FRI Special Publication No.30。</w:t>
      </w:r>
    </w:p>
    <w:p>
      <w:r>
        <w:br w:type="page"/>
      </w:r>
    </w:p>
    <w:p>
      <w:pPr>
        <w:spacing w:after="360"/>
        <w:jc w:val="center"/>
      </w:pPr>
      <w:r>
        <w:rPr>
          <w:b/>
          <w:sz w:val="28"/>
        </w:rPr>
        <w:t>--- 第 68 頁 ---</w:t>
      </w:r>
    </w:p>
    <w:p>
      <w:pPr>
        <w:spacing w:line="288" w:lineRule="auto" w:after="160"/>
      </w:pPr>
      <w:r>
        <w:t>第六章白蝦生物安全防疫繁養殖模式 表6-1 繁殖場不同階段的水源過濾標準與水溫要求 水的用途 過濾規格(jum) 溫度(°C) 種蝦催熟 50 28-29 受精卵孵化 5 28-32 紅筋苗培育 0.5-1 藻類培養 0.5 30-32 24-28 表6-2 繁殖場理想水質參數範圍 參 數 理想範圍 鹽度 pH 水溫 29-34 psu 7.8-8.2 28-32°C 溶氧 &gt;4ppm 重金屬/農藥 最低限量 鐵離子 &lt;1ppm &lt;0.1 ppm 亞硝酸鹽(NO.) &lt;0.1 ppm 硝酸鹽(NO.) &lt; 10 ppm 硫化氫(HS) &lt;0.003. ppm 氨氮(NH3) (四)繁殖場生物安全管理 1. 孵化場 (1)種蝦檢疫 種蝦必須是SPF,而且最好具備高生 殖、高成長與抗病力強等優良性狀。</w:t>
      </w:r>
    </w:p>
    <w:p>
      <w:pPr>
        <w:spacing w:line="288" w:lineRule="auto" w:after="160"/>
      </w:pPr>
      <w:r>
        <w:t>優質種 蝦來源除了水產試驗所(以下簡稱水試所) 以外,也可從國外育種公司如SIS (新加 坡)、Kona Bay (美國)、OI(美國)、日夜快 (泰國)等進口,須避免使用一般養殖池培 育未經檢疫之大蝦作為種蝦。種蝦場須設置 檢疫或隔離區,新的一批種蝦引進時先在此 區進行檢疫,確定安全才移入生產區,尤其 國內孵化場在種蝦生育3個月後會汰換部 分雌蝦,新購買的雌蝦須先進行隔離檢疫才 能移入種蝦池。檢疫疾病項目除 OIE 表列 海水蝦類疾病,還包括亞洲區域重要疾病如 EHP、CMNV與DIV1。</w:t>
      </w:r>
    </w:p>
    <w:p>
      <w:pPr>
        <w:spacing w:line="288" w:lineRule="auto" w:after="160"/>
      </w:pPr>
      <w:r>
        <w:t>檢疫期間禁止生產 線人員接觸。所有器具都須分區使用,若種 蝦確定帶原則全數銷毀,器具與桶槽澈底清 潔消毒。若種蝦檢疫後確定是SPF,則移至 種蝦池促進發育成熟,須注意這僅代表種蝦 當下的健康狀態良好,後續生育過程仍須嚴 格遵守生物安全規範,才能確保種蝦不受感 染。種蝦生育期間亦須定期做健康篩檢,可 自行取種蝦或無節幼蟲樣品送至政府防疫 機關檢疫,以掌握種蝦的健康情形。(2)生餌 目前種蝦催熟餌料仍依賴生餌,如牡 蠣、魷魚、小卷及多毛類沙蠶,這些生餌可 能帶有蝦類重要病原如AHPND與EHP。</w:t>
      </w:r>
    </w:p>
    <w:p>
      <w:pPr>
        <w:spacing w:line="288" w:lineRule="auto" w:after="160"/>
      </w:pPr>
      <w:r>
        <w:t>早 期許多文獻指出沙蠶帶有蝦類白點病毒, 2020年4月20日亞太水產養殖中心網路 (Network Centres in of Aquaculture Asia-Pacific)亦提出呼籲,指沙蠶帶有 DIV1而有傳播病原的風險,因此建議種蝦 繁殖孵化場應尋求替代餌料。許多國家(美 國、英國、荷蘭及泰國等)或蝦類育種公司 (Charoen Pokphand food) 在生物安全環境 下培育 SPF 沙蠶,或將購買的沙蠶至少冰 凍1日後再給種蝦攝食(圖6-4),雖然沙蠶 冰凍再解凍後後可能是因營養物質流失會 降低種蝦產能,但站在防疫的觀點來考量仍 是值得的做法。</w:t>
      </w:r>
    </w:p>
    <w:p>
      <w:pPr>
        <w:spacing w:line="288" w:lineRule="auto" w:after="160"/>
      </w:pPr>
      <w:r>
        <w:t>除了沙蠶可能有帶原風險 外,甲殼類豆蟹 (Pinnotheres pisum) (圖 6-5)常共生在牡蠣殼裡,一般取牡蠣時會 The Aquaculture and Bio-safety Management Practices for White Shrimp 61。</w:t>
      </w:r>
    </w:p>
    <w:p>
      <w:r>
        <w:br w:type="page"/>
      </w:r>
    </w:p>
    <w:p>
      <w:pPr>
        <w:spacing w:after="360"/>
        <w:jc w:val="center"/>
      </w:pPr>
      <w:r>
        <w:rPr>
          <w:b/>
          <w:sz w:val="28"/>
        </w:rPr>
        <w:t>--- 第 69 頁 ---</w:t>
      </w:r>
    </w:p>
    <w:p>
      <w:pPr>
        <w:spacing w:line="288" w:lineRule="auto" w:after="160"/>
      </w:pPr>
      <w:r>
        <w:t>White Shrimp 楊明樺 圖6-4 種蝦孵化場使用的各種冷凍生餌,包括容易 帶有 AHPND 與EHP的沙蠶,藉由冰凍可 大幅降低帶原感染風險 圖6-5豆蟹常共生在牡蠣殼裡,容易夾帶進入孵化 場 將其除,但常不慎夾帶進入孵化場,雖然 目前沒有報告指出豆為蝦類病原的宿 主,但因為與白蝦同為甲殼類,仍有疾病互 通的可能,因此應避免使用牡蠣作為種蝦生 餌,或使用前應嚴格清洗把關。其他生餌如 小卷或魷魚等頭足類因可能攝食甲殼類,最 好除去內臟後再絞碎投餵。</w:t>
      </w:r>
    </w:p>
    <w:p>
      <w:pPr>
        <w:spacing w:line="288" w:lineRule="auto" w:after="160"/>
      </w:pPr>
      <w:r>
        <w:t>雖然目前人工種 蝦催熟飼料仍無法完全替代生餌,但已可部 分取代而不影響產能 (Chimsung, 2014),如 此可降低生餌的使用量,也減輕可能帶原的 風險。市售人工催熟飼料也可額外添加維生 素C、E,免疫增強劑、類胡蘿蔔素和多元 不飽和脂肪酸等,來補充生鮮餌料在季節上 和營養上的不足。人工飼料可以和生鮮餌料 交替使用,並以較低投餵量,每日投餵2- 3次,每次投蝦總體重的1%,並確保無 料殘餌。(3)無節幼蟲的清洗與消毒 世界動物衛生組織(OIE)2009年發行 的水生動物診斷試驗手冊第1.1.3章建議無 節幼蟲收集後,以消毒劑去除附著在幼苗體 表病原的消毒流程如下: A.先以乾淨海水沖洗1-2分鐘。</w:t>
      </w:r>
    </w:p>
    <w:p>
      <w:pPr>
        <w:spacing w:line="288" w:lineRule="auto" w:after="160"/>
      </w:pPr>
      <w:r>
        <w:t>B.之後在含有400ppm福馬林的海水中 浸泡30-60秒鐘。C.接著在含有優碘(0.1ppm)的海水 中浸泡1分鐘。D.最後再以乾淨海水沖洗3-5分鐘。(4)無節幼蟲健康判別(孵化率、畸形率、 活力) 無節幼蟲經過清洗、消毒和計數,一般 孵化率應高過70%,如果孵化率較低,應 判斷是否將整批苗棄養,並調查孵化率偏低 的原因。一般畸形率應小於5%為宜。無 節幼蟲的活力以趨光性程度評估,如果有 95%的無節幼蟲迅速向光源集中,則表示 該批幼苗的品質是優良的。</w:t>
      </w:r>
    </w:p>
    <w:p>
      <w:pPr>
        <w:spacing w:line="288" w:lineRule="auto" w:after="160"/>
      </w:pPr>
      <w:r>
        <w:t>如果向光源移動 的無節幼蟲比例低於70%,則該批幼苗的 品質是低劣的,可考慮予以棄養。62 FRI Special Publication No.30。</w:t>
      </w:r>
    </w:p>
    <w:p>
      <w:r>
        <w:br w:type="page"/>
      </w:r>
    </w:p>
    <w:p>
      <w:pPr>
        <w:spacing w:after="360"/>
        <w:jc w:val="center"/>
      </w:pPr>
      <w:r>
        <w:rPr>
          <w:b/>
          <w:sz w:val="28"/>
        </w:rPr>
        <w:t>--- 第 70 頁 ---</w:t>
      </w:r>
    </w:p>
    <w:p>
      <w:pPr>
        <w:spacing w:line="288" w:lineRule="auto" w:after="160"/>
      </w:pPr>
      <w:r>
        <w:t>第六章白蝦生物安全防疫繁養殖模式 (5)場區消毒清潔 孵化場包含種蝦池(雌雄分池)與產 卵孵化池,每日雌蝦成熟(雌蝦池)與交配 (雄蝦池)挑選時都會將水洩低,操作人員 可利用此時將池壁池底徹底刷洗,避免殘 餌、糞便、有機物及蝦殼等殘留池內,刷洗 後再將水位加高,如此可維持水質與種蝦鰓 部及體表清潔。產卵孵化池應有兩組池子輪 流使用,定期於每日下午洩水收集無節幼蟲 後將水排乾,用清潔劑清除所有污垢和殘 渣,並用乾淨水進行沖洗後晾乾;以及於每 3-4個月清潔後乾池1週,以阻斷病原傳 播。</w:t>
      </w:r>
    </w:p>
    <w:p>
      <w:pPr>
        <w:spacing w:line="288" w:lineRule="auto" w:after="160"/>
      </w:pPr>
      <w:r>
        <w:t>收集無節幼蟲的陰井若無法有兩組輪流 使用,也應該於每日作業完畢時徹底刷洗, 以避免孳生細菌。孵化池與陰井除使用清潔 劑清洗外,也可用次氯酸鈉(20-30 ppm 的活性成分)消毒,在重新加水之前以乾淨 淡水沖洗。2. 紅筋苗場 (1)檢疫 包含無節幼蟲與紅筋苗,放苗前先至孵 化場採樣送驗,或請孵化場提出檢疫證明, 唯有SPF的無節幼蟲才入池培育。培育至 後期幼蟲準備出售前,一樣要採樣送相關單 位檢驗,唯有SPF紅筋苗才能流通市面。</w:t>
      </w:r>
    </w:p>
    <w:p>
      <w:pPr>
        <w:spacing w:line="288" w:lineRule="auto" w:after="160"/>
      </w:pPr>
      <w:r>
        <w:t>(2)人員管制 全場限制人員進出,設置單一出入口並 放置手部與足浴設施,進出前後徹底清潔。(3)水質管理 應對進水適當清潔過濾與消毒,使用微 過濾器濾除1um以上雜質,濾芯與濾袋需 準備兩套並經常更換清洗,以10ppm活性 成分的次氯酸鈉消毒。過濾後的水再以 UV、臭氧或次氯酸鈉去除微生物病原。(4)餌料清潔 蝦苗培育過程須經過不同餌料序列,包 括開口餌料使用微藻,中間雖有多種人工飼 料可供選擇,然而到了後期幼蟲階段一般會 投餵豐年蝦無節幼蟲來提升營養。</w:t>
      </w:r>
    </w:p>
    <w:p>
      <w:pPr>
        <w:spacing w:line="288" w:lineRule="auto" w:after="160"/>
      </w:pPr>
      <w:r>
        <w:t>A.微藻 (a)培育過程維持高衛生標準,包括對 水源和空氣進行消毒和過濾(&lt;0.5 jum): (b)以適當的衛生標準和微生物程序來維持 藻類的純種培養,避免培育過程產生以類 為食的原生動物,以及其他品種藻類及細菌 的污染;(c)若使用骨藻,則自港口採回後 先以有機磷劑殺滅甲殼類及其幼生,並接種 一次以後才使用;(d)每次收穫後對培養槽 進行清洗和消毒,用10ppm活性成分的次 氯酸鈉消毒後,將消毒水排放後陰乾備用。</w:t>
      </w:r>
    </w:p>
    <w:p>
      <w:pPr>
        <w:spacing w:line="288" w:lineRule="auto" w:after="160"/>
      </w:pPr>
      <w:r>
        <w:t>B. 豐年蝦 (a)保久卵在購買前要求廠商提出不帶 有蝦類特定病原的檢疫證明;(b)保久去 殼:豐年蝦容易成為細菌、真菌和原生動物 疾病的傳播來源,進行豐年蝦去殼可避免上 述病原的污染。每1,000g的豐年蝦卵放入 4L 的海水中,再加入40g的氫氧化鈉 (NaOH)與4L的次氯酸鈉(8-10%的活 性成分)。一旦豐年蝦卵開始轉變為橙色, 加入100g的硫代硫酸鈉(海波)以中和餘 氯,防止過度去殼。</w:t>
      </w:r>
    </w:p>
    <w:p>
      <w:pPr>
        <w:spacing w:line="288" w:lineRule="auto" w:after="160"/>
      </w:pPr>
      <w:r>
        <w:t>然後,再用潔淨的淡水 將去殼的豐年蝦卵進行清洗,去殼的豐年蝦 卵可以保存在過飽和的鹽水中,等到使用時 再移到正常鹽度的海水中孵化。在去殼過程 The Aquaculture and Bio-safety Management Practices for White Shrimp 63。</w:t>
      </w:r>
    </w:p>
    <w:p>
      <w:r>
        <w:br w:type="page"/>
      </w:r>
    </w:p>
    <w:p>
      <w:pPr>
        <w:spacing w:after="360"/>
        <w:jc w:val="center"/>
      </w:pPr>
      <w:r>
        <w:rPr>
          <w:b/>
          <w:sz w:val="28"/>
        </w:rPr>
        <w:t>--- 第 71 頁 ---</w:t>
      </w:r>
    </w:p>
    <w:p>
      <w:pPr>
        <w:spacing w:line="288" w:lineRule="auto" w:after="160"/>
      </w:pPr>
      <w:r>
        <w:t>White Shrimp 楊明樺 中,應用碎冰保持水溫在20℃以下,以防 止對豐年蝦卵的傷害;(c)適當的孵化條 件:豐年蝦卵在穩定的光照和充足的曝氣 下,以每公升海水1-2g的密度,經18 -24小時可完全孵化;(d)豐年蝦收穫後清 洗消毒:孵化的豐年蝦收穫後,以20 ppm 活性成分的次氯酸鈉消毒3分鐘,然後以淡 水沖洗:(e)每次收穫後對孵化桶進行清洗 和消毒收穫之後,豐年蝦孵化桶以清潔劑和 清水沖洗,然後以次氯酸鈉(20 ppm的活 性成分)進行消毒,再以清水充分沖洗,並 以10%的鹽酸溶液進行二次消毒:(f)坊間 業者除了自行孵化以外,也會進口冷凍豐年 蝦碍,根據畜衛所近幾年的檢疫資料,進口 的沙蠶活餌及冷凍豐年蝦曾被驗出帶有 EHP與CMNV,因此這些種蝦或蝦苗生 最好先經過檢確認安全無虞再使用。</w:t>
      </w:r>
    </w:p>
    <w:p>
      <w:pPr>
        <w:spacing w:line="288" w:lineRule="auto" w:after="160"/>
      </w:pPr>
      <w:r>
        <w:t>培育 過程維持高衛生標準,包括對水源和空氣進 行消毒和過濾(&lt;0.5m)。(5)蝦苗統進統出 Kumar等 (2017)指出,蝦苗 Zoca II 症候群的原因可能與無節幼蟲入池期太長 有關,已經培育4-5天的幼苗(眼幼蟲期 至蝦期)水體已孳生大量細菌,可能會污 染剛入池的新苗,因此建議苗場放養無節幼 蟲時間相差不超過4天,這樣也有利於後續 統一出清進行全場清潔消毒。(6)場區消毒清潔 設施須定期維護與消毒。</w:t>
      </w:r>
    </w:p>
    <w:p>
      <w:pPr>
        <w:spacing w:line="288" w:lineRule="auto" w:after="160"/>
      </w:pPr>
      <w:r>
        <w:t>平時對設施如 微藻培育桶(池)與豐年蝦孵化桶,以及相 關用具如生物網、骨藻收集袋、水桶(杯)、 料袋進行經常性清洗和消毒。從開始入無節 幼蟲到紅筋苗全數出貨完畢約須3週,接著 全場淨空,對苗場設備如育苗池、過濾器、 氣水管路、軟管、走道、牆壁與天花板等儘 可能清洗,然後以20ppm活性成分的次氯 酸鈉進行消毒。當水泥池塗有環氧樹脂或鋪 設膠膜時較易清洗和消毒(圖6-6)。圖6-6每個月紅筋苗出清淨空時,對全場設備與器具徹底清潔消毒後晾乾備用,以阻斷疾病傳播 64 FRI Special Publication No.30。</w:t>
      </w:r>
    </w:p>
    <w:p>
      <w:r>
        <w:br w:type="page"/>
      </w:r>
    </w:p>
    <w:p>
      <w:pPr>
        <w:spacing w:after="360"/>
        <w:jc w:val="center"/>
      </w:pPr>
      <w:r>
        <w:rPr>
          <w:b/>
          <w:sz w:val="28"/>
        </w:rPr>
        <w:t>--- 第 72 頁 ---</w:t>
      </w:r>
    </w:p>
    <w:p>
      <w:pPr>
        <w:spacing w:line="288" w:lineRule="auto" w:after="160"/>
      </w:pPr>
      <w:r>
        <w:t>第六章白蝦生物安全防疫繁養殖模式 3. 黑殼場 黑殼場生物安全措施同紅筋苗場,包括 放苗前檢疫、人員進出管制、手與足部清 潔、器具獨立使用、清池消毒乾燥等。相 較於紅筋苗場在執行防疫時需特別注意下 列幾點: (1)多數黑殼場位於戶外,需架設防鳥網隔 離白鷺鷺、夜鷺等大型水鳥。(2)黑殼場的養殖週期僅1星期,難以與單 一紅筋苗場配合入苗,容易有苗源混雜 以及各池入苗時間不一,無法統一清潔 消毒養殖池,造成疾病在場內水平擴散 等防疫上的困難點。</w:t>
      </w:r>
    </w:p>
    <w:p>
      <w:pPr>
        <w:spacing w:line="288" w:lineRule="auto" w:after="160"/>
      </w:pPr>
      <w:r>
        <w:t>即使如此,養殖經 營者除慎選配合的紅筋苗場,把關苗源 品質外,仍須針對個別養殖池在清池後 徹底消毒與乾燥後再放養下一批苗。(3)多數黑殼場仍延續早期草蝦盛期時底 部鋪沙的習慣,為的是提供蝦苗棲息與 躲藏(圖6-7),然而白蝦對水層的利用 度較高,可高密度養,再者以生物安 全角度來看,底沙容易堆積污泥,躲藏 病原,而且不易徹底消毒,鋪沙反而增 加有機質積與消毒防疫上的難點,進 行白蝦中間育成並無鋪沙的必要,而且 池底最好為水泥或鋪設地膜。</w:t>
      </w:r>
    </w:p>
    <w:p>
      <w:pPr>
        <w:spacing w:line="288" w:lineRule="auto" w:after="160"/>
      </w:pPr>
      <w:r>
        <w:t>(4) PL3紅筋苗已可完全使用人工飼料,若 要補充豐年蝦亦須注意檢疫與清潔措 施。圖6-7黑殼場白蝦蓄養池鋪沙有易堆積有機物、消毒不徹底與躲藏病原的風險,不易落實生物安全 The Aquaculture and Bio-safety Management Practices for White Shrimp 65。</w:t>
      </w:r>
    </w:p>
    <w:p>
      <w:r>
        <w:br w:type="page"/>
      </w:r>
    </w:p>
    <w:p>
      <w:pPr>
        <w:spacing w:after="360"/>
        <w:jc w:val="center"/>
      </w:pPr>
      <w:r>
        <w:rPr>
          <w:b/>
          <w:sz w:val="28"/>
        </w:rPr>
        <w:t>--- 第 73 頁 ---</w:t>
      </w:r>
    </w:p>
    <w:p>
      <w:pPr>
        <w:spacing w:line="288" w:lineRule="auto" w:after="160"/>
      </w:pPr>
      <w:r>
        <w:t>White Shrimp 楊明樺 (五)蝦苗健康狀況的總體評價(聯 合國糧食及農業組織,2003) 1. 一級觀察(以肉眼觀察) (1)游泳行為 道的內含物、體表的附著生物、肢體的壞疽 和畸形。蝦苗的游泳行為變化很大,眼幼蟲期幼 苗會不停地迅速向前游動,並濾食浮游植 物。糠蝦期幼苗則以尾節間歇性的彈動向後 游動,並攝食浮游植物和動物。後期幼蟲 (PL1)又恢復快速、持續地向前游動,攝食 的食物由浮游生物逐漸轉為底棲性食物。</w:t>
      </w:r>
    </w:p>
    <w:p>
      <w:pPr>
        <w:spacing w:line="288" w:lineRule="auto" w:after="160"/>
      </w:pPr>
      <w:r>
        <w:t>(2)趨光性 眼幼蟲期幼苗應保持強烈的趨光性,將 幼苗放置在緊靠光源的半透明容器內,然後 觀察其移動狀況。(3)發育同步性 (4)腸道內含物 同一個池子內不同階段的幼苗(指眼 幼蟲期至後期幼蟲,下同)同步發育的程度 亦可作為蝦苗健康的評估指標,而同步性隨 著時間而下降是正常的。如果幼苗的腸道充滿食物,從肝胰臟開 始,整個腸道呈現一條黑線,這表示食物充 足,且幼苗的攝食正常。眼幼蟲期幼苗幾乎以浮游藻類為食,若 攝食狀況良好,肛門後一直拖著長條糞便。</w:t>
      </w:r>
    </w:p>
    <w:p>
      <w:pPr>
        <w:spacing w:line="288" w:lineRule="auto" w:after="160"/>
      </w:pPr>
      <w:r>
        <w:t>(6)發光情形 (5)糞便 在絕對黑暗的情形下,幼苗培育池的發 光程度與哈維氏弧菌(Vibrio harveyi) 的 數量呈正相關。2. 二級觀察(以顯微鏡觀察) 以顯微鏡檢查幼苗肝胰臟的狀況和腸 (1)體表的附著生物 附著生物包括細菌、真菌以及原生動 物,它們通常附著在幼苗頭部和肢體的外殼 上,特別是在幼苗鰓部周圍。如果輕微感 染,脫殼後可以完全去掉附著生物,但在嚴 重感染的情形下,附著生物會持續存在或重 新出現。</w:t>
      </w:r>
    </w:p>
    <w:p>
      <w:pPr>
        <w:spacing w:line="288" w:lineRule="auto" w:after="160"/>
      </w:pPr>
      <w:r>
        <w:t>(2)壞疽和畸形 幼苗肢體的壞疽是殘食或細菌感染所 引起的。畸形出現在幼苗早期(眼幼蟲期) 階段,反應了幼苗品質不良:出現在後期階 段(後期幼蟲),則反應細菌感染或營養不 良。(3)肝胰臟的狀況和腸道的內含物 肝胰臟和腸道內是否充滿微小消化泡 或“油脂”泡,腸道是否強烈蠕動,這些都 可以作為幼苗攝食和消化狀況的指標。3. 三級觀察(以PCR檢測) 以分子生物技術如PCR方法检测病毒 等病原。二、生物安全防疫養殖模式 (一)養殖場位址 臺灣的養殖場大半集中於西部沿海地 區,緊鄰的池塘容易因水車帶動之水花的互 相噴濺或水霧飄散,增加防疫的難度。</w:t>
      </w:r>
    </w:p>
    <w:p>
      <w:pPr>
        <w:spacing w:line="288" w:lineRule="auto" w:after="160"/>
      </w:pPr>
      <w:r>
        <w:t>東部 地區養殖池較獨立,若配合有乾淨的砂層過 濾海水,較容易落實生物安全養蝦。近年來 許多戶外型養殖池配合政府政策已陸續改 66 FRI Special Publication No.30。</w:t>
      </w:r>
    </w:p>
    <w:p>
      <w:r>
        <w:br w:type="page"/>
      </w:r>
    </w:p>
    <w:p>
      <w:pPr>
        <w:spacing w:after="360"/>
        <w:jc w:val="center"/>
      </w:pPr>
      <w:r>
        <w:rPr>
          <w:b/>
          <w:sz w:val="28"/>
        </w:rPr>
        <w:t>--- 第 74 頁 ---</w:t>
      </w:r>
    </w:p>
    <w:p>
      <w:pPr>
        <w:spacing w:line="288" w:lineRule="auto" w:after="160"/>
      </w:pPr>
      <w:r>
        <w:t>第六章白蝦生物安全防疫繁養殖模式 建為太陽光電室內型養殖場或溫室型養殖 場,防疫等級可大為提升。(二)養殖池設計 最好是水泥池或鋪設高密度聚乙烯 (HDPE)膜池,容易清除底泥以避免病原殘 留。池底最好在高潮線以上,清池時可以自 然排乾池水,徹底乾燥及清潔。池底向中央 傾斜,設中央排污孔,以利平時排放容易躲 藏病原的蝦殼、底泥或殘餌。池壁垂直高於 地面 30-50cm,可充當防圍籬,亦可避 免其他帶原生物入侵(圖6-8)。</w:t>
      </w:r>
    </w:p>
    <w:p>
      <w:pPr>
        <w:spacing w:line="288" w:lineRule="auto" w:after="160"/>
      </w:pPr>
      <w:r>
        <w:t>圖6-8蝦池鋪設 HDPE膜、設中央排污、池壁高於 地面等做法有利於落實生物安全 (三)蝦苗 目前 SPF 蝦苗取得管道多元,除水試 所外,還有多家苗商協助引進國外 SPF種 苗,來源包括泰國SIS、CP,以及越南越澳 等,購買前應要求出示檢疫證明,檢項目 除OIE 表列疾病外,109年政府新增DIV1, 此外,最好還包含目前在亞洲國家盛行的 EHP。(四)水源 養殖場如果缺乏乾淨的砂層過濾海水 (海水井),而是抽取海岸表層水甚至是溝渠 水,需額外設置蓄水池,進水時先以0.1-1 mm之 PE 浮游生物網或其它砂濾設備過濾 雜魚蝦蟹幼生與甲殼類浮游生物,再以過 酸鉀5ppm或次氯酸鈣(65%)10 ppm 浸泡 24 小時以上,以去除任何潛在的病原菌, 最後充分曝氣後再抽至養殖池使用。</w:t>
      </w:r>
    </w:p>
    <w:p>
      <w:pPr>
        <w:spacing w:line="288" w:lineRule="auto" w:after="160"/>
      </w:pPr>
      <w:r>
        <w:t>理想的 養殖場應有一個以上的池子以設置循環水 系統,或發展成零換水與少量換水的養殖模 式,可降低從外界取水時引入病原的風險。(五)飼料 蝦類飼料的研發是助長養殖蝦類產量 在過去30年間不斷攀升的主要因素之一, 因為蝦飼料提供蝦類成長所需的營養元 素,使養蝦投餵更衛生、便利以及科學化管 理。目前飼料法規並未禁止可能帶有蝦類病 原的蝦殼粉原料,雖然常規的飼料生產過程 會讓病毒如 WSSV 不活化,但面對較耐熱 的細菌與寄生蟲類病原如 VPAHPND 與EHP 則可能存在漏洞,在考慮可能存在疾病風險 之下,應選擇信譽良好飼料廠製作之配方 料,且原料中不可添加蝦殼粉。</w:t>
      </w:r>
    </w:p>
    <w:p>
      <w:pPr>
        <w:spacing w:line="288" w:lineRule="auto" w:after="160"/>
      </w:pPr>
      <w:r>
        <w:t>(六)圍籬 由於螃蟹、寄居蟹及海蟑螂為白蝦病原 常見的宿主或載體,容易在溝渠與池子間樓 息流竄,造成水平感染,因此池子四周圍以 PE 萬能網、黑色PE編織布(雜草抑制蓆) 或塑膠布搭建圍籬加以阻隔,同時可防止其 他動物與禽畜的入侵,降低病原傳播的機 率。(七)防鳥網 已證實白蝦陶拉病毒經白鷺鷥等大型 水鳥消化道 48小時後排出仍具有感染能 The Aquaculture and Bio-safety Management Practices for White Shrimp 67。</w:t>
      </w:r>
    </w:p>
    <w:p>
      <w:r>
        <w:br w:type="page"/>
      </w:r>
    </w:p>
    <w:p>
      <w:pPr>
        <w:spacing w:after="360"/>
        <w:jc w:val="center"/>
      </w:pPr>
      <w:r>
        <w:rPr>
          <w:b/>
          <w:sz w:val="28"/>
        </w:rPr>
        <w:t>--- 第 75 頁 ---</w:t>
      </w:r>
    </w:p>
    <w:p>
      <w:pPr>
        <w:spacing w:line="288" w:lineRule="auto" w:after="160"/>
      </w:pPr>
      <w:r>
        <w:t>White Shrimp 楊明樺 力,而且白鷺鷥總是出現在蝦體虛弱即將發 病的池子,身體沾黏病原後再傳播到另一個 池子,受到驚嚇時還會將吞食的病蝦吐出, 因此白鷺鷺、夜鷺等大型水鳥為蝦類病原傳 播的主要媒介之一。養殖池四周圍及上方架 設網徑9-15cm的防鳥網,可完全隔離及 大幅降低大型水鳥在池岸啄食白蝦,以及在 池子上方盤旋的機率(圖6-9)。(八)水質管理 維持水質適當水溫、鹽度、pH、溶氧 及鹼度,避免產生有毒氨氮、亞硝酸鹽氮及 硫化氫。</w:t>
      </w:r>
    </w:p>
    <w:p>
      <w:pPr>
        <w:spacing w:line="288" w:lineRule="auto" w:after="160"/>
      </w:pPr>
      <w:r>
        <w:t>可使用益生菌協助維持水質及改善 底質,或導入智慧水質監測系統協助管理水 質。白蝦在良好水質下自體免疫力提升,較 能抵禦病原菌的侵襲。(九)器具 每個養殖池的觀察網(以紗窗網縫製) 或捕撈器具都須單獨使用,以避免病原透過 器具在池與池之間交叉感染。目前國內白蝦 收穫與銷售模式以活蝦為主,盤商駕駛的活 蝦運輸車經常在養蝦場之間穿梭,捕撈工人 所使用的網具則是撈過一池又一池,如此很 容易傳播蝦類病原,養殖經營者應該自備網 具供捕撈工人使用,降低養殖池感染風險。</w:t>
      </w:r>
    </w:p>
    <w:p>
      <w:pPr>
        <w:spacing w:line="288" w:lineRule="auto" w:after="160"/>
      </w:pPr>
      <w:r>
        <w:t>圖6-9在防疫隔離的SPF網室或屋棚內養殖SPF白蝦,不但可完全避免蝦病,且池蝦成長快、產量高 68 FRI Special Publication No.30。</w:t>
      </w:r>
    </w:p>
    <w:p>
      <w:r>
        <w:br w:type="page"/>
      </w:r>
    </w:p>
    <w:p>
      <w:pPr>
        <w:spacing w:after="360"/>
        <w:jc w:val="center"/>
      </w:pPr>
      <w:r>
        <w:rPr>
          <w:b/>
          <w:sz w:val="28"/>
        </w:rPr>
        <w:t>--- 第 76 頁 ---</w:t>
      </w:r>
    </w:p>
    <w:p>
      <w:pPr>
        <w:spacing w:line="288" w:lineRule="auto" w:after="160"/>
      </w:pPr>
      <w:r>
        <w:t>第六章白蝦生物安全防疫繁養殖模式 (十)人員管制 養殖場需設置門禁管制,且最好都有專 人負責,不論是訪客或者是管理人員進出養 殖場時都需要更換鞋子及清潔雙手。訪客在 場內需謹守「只看不摸」原則,管理人員平 日亦儘可能使用器具操作而不直接觸摸池 水。(十一)檢疫 平時應留意蝦體健康狀況及成長速 度,如觀察胃、肝胰臟及中腸的色澤、清晰 度與飽滿度。健康蝦子每天需有0.2g(密度 200 尾/m²)以上的成長量,遇有成長緩慢或 異常大量死亡情形,最好採樣送各縣市防疫 單位或家畜衛生試驗所檢驗,可釐清死亡原 因及養殖場是否有防疫漏洞。</w:t>
      </w:r>
    </w:p>
    <w:p>
      <w:pPr>
        <w:spacing w:line="288" w:lineRule="auto" w:after="160"/>
      </w:pPr>
      <w:r>
        <w:t>三、生物絮凝在白蝦生物安全 防疫上的應用 生物絮凝指的是水中形成的懸浮聚合 物,包含生物(細菌、真菌、微藻、原生動 物、其他浮游生物及其死亡殘骸)與非生物 (有機碎屑、飼料殘餌、糞便等)的組成分。有關生物絮凝技術在白蝦養殖上的應用詳 如第三章。形成生物絮凝的條件包含零換水 或少量換水,養殖池為水泥池或內襯塑膠 膜,以及使用低蛋白質含量的配方飼料,或 添加有機碳調整碳氮比(C/N)的作法,這 些條件與1990年前後在美國Waddel 海水 養殖中心所發展的零換水生物安全性養蝦 有異曲同工之處。</w:t>
      </w:r>
    </w:p>
    <w:p>
      <w:pPr>
        <w:spacing w:line="288" w:lineRule="auto" w:after="160"/>
      </w:pPr>
      <w:r>
        <w:t>所謂零換水生物安全性 蝦強調的是選擇健康蝦苗,採高密度養殖方 式,使用低蛋白質飼料,養殖期間不換水, 池水循環使用以降低引入病原的風險,及維 持水質穩定(Burford,2003)。因此,實施生 物絮凝的養蝦技術同時也可以達到生物安 全防疫的效果,以下說明其應用。(一)降低用水量 不論是生物絮凝技術或是零換水生物 安全技術都可以最大限度形成封閉式的養 殖系統,減少從外界引進水源的需求,自然 就降低將病原引進養殖池的風險,尤其臺灣 西部沿海地區養殖池大都引用潮溝水,此為 表層海水與養殖池排放水的綜合體,其中充 斥著各種蝦類病原、有機物及其他雜魚雜 蝦,很容易把病原或其載體生物引進養殖 池,使養殖白蝦感染疾病,或遭受其他生物 競爭生存空間與餌料,如果可以利用生物 凝技術進行零換水或少量換水養殖,則養殖 場僅需利用一部分池子面積改建為蓄水池 與沉澱池,將引進的水源充分過濾消毒再使 用,養殖期間僅須利用沉澱池移除過多有機 質,池水即可循環再利用,如此可大幅度降 低對外界水源的依賴,同時也大幅度降低對 外界排放污水與可能攜帶的病原,有助於養 殖場區生物安全等级的提升。</w:t>
      </w:r>
    </w:p>
    <w:p>
      <w:pPr>
        <w:spacing w:line="288" w:lineRule="auto" w:after="160"/>
      </w:pPr>
      <w:r>
        <w:t>(二)與底土隔離 應用生物絮凝技術的池子建議是水泥 池或內部鋪設塑膠膜 (HDPE或PVC材 質),由於該些材質平滑不透水、耐酸鹼、 抗UV以及堅韌耐用的特性,相對於傳統土 池,有機顆粒較容易藉由曝氣維持懸浮狀 態,而當濃度太高沉降時,又可以更有效率 利用機械動力集中排除(通常利用中央排 The Aquaculture and Bio-safety Management Practices for White Shrimp 69。</w:t>
      </w:r>
    </w:p>
    <w:p>
      <w:r>
        <w:br w:type="page"/>
      </w:r>
    </w:p>
    <w:p>
      <w:pPr>
        <w:spacing w:after="360"/>
        <w:jc w:val="center"/>
      </w:pPr>
      <w:r>
        <w:rPr>
          <w:b/>
          <w:sz w:val="28"/>
        </w:rPr>
        <w:t>--- 第 77 頁 ---</w:t>
      </w:r>
    </w:p>
    <w:p>
      <w:pPr>
        <w:spacing w:line="288" w:lineRule="auto" w:after="160"/>
      </w:pPr>
      <w:r>
        <w:t>White Shrimp 楊明樺 污)。實施生物絮凝的養殖池需要有更密集 與更強勁的曝氣來維持有機顆粒懸浮,使用 該些材質可以避免底土揚起或挖坑的情 形,避免因泥沙粒子增加水質濁度。另外, 由於該些材質與底土隔離,可以避免酸性硫 酸鹽土壤造成的水質偏低,維持水質穩 定,也間接幫助蝦子成長與提高免疫力。清 池時可以徹底移除底部有機質,讓後續的池 塘消毒作業更快速有效,確保池中沒有病原 藏匿,提高生物安全等級。</w:t>
      </w:r>
    </w:p>
    <w:p>
      <w:pPr>
        <w:spacing w:line="288" w:lineRule="auto" w:after="160"/>
      </w:pPr>
      <w:r>
        <w:t>(三)維持水質穩定 在白蝦養殖初期硝化系統尚未建立穩 定時,生物絮凝系統藉由添加有機碳提高碳 氮比,可以很有效率降解水中有毒氨氮,避 免白蝦發生中毒情形。雖然生物絮凝系統 需要高密度養殖,又添加有機碳使微生物大 量孳生,會快速消耗水體溶氧,不過生物絮 凝系統為了使大量團顆粒保持懸浮狀 態,需要增設水車或曝氣裝置,能確保水體 溶氧充足無虞。生物絮凝系統強調的是利用 菌相轉換氨氮的系統,相較於利用浮游植物 吸收氨氮的相系統較不易受外界環境因 素影響(如陽光),而使水質參數如pH、溶 氧等在白天和夜晚有數值偏差過大的情 形。</w:t>
      </w:r>
    </w:p>
    <w:p>
      <w:pPr>
        <w:spacing w:line="288" w:lineRule="auto" w:after="160"/>
      </w:pPr>
      <w:r>
        <w:t>另外,藻類也容易因老化、缺乏營養鹽 或環境不利因素而發生倒藻,對比之下,以 菌相為主的系統則穩定許多。綜合以上因 素,以異營性細菌為主的生物絮凝系統不但 有助於降解有毒氨氮,對於水質穩定也有良 好效果,能提供白蝦有利的生存環境。(四)具有抗菌效果 弧菌(Vibrio)通常被視為是白蝦養殖 70 FRI Special Publication No.30 水體中的致病菌,Panigrahi 等 (2018) 比較 不同碳氮比的生物絮凝系統對抑制弧菌的 效果,結果隨著碳氮比增加,水中異營性細 菌數量跟著增加,組成菌相也更多元,而弧 菌屬佔異營性細菌的數量比例則隨著碳氮 比提升而下降。</w:t>
      </w:r>
    </w:p>
    <w:p>
      <w:pPr>
        <w:spacing w:line="288" w:lineRule="auto" w:after="160"/>
      </w:pPr>
      <w:r>
        <w:t>生物絮凝中多種微生物(如 Bacillus sp., Alcaligenes sp., Pseudomonas sp.等)均含有聚合物 PHB,在養殖生物腸 內可釋出抗菌物質丁酸(Schryver et al., 2008)。此外,生物絮凝可降低 V. harveyi 的群感效應(quorum sensing),達到抗菌效 果(Crab et al., 2010)。同時生物絮凝中的微 生物會與病原菌競爭附著基質、生存空間以 及營養成分,從而降低病原菌的數量 (Emerenciano et al., 2012)。</w:t>
      </w:r>
    </w:p>
    <w:p>
      <w:pPr>
        <w:spacing w:line="288" w:lineRule="auto" w:after="160"/>
      </w:pPr>
      <w:r>
        <w:t>(五)提高蝦體免疫力 相較於清水式養殖,以生物絮凝養殖的 藍蝦在遭遇緊迫(氧化物)逆境時能表現 較高的抗氧化能力以及抗菌肽基因的表達 (Cardona et al., 2015)。Julie Eskahari 等 (2014) 亦指出生物絮凝系統藉由添加有機 碳可以表現出較高的酚氧化酵素活性(蝦 子免疫指標)。蝦子的免疫系統特性為作用快速、非特 異性和無法長久記憶(不穩定),因此當病 原菌入侵蝦體時無法立即產生免疫機制。</w:t>
      </w:r>
    </w:p>
    <w:p>
      <w:pPr>
        <w:spacing w:line="288" w:lineRule="auto" w:after="160"/>
      </w:pPr>
      <w:r>
        <w:t>然 而以生物絮凝方式養殖的蝦子免疫力會較 高,是因為生物絮凝含有豐富的微生物相 (2,000種以上),其細胞壁主要是由脂多 醣、肽聚醣或B-1,3葡聚醣所構成,這些成 分與益生菌作用相似,具有誘發蝦體提升非 特異性免疫活性的功能(Crab et al..。</w:t>
      </w:r>
    </w:p>
    <w:p>
      <w:r>
        <w:br w:type="page"/>
      </w:r>
    </w:p>
    <w:p>
      <w:pPr>
        <w:spacing w:after="360"/>
        <w:jc w:val="center"/>
      </w:pPr>
      <w:r>
        <w:rPr>
          <w:b/>
          <w:sz w:val="28"/>
        </w:rPr>
        <w:t>--- 第 78 頁 ---</w:t>
      </w:r>
    </w:p>
    <w:p>
      <w:pPr>
        <w:spacing w:line="288" w:lineRule="auto" w:after="160"/>
      </w:pPr>
      <w:r>
        <w:t>第六章 白蝦生物安全防疫繁養殖模式 2012)。Kim等(2014) 監測白蝦20日齡後 幼蟲以生物絮凝蓄養2週後的原酚氧化 酵素(proPO)相關的6個基因(proPO1、 proPO2、PPAE1、SPI、mas 和 Ran)的mRNA 表現量,結果均顯著高於清水養殖組; Panigrahi 等 (2018) 也證實生物絮凝系統 中養殖的白蝦在四種免疫相關基因 RAN、 SP、PPAE 和 crustin均有較高的表現。</w:t>
      </w:r>
    </w:p>
    <w:p>
      <w:pPr>
        <w:spacing w:line="288" w:lineRule="auto" w:after="160"/>
      </w:pPr>
      <w:r>
        <w:t>以上 資料顯示生物絮凝確實能誘發白蝦的先天 免疫反應,使這樣的保護系統能更恆久維 持,即使在有病原存在的情況下亦能壓制其 在低濃度狀態而不至於爆發疾病,有助於提 升白蝦活存率與成長。(六)減少疾病產生 疾病在過去30年間不斷困擾蝦類養殖 產業的發展,要避免產生疾病,除了阻斷病 原體進入養殖環境以外,還須建構良好的生 存環境,例如良好穩定的水質,以及有效提 升蝦類的健康狀態及免疫力,實施生物絮凝 的養殖模式已經證實能達到上述多重功 效,能有效防止疾病產生。</w:t>
      </w:r>
    </w:p>
    <w:p>
      <w:pPr>
        <w:spacing w:line="288" w:lineRule="auto" w:after="160"/>
      </w:pPr>
      <w:r>
        <w:t>實施生物絮凝的 養殖池較不容易感染 IMNV、WSSV 和 AHPND (Yong Thong Poh, 2014) Wasiclesky 等(2013)表示,巴西南部 Laguna, SC 原先是WSSV的重災區,利用 生物絮凝養殖並加強生物安全後,已經多次 順利收成並且未再檢驗到該疾病。Julie Eskahari等 (2014) 表示生物絮凝系統有助 於提升白蝦遭受IMNV 攻擊之後的活存 率,在印尼實施生物絮凝養殖有助於蝦池管 理並有效控制疾病。</w:t>
      </w:r>
    </w:p>
    <w:p>
      <w:pPr>
        <w:spacing w:line="288" w:lineRule="auto" w:after="160"/>
      </w:pPr>
      <w:r>
        <w:t>四、建構防疫型示範場與白蝦 品項團隊輔導成果 為解決國內白蝦養殖業者因病原感染 造成收成量嚴重偏低的問題,農委會促成水 試所與畜衛所於2018年10月至2019年12 月共同執行「建構防疫型白蝦養殖與繁殖示 範場」計畫,除東港生技研究中心外,另選 定民間5家養殖場及1家繁殖場,分別建構 白蝦養殖與繁殖示範模場。另外選定2家民 間一般白蝦養殖場作為對照組,用以彰顯防 疫型白蝦養殖示範場之優良成效。所有示範 模場條件均需符合生物安全防疫規範,由水 試所提供 SPF 白蝦種苗及輔導建立防疫相 關設施和措施,並由畜衛所監測9種病原以 阻斷其傳播途徑。</w:t>
      </w:r>
    </w:p>
    <w:p>
      <w:pPr>
        <w:spacing w:line="288" w:lineRule="auto" w:after="160"/>
      </w:pPr>
      <w:r>
        <w:t>所有參與計畫之繁養殖示 範場與一般場至少須辦理1次養殖成果現 場觀摩會,並開放民眾報名參加,會中由水 試所與畜衛所主辦專家宣導防疫觀念與具 體作法,各場監測病原情況,與改善防疫漏 洞後養殖成效提升情形。由各養殖場經營管 理者分享養殖場環境、條件、操作手法與防 心得,並在防疫前提下開放民眾參觀。希 望藉由養殖現場觀摩會的舉辦,讓養殖業者 能深刻體認生物安全防疫的重要性與可行 性,加強業者對防疫型養蝦模式具體做法的 認知與信心,進而願意落實執行而且能夠獲 利,逐步改善臺灣白蝦養殖產業結構,逐年 提升國內白蝦養殖產量,以供應國人需求。</w:t>
      </w:r>
    </w:p>
    <w:p>
      <w:pPr>
        <w:spacing w:line="288" w:lineRule="auto" w:after="160"/>
      </w:pPr>
      <w:r>
        <w:t>計畫期間畜衛所檢測水試所及8家繁 養殖場 9種重要蝦類病原(WSSV、 IHHNV 、TSV - YHV1+ IMNV + NHP The Aquaculture and Bio-safety Management Practices for White Shrimp 71。</w:t>
      </w:r>
    </w:p>
    <w:p>
      <w:r>
        <w:br w:type="page"/>
      </w:r>
    </w:p>
    <w:p>
      <w:pPr>
        <w:spacing w:after="360"/>
        <w:jc w:val="center"/>
      </w:pPr>
      <w:r>
        <w:rPr>
          <w:b/>
          <w:sz w:val="28"/>
        </w:rPr>
        <w:t>--- 第 79 頁 ---</w:t>
      </w:r>
    </w:p>
    <w:p>
      <w:pPr>
        <w:spacing w:line="288" w:lineRule="auto" w:after="160"/>
      </w:pPr>
      <w:r>
        <w:t>White Shrimp 楊明樺 AHPND、EHP、CMNV),以確認各場之蝦 體及環境媒介(如生鮮、水及土壤等)是否 有病原之存在,並作為生物防疫輔導改善的 依據。進行採樣、訪視、輔導共243場次, 完成白蝦檢體 724件次及環境檢體948件次 之檢測,陽性率以EHP12.9%(215/1672) 最高,AHPND 1.8%(30/1672)次之。水試 所提供種蝦約9,000對給示範繁殖場,該場 據以量產無節幼蟲約207億尾,並與配合之 育苗場量產紅筋蝦苗(PL3-5)約18億 尾,經9種病原之檢驗,均呈陰性,且成長 不輸進口者,平價供應廣大業者養殖。</w:t>
      </w:r>
    </w:p>
    <w:p>
      <w:pPr>
        <w:spacing w:line="288" w:lineRule="auto" w:after="160"/>
      </w:pPr>
      <w:r>
        <w:t>水試 所另提供SPF蝦苗約2,400萬尾給示範養殖 場及其他養殖場。養殖示範場與對照場均已 有≥2 kg/m²的收成,高於計畫目標 1.2 kg/m² 的成績。計畫期間辦理現場觀摩會 9 場次,共870人次出席,會中有充分的技術 交流並獲業者極佳的回響(圖6-10)。繼繁養殖示範場計畫後,農委會又責成 水試所、漁業署與畜衛所共同組成白蝦品項 產業輔導團隊,由漁業署補助國立臺灣海洋 大學等5所大學水產養殖系,共同研提「白 蝦養殖產業管理研究計畫」,水試所與衛 所共同研提「白蝦繁養殖產業技術輔導」計 畫,希望藉由團隊專家下鄉服務白蝦生產業 者,發現問題並提供客製化輔導與解決方 案,將科研成果應用於現場,同時建立示範 場域,期望能引領白蝦產業轉型與升級;此 外,藉由團隊成員互動聯繫與現場訪視,以 培育更多白蝦專業人才,以及使未來科研範 疇能更契合白蝦產業需求。</w:t>
      </w:r>
    </w:p>
    <w:p>
      <w:pPr>
        <w:spacing w:line="288" w:lineRule="auto" w:after="160"/>
      </w:pPr>
      <w:r>
        <w:t>從水試所與畜衛所共同盤點現今白蝦 繁殖產業與養殖產業的主要問題後歸納結 果如下: (一)繁殖產業的主要問題 1. 種蝦場經營管理人員無防疫觀念。2. 欠缺優質平價之未帶特定病原種蝦。普遍使用帶原種蝦後將病原傳染給蝦 苗。3. 4. 種苗場分工細緻但欠缺防疫整合,尚無 一貫化種苗場為蝦苗品質把關。5. 孵化場不重視種蝦生餌的帶原問題,尤 其普遍使用的催熟生餌沙蠶易帶有蝦 類病原等。(二)養殖產業的主要問題 1. 經營管理者欠缺防疫觀念。</w:t>
      </w:r>
    </w:p>
    <w:p>
      <w:pPr>
        <w:spacing w:line="288" w:lineRule="auto" w:after="160"/>
      </w:pPr>
      <w:r>
        <w:t>2. 養殖場欠缺乾淨無病原水源。3. 養殖場普遍未檢疫,病原易水平擴大感 染養殖區。4. 養殖場普遍為土池及混養,易形成防疫 漏洞。5. 養殖場缺乏防疫設施(地膜、防鳥網、 防圍籬)。6. 面臨極端氣候,對維持良好水質無法有 效掌控等。(三)重點工作 有鑑於此,從2020年開始,水試所與 畜衛所在白蝦品項團隊的輔導重點仍是推 動防疫型繁養殖模式,重點工作包括: 1. 水試所推動白蝦從孵化場到10日齡後 期幼蟲(PL10) 育苗業者之間生產防 疫鏈的建立及單一業者一貫化種苗場 防疫模式的導入,目前一年可量產約5 億尾以上 SPF蝦苗供下游業者放養。</w:t>
      </w:r>
    </w:p>
    <w:p>
      <w:pPr>
        <w:spacing w:line="288" w:lineRule="auto" w:after="160"/>
      </w:pPr>
      <w:r>
        <w:t>72 FRI Special Publication No.30。</w:t>
      </w:r>
    </w:p>
    <w:p>
      <w:r>
        <w:br w:type="page"/>
      </w:r>
    </w:p>
    <w:p>
      <w:pPr>
        <w:spacing w:after="360"/>
        <w:jc w:val="center"/>
      </w:pPr>
      <w:r>
        <w:rPr>
          <w:b/>
          <w:sz w:val="28"/>
        </w:rPr>
        <w:t>--- 第 80 頁 ---</w:t>
      </w:r>
    </w:p>
    <w:p>
      <w:pPr>
        <w:spacing w:line="288" w:lineRule="auto" w:after="160"/>
      </w:pPr>
      <w:r>
        <w:t>第六章白蝦生物安全防疫繁養殖模式 圖6-102019年7月19日於台東麗島海洋深層水公司舉辦場次,李興明經理向黃金城副主委及與會業者介 紹養殖場防疫設施及養殖成效 促進白蝦產業發展-向陽農業生技股份有限公司 SPF種蝦贈與儀式 輔導單位:行政院農業委員會 水產試驗所 家畜衛生試验所 圖6-11 白蝦品項團隊計畫促成1場SPF白蝦大蝦贈與,促進繁養殖產業正向循環(余淑攝) The Aquaculture and Bio-safety Management Practices for White Shrimp 73。</w:t>
      </w:r>
    </w:p>
    <w:p>
      <w:r>
        <w:br w:type="page"/>
      </w:r>
    </w:p>
    <w:p>
      <w:pPr>
        <w:spacing w:after="360"/>
        <w:jc w:val="center"/>
      </w:pPr>
      <w:r>
        <w:rPr>
          <w:b/>
          <w:sz w:val="28"/>
        </w:rPr>
        <w:t>--- 第 81 頁 ---</w:t>
      </w:r>
    </w:p>
    <w:p>
      <w:pPr>
        <w:spacing w:line="288" w:lineRule="auto" w:after="160"/>
      </w:pPr>
      <w:r>
        <w:t>宁 White Shrimp 楊明樺 另外,由於孵化場反應欠缺 SPF 大蝦 作為種蝦,適逢水試所輔導的一家光電 業者養成了一批白蝦大蝦,經檢驗為 SPF狀態,因此在水試所牽線與農委會 見證下舉辦了場種蝦贈與儀式(圖 6-11),受贈方2家孵化場也均為水試 所輔導對象,均表示珍惜這樣難得的機 緣,後續也都發揮該批種蝦效益,量產 SPF 蝦苗來回饋養殖業者。2. 鑑於國內種苗品質良莠不齊且帶原率 極高,蝦苗往往未經檢視(瘦)就直接 入池,失敗率亦極高。</w:t>
      </w:r>
    </w:p>
    <w:p>
      <w:pPr>
        <w:spacing w:line="288" w:lineRule="auto" w:after="160"/>
      </w:pPr>
      <w:r>
        <w:t>爰此,水試所推 廣中間育成 (nursery) 作法,即在養成 池週邊或池內建構中間育成設施 (池、桶槽或箱網),買來的蝦苗不論是 紅筋苗(PL4)或黑殼苗(PL10),先在 生物安全防疫等級較高的中間育成設 施内蓄養2-4週,成長至0.5-1 g, 體長約3-4.5cm時再搬移到大池養 殖,可降低戶外疾病風險及損失,落實 生物安全防疫,雖然初期需要額外成本 投入,但如果可以提升後期養殖活存 率,仍是值得的投資。</w:t>
      </w:r>
    </w:p>
    <w:p>
      <w:pPr>
        <w:spacing w:line="288" w:lineRule="auto" w:after="160"/>
      </w:pPr>
      <w:r>
        <w:t>3. 除了有SPF的蝦苗,更需要有SPF的 養殖環境,才能夠彰顯其優點。水試所 一方面輔導孵化與育苗場生產SPF 蝦 苗,另一方面持續輔導業者建構防疫型 養殖模式,兩者相輔相成同時互蒙其 利,並且持續建立防疫型繁養殖示範 場,帶動整個產業的優良循環與蓬勃發 展。4. 畜衛所協助輔導白蝦繁養殖場的種 74 FRI Special Publication No.30 苗、大蝦及環境檢疫及防疫指導,釐清 養殖場防疫缺口與建議後續改善作 為。</w:t>
      </w:r>
    </w:p>
    <w:p>
      <w:pPr>
        <w:spacing w:line="288" w:lineRule="auto" w:after="160"/>
      </w:pPr>
      <w:r>
        <w:t>期望藉由水試所、畜衛所與業者之 間的齊心努力,能有效降低病原對蝦類 的危害,提升臺灣養蝦產業的蝦苗與環 境品質,最終能逐年提升白蝦的產量與 產值。五、結語 早期草蝦養殖盛期還沒有造成蝦類高 死亡率的傳染病害發生,自然不須做防疫, 如今各種新興蝦病不斷爆發,而業者依舊不 重視生物安全防疫的結果,使得白蝦繁養殖 生產區充斥各種病原,導致近兩年養殖產量 均呈現下降情形,此刻若要振興國內白蝦養 殖產業,必須借鏡東南亞國家如越南、印 度、泰國等對於白蝦生物安全的重視與嚴謹 做法。</w:t>
      </w:r>
    </w:p>
    <w:p>
      <w:pPr>
        <w:spacing w:line="288" w:lineRule="auto" w:after="160"/>
      </w:pPr>
      <w:r>
        <w:t>政府需要做好邊境把關,進口種原須 確實檢疫後才可進入業界生產。學研單位需 調查各種重要蝦病在國內的盛行率,讓養殖 業者有所警覺,同時教導業者認識蝦病及其 危害性,並輔導正確有效的生物安全作為, 如此才能有效提高白蝦育成率,確保蝦類養 殖產業永續發展。</w:t>
      </w:r>
    </w:p>
    <w:p>
      <w:r>
        <w:br w:type="page"/>
      </w:r>
    </w:p>
    <w:p>
      <w:pPr>
        <w:spacing w:after="360"/>
        <w:jc w:val="center"/>
      </w:pPr>
      <w:r>
        <w:rPr>
          <w:b/>
          <w:sz w:val="28"/>
        </w:rPr>
        <w:t>--- 第 82 頁 ---</w:t>
      </w:r>
    </w:p>
    <w:p>
      <w:pPr>
        <w:spacing w:line="288" w:lineRule="auto" w:after="160"/>
      </w:pPr>
      <w:r>
        <w:t>白蝦繁養殖及生物安全防疫管理。『水產試驗所特刊第30號在75-782021- 第七章 「結論與建議 余淑楓 水產試驗所東港生技研究中心 結論 依據漁業署 2020年統計年報資料顯 示,現行臺灣地區白蝦養殖生產樣態主要係 以魚類為主、白蝦為輔的魚蝦混養方式,而 全臺專養面積約378公頃,僅占總養殖面積 16.6%。在魚蝦混養模式下,白蝦種苗品質 通常不受重視,且在養殖過程中疾病防治與 養殖管理,與專養模式相較,除了造成飼養 管理上之不便外,混養的白蝦育成率差,普 遍不到一成。</w:t>
      </w:r>
    </w:p>
    <w:p>
      <w:pPr>
        <w:spacing w:line="288" w:lineRule="auto" w:after="160"/>
      </w:pPr>
      <w:r>
        <w:t>臺灣沿海地區白蝦養殖池密 集,使得許多養殖業者進而轉往內陸發展淡 水養殖,此養殖模式一旦超抽地下水,導致 地層下陷,於颱風季節或豪雨報到時易引發 水患或海水倒灌,甚至因地下水位低於海平 面,使海水入侵地下水層,造成地下水層鹽 化。再者,雖然白蝦對環境耐受力較高,能 在較低鹽度下存活與成長,但在其生長過程 中亦須引入海水至內陸養殖,促進其脫殼成 長。內陸地區除海水取得不易外,在養殖池 排水過程中容易造成土壤鹽化現象,因此在 內陸缺乏海水的地區較不適宜進行白蝦淡 水養殖。</w:t>
      </w:r>
    </w:p>
    <w:p>
      <w:pPr>
        <w:spacing w:line="288" w:lineRule="auto" w:after="160"/>
      </w:pPr>
      <w:r>
        <w:t>post larvae、池塘管理 clean water、 生物安 全 clean pond)流程,同時實施間捕,並搭 配智能化水質監測與機能性或功能性飼料 來抵禦疾病,使活存率達90%;菲律賓養 蝦的成功要素則為乾淨蝦苗、生物安全防疫 及監測水質:泰國使用益生菌、水質與生物 安全防疫來提升生產效率;沙烏地阿拉伯則 只核准使用厄瓜多 SPF/SPR-WSSV 白蝦品 系,平均活存率可達70%。目前臺灣白蝦 養殖由於產業欠缺防疫觀念、蝦苗與環境普 遍帶有病原,導致各種蝦類疾病於養殖區交 互感染,造成白蝦養成率不佳。</w:t>
      </w:r>
    </w:p>
    <w:p>
      <w:pPr>
        <w:spacing w:line="288" w:lineRule="auto" w:after="160"/>
      </w:pPr>
      <w:r>
        <w:t>或有業者想 建構防疫型養殖場,然因需高額投資而卻 步,或僅局部改善防疫設施,因而出現防疫 缺口(圖7-1)。近年來許多蝦類養殖國家紛紛採用生 物安全防疫管理模式,提升白蝦養殖產能及 育成率,如越南施行3C(蝦苗品質 clean 圖7-1未架設防鳥網的戶外養殖池,易有白鷺鷥盤 旋或駐足於池邊,增加病原傳播之風險 The Aquaculture and Bio-safety Management Practices for White Shrimp 75。</w:t>
      </w:r>
    </w:p>
    <w:p>
      <w:r>
        <w:br w:type="page"/>
      </w:r>
    </w:p>
    <w:p>
      <w:pPr>
        <w:spacing w:after="360"/>
        <w:jc w:val="center"/>
      </w:pPr>
      <w:r>
        <w:rPr>
          <w:b/>
          <w:sz w:val="28"/>
        </w:rPr>
        <w:t>--- 第 83 頁 ---</w:t>
      </w:r>
    </w:p>
    <w:p>
      <w:pPr>
        <w:spacing w:line="288" w:lineRule="auto" w:after="160"/>
      </w:pPr>
      <w:r>
        <w:t>White Shrimp 余淑 因此,如何在養殖環境充斥眾多病原之 下,維持蝦體的健康,為未來養殖業者需共 同努力的目標,從種蝦、種苗、水質、環境、 飼料及生物安全防疫管理,每個環節都要謹 慎操作,維持穩定良好的養殖環境,使得白 蝦養殖產業能夠永續經營(圖7-2)。圖7-2 維持穩定良好的養殖環境,將有助於蝦類的 成長,以利養蝦產業能永續經營 二、白蝦養殖管理之建議 (一)養蝦宜先養水:養殖池消毒後開始做 水,在漂白水效能尚未完全消失時添加 酸酵物,並添加益生菌效果更佳。</w:t>
      </w:r>
    </w:p>
    <w:p>
      <w:pPr>
        <w:spacing w:line="288" w:lineRule="auto" w:after="160"/>
      </w:pPr>
      <w:r>
        <w:t>放 養前期水色不必太深,以看到池底即 可,中後期則以維持良好與穩定的水質 為原則。(二)養水宜先養土:蝦苗放養前應確實做好 整池消毒的工作,清池前應將池底積水 徹底排乾,泥土底池清淤後,讓底土接 觸空氣與照射陽光;沙底、水泥或 HDPE膜池則用高壓水汞沖洗排除淤 泥。在曬池方面,泥土池底土需曬至龜 裂,HDPE膜池則需曝曬3-5天才可 重新放養。消毒部分,注滿池水後,添 加10ppm 漂白水或漂白粉進行消毒, 待有效成分降解後再排放池水。</w:t>
      </w:r>
    </w:p>
    <w:p>
      <w:pPr>
        <w:spacing w:line="288" w:lineRule="auto" w:after="160"/>
      </w:pPr>
      <w:r>
        <w:t>(三)白蝦眼幼蟲期為蝦苗繁殖過程中活存 率差異最大時期,觀察其脫糞的糞便長 度、色澤及狀態,如有糞便變短或顏色 變透明,應迅速提高投饵量或進行換水 等處理。(四)白蝦後期蝦苗從PL3-PL4 開始降聚 池底棲息,如超過此期過久尚未有“倚 壁”行為時,應注意是否有放養密度過 高或水體優養化之情形,避免蝦體成長 速度變慢。(五)選購信譽良好的繁殖場所產或有認證 的蝦苗,種苗應具備日齡充足(PL12 以上)、整齊度高、附肢及觸鬚完整、 身體透明潔淨且無附著物、肝胰臟及腸 道清晰分明與充滿食物、游動時充滿活 力等條件,以利提升白蝦的育成率。</w:t>
      </w:r>
    </w:p>
    <w:p>
      <w:pPr>
        <w:spacing w:line="288" w:lineRule="auto" w:after="160"/>
      </w:pPr>
      <w:r>
        <w:t>(六)集約式養殖可放20-30萬尾/分地: 若採混養模式且白蝦非主要養殖物 種,建議放養2-5萬尾/分地;若新手 經營或水源缺乏及鹽度小於5 psu 地 區,建議放養密度不高於10萬尾/分地 較佳。(七)養殖期間白蝦池水溫度保持在28- 32°C,一天水溫變化不要超過4℃,避 免造成緊迫並引發疾病;鹽度在種蝦成 熟交配產卵及孵化後期幼苗時,需維持 在 30 psu 左右下操作與培育,白蝦繁 殖及成長較佳;溶氧量維持在5ppm以 上,白蝦攝食率較佳;水體pH值維持 76 FRI Special Publication No.30。</w:t>
      </w:r>
    </w:p>
    <w:p>
      <w:r>
        <w:br w:type="page"/>
      </w:r>
    </w:p>
    <w:p>
      <w:pPr>
        <w:spacing w:after="360"/>
        <w:jc w:val="center"/>
      </w:pPr>
      <w:r>
        <w:rPr>
          <w:b/>
          <w:sz w:val="28"/>
        </w:rPr>
        <w:t>--- 第 84 頁 ---</w:t>
      </w:r>
    </w:p>
    <w:p>
      <w:pPr>
        <w:spacing w:line="288" w:lineRule="auto" w:after="160"/>
      </w:pPr>
      <w:r>
        <w:t>第七章結論與建議 在7.5-8.5間,以免對蝦體造成緊迫。(八)白蝦池透明度維持在30cm左右,當透 明度太低時,可在傍晚後換水稀釋,如 透明度太高時,可在上午投餵前排水 40-50cm,依原進水水量補水,連續 操作3-4次將水色營造起來。(九)白蝦池總鹼度偏低時,添加碳酸鈣或碳 酸氫納,能減緩pH值受光合作用與呼 吸作用影響所造成的波動。碳酸鈣需在 養殖池二氧化碳濃度較高時添加才較 易溶於水;硬度不足時可添加碳酸鈣或 硫酸鈣(石膏),添加2ppm 硫酸鈣約 可提高硬度1 ppm。</w:t>
      </w:r>
    </w:p>
    <w:p>
      <w:pPr>
        <w:spacing w:line="288" w:lineRule="auto" w:after="160"/>
      </w:pPr>
      <w:r>
        <w:t>(十)養殖期間以控制投饵量、維持藻類濃 度、換水與移除有機物等方式,建議將 總氨氮安全濃度維持在2ppm以下、 NH,在0.1 ppm以下;硫化氫則維持在 0.033ppm以下。(十一)氧化還原電位ORP值可用來監測底 值是否惡化,池水良好狀態下ORP值 約150-250mv,底質堆積過多有機物 時降至-250mv,增加溶氧、增加透明 度、降低懸浮固體濃度、去除底泥或使 用光合細菌,可改善並提升ORP值, 以維持白蝦的最佳成長狀態。</w:t>
      </w:r>
    </w:p>
    <w:p>
      <w:pPr>
        <w:spacing w:line="288" w:lineRule="auto" w:after="160"/>
      </w:pPr>
      <w:r>
        <w:t>(十二)白蝦池放養初期生物量少且投餌 低,一般不必換水。若池子會滲漏視情 況補水。養殖中後期投饵量增加,須逐 漸增加換水量,在投餵前先排除池底淤 泥及池中舊水,排放量佔總水量5- 10%,控制進水流量在下次投餵前補滿 水位,每日操作1-2次。三、生物安全防疫之建議 白蝦繁養殖場建立生物安全防疫管理 模式,並徹底執行,以降低蝦體感染疾病後 的死亡風險,建議如下: (一)選用無特定病原(SPF)的健康種蝦及 蝦苗。</w:t>
      </w:r>
    </w:p>
    <w:p>
      <w:pPr>
        <w:spacing w:line="288" w:lineRule="auto" w:after="160"/>
      </w:pPr>
      <w:r>
        <w:t>(二)選擇信譽良好的飼料廠製作配方飼 料,且原料中無添加蝦殼粉。(三)種蝦及蝦苗的生或餌料須先經過檢 確認安全無虞再使用。(四)戶外型養殖池可配合政府政策,建構或 改建為太陽光電室內養殖場或溫室型 養殖場,以提升防疫等級(圖7-3)。圖7-3 光電白蝦養殖設施可提升生物安全防疫等級 (五)使用水泥池或鋪設高密度聚乙烯 (HDPE)膜池作為繁養殖池,並於池底 設中央排污孔,池壁垂直高於地面 30 -50cm,避免病原殘留及其他帶原生 物入侵。</w:t>
      </w:r>
    </w:p>
    <w:p>
      <w:pPr>
        <w:spacing w:line="288" w:lineRule="auto" w:after="160"/>
      </w:pPr>
      <w:r>
        <w:t>The Aquaculture and Bio-safety Management Practices for White Shrimp 77。</w:t>
      </w:r>
    </w:p>
    <w:p>
      <w:r>
        <w:br w:type="page"/>
      </w:r>
    </w:p>
    <w:p>
      <w:pPr>
        <w:spacing w:after="360"/>
        <w:jc w:val="center"/>
      </w:pPr>
      <w:r>
        <w:rPr>
          <w:b/>
          <w:sz w:val="28"/>
        </w:rPr>
        <w:t>--- 第 85 頁 ---</w:t>
      </w:r>
    </w:p>
    <w:p>
      <w:pPr>
        <w:spacing w:line="288" w:lineRule="auto" w:after="160"/>
      </w:pPr>
      <w:r>
        <w:t>White Shrimp 余淑 (六)水源使用乾淨的砂層過濾海水,如抽取 海岸表層水或溝渠水,需另設置蓄水 池,進水時以PE浮游生物網或其它砂 濾設備過濾雜魚蝦類幼生及動物性 浮游生物,再以次氯酸鈣(65%,10 ppm)浸泡24小時以上,最後充分曝 氣再抽至養殖池使用,以去除任何潛在 病原菌。(七)養殖池四周以PE萬能網、黑色PE編 織布或塑膠布搭建堤岸圍籬,以阻隔其 他動物與禽畜入侵。(八)戶外養殖池四周及上方架設網徑9- 15cm 防鳥網,可完全隔離及大幅降低 大型水鳥(候鳥)在池岸啄食白蝦或 池子上方盤旋機率。</w:t>
      </w:r>
    </w:p>
    <w:p>
      <w:pPr>
        <w:spacing w:line="288" w:lineRule="auto" w:after="160"/>
      </w:pPr>
      <w:r>
        <w:t>(九)繁養殖場每個池子的觀察網或捕撈器 具須單獨使用,以避免交叉感染;養殖 經營者自備網具供捕撈工人使用,降低 養殖池感染風險。(十)繁養殖場需設定門禁管制,各個繁養殖 場最好專人管理,訪客及管理人員進出 前後繁養殖場需更換鞋子及清潔雙 手,盡可能使用器具操作而不直接接觸 池水;訪客在場內謹守只看不摸原則。(十一)維持適當水質管理,並添加益生菌協 助良好水質及改善底質,或導入智慧養 殖監測系統,以協助管理人員確實掌握 養殖池水體狀況及其變化情形。</w:t>
      </w:r>
    </w:p>
    <w:p>
      <w:pPr>
        <w:spacing w:line="288" w:lineRule="auto" w:after="160"/>
      </w:pPr>
      <w:r>
        <w:t>(十二)平時留意蝦體健康狀況及成長速 度,遇有成長緩慢或異常大量死亡情 形,採樣送各縣市防疫單位或農委會畜 衛所檢驗,以釐清死亡原因及養殖場是 否有防疫漏洞。(十三)繁養殖場區的設施和設備須定期維 護與消毒,而蝦池於每次清潔消毒後乾 池1週,以阻斷病原傳播(圖7-4)。圖7-4蝦池於收穫後,須先進行清潔消毒工作,再以曬池的方式,利用陽光照射進行自然殺菌 78 FRI Special Publication No.30。</w:t>
      </w:r>
    </w:p>
    <w:p>
      <w:r>
        <w:br w:type="page"/>
      </w:r>
    </w:p>
    <w:p>
      <w:pPr>
        <w:spacing w:after="360"/>
        <w:jc w:val="center"/>
      </w:pPr>
      <w:r>
        <w:rPr>
          <w:b/>
          <w:sz w:val="28"/>
        </w:rPr>
        <w:t>--- 第 86 頁 ---</w:t>
      </w:r>
    </w:p>
    <w:p>
      <w:pPr>
        <w:spacing w:line="288" w:lineRule="auto" w:after="160"/>
      </w:pPr>
      <w:r>
        <w:t>參考文獻 1.丁雲源(2005) 白蝦養殖發展史。白蝦養殖產業 發展與技術創新,水產試驗所特刊第6號,3-4。2.王吉橋、徐錕(2002)對蝦對營養物質的需要 量。大連水產學院學報,3:196-208。3.吳立新、董雙林、田相利 (2001) 中國對蝦繼 餓後的補償生長研究。生態學報,21(3):452-457。4. 莊健隆(1993) 水產動物營養及飼料。350-384。5. 唐建洲、劉臻、汪星磊、齊紹武、柏連陽、張 建昌、張義、劉勇虎、劉正軒(2016) 淡化對南 美白對蝦存活率,滲透壓和Na/K'-ATP酶活力 的影響。</w:t>
      </w:r>
    </w:p>
    <w:p>
      <w:pPr>
        <w:spacing w:line="288" w:lineRule="auto" w:after="160"/>
      </w:pPr>
      <w:r>
        <w:t>淡水漁業,46(3):82-86 = 6. 董明澄 (2005) 白蝦疾病診斷與防治。白蝦養殖 產業發展與技術創新,水產試驗所特刊第6號, 101-115- 7. 楊其彬、姜松、黃建華、李曉蘭、邱麗華、周 發林、江世貴、李沐(2013)斑節對蝦的飢餓試 驗和補償生長。南方水產科學,9(5):25-31。8. 楊順德 (1994) 幼草蝦對純化飼料中結晶型胶 基酸之利用及甲硫胺酸需求。國立臺灣海洋大 學水產養殖研究所碩士學位論文,114 pp。</w:t>
      </w:r>
    </w:p>
    <w:p>
      <w:pPr>
        <w:spacing w:line="288" w:lineRule="auto" w:after="160"/>
      </w:pPr>
      <w:r>
        <w:t>9.劉發義 (1997) 白蝦營養和人工配合飼料研究 概況。中國水產學會水產動物營養與飼料研究 會論文集,20-27。10.蕭錫延 (2000) 水產養殖疾病防治與飼料調配 研習會教材。1-74。11. 聯合國糧食及農業組織 (2003) 拉丁美洲南美 白對蝦孵化場的健康管理和生物安全性維護。21-29- 12. Akiyama, D. M. and K. H. Tan (1991) In: Proceedings of the Aquaculture Feed Processing and Nutrition Workshop. 80-98. 13. Akiyama, D. M. (1992) Future considerations for shrimp nutrition and the aquaculture feed industry. In: Swimming Through Trouble Water-Proceedings of the Special Session on Shrimp Farming, World Aquaculture Society, Baton Rouge, 198-205. 14. Avnimelech, Y. (2003) Control of microbial activity in aquaculture systems: active suspension ponds. World Aquaculture, 34(4): 19-21. 15. Avnimelech, Y. (2009) Biofloc technology. A practical guide book. The World Aquaculture Society, Baton Rouge, 182 pp. 16. Burford, M. A., P. J. Thompson, R. P. McIntosh, R. H. Bauman and D. C. Pearson (2003) Nutrient and microbial dynamics in high-intensity, zero-exchange shrimp ponds in Belize. Aquaculture, 219(1-4): 393-411. 17. Cardona, E., B. Lorgeoux, C. Geffroy, P. Richard. D. Saulnier, Y. Gueguen and L. Chim (2015) Relative contribution of natural productivity and compound feed to tissue growth in blue shrimp (Litopenaeus stylirostris) reared in biofloc: assessment by C and N stable isotope ratios and effect on key digestive enzymes. Aquaculture, 448: 288-297. 18. Chamberlain, G. W. and B. Hunter (2001) Feed additives. Global Aquaculture Advocate, 4(4): 61-65. 19. Chimsung, N. (2014) Maturation diets for black tiger shrimp (Penaeus monodon) broodstock: a review. Songklanakarin Journal of Science &amp; Technology, 36(3): 265-273. 20. Ching, C. A. (2011) Intestine color check complements feed management in white shrimp. Global aquaculture advocate. September/October, 63-64. 21. Colt, J. and J. E. Huguenin (2002) Design and operating guide for aquaculture seawater systems. Elsevier, 26. 22. Crab, R., A. Lambert, T. Defoirdt, P. Bossier and W. Verstraete (2010) The application of bioflocs technology to protect brine shrimp (Artemia franciscana) from pathogenic Vibrio harveyi. Joumal of applied microbiology, 109(5): 1643-1649. 23. Crab, R., T. Defoirdt, P. Bossier and W. Verstraete (2012) Biofloc technology in aquaculture: beneficial effects and future challenges. Aquaculture, 356: 351-356. 24. Davis, D. A. and A. L. Lawrence (1997) Minerals. In: Crustacean Nutrition. World Aquaculture Society, Baton Rouge, 150-163. 25. De Schryver, P., T. Defoirdt and P. Sorgeloos (2014) Early mortality syndrome Outbreaks: A microbial management issue in shrimp farming? PLoS Pathog, 10(4): e1003919. https://doi.org/10. The Aquaculture and Bio-safety Management Practices for White Shrimp 79。</w:t>
      </w:r>
    </w:p>
    <w:p>
      <w:r>
        <w:br w:type="page"/>
      </w:r>
    </w:p>
    <w:p>
      <w:pPr>
        <w:spacing w:after="360"/>
        <w:jc w:val="center"/>
      </w:pPr>
      <w:r>
        <w:rPr>
          <w:b/>
          <w:sz w:val="28"/>
        </w:rPr>
        <w:t>--- 第 87 頁 ---</w:t>
      </w:r>
    </w:p>
    <w:p>
      <w:pPr>
        <w:spacing w:line="288" w:lineRule="auto" w:after="160"/>
      </w:pPr>
      <w:r>
        <w:t>White Shrimp 1371/journal.ppat. 1003919. 26. Ekasari, J., M. H. Azhar, E. H. Surawidjaja, S. Nuryati, P. De Schryver and P. Bossier (2014) Immune response and disease resistance of shrimp fed biofloc grown on different carbon sources. Fish &amp; Shellfish Immunology, 41(2): 332-339. 27. Elovaara, A. K. (2001) Shrimp Farming Manual: Practical Technology For Intensive Commercial Shrimp Production. Carribian Press Ltd. USA., 200 pp. 28. Emerenciano, M., E. L. Ballester, R. O. Cavalli and W. Wasielesky (2012) Biofloc technology application as a food source in a limited water exchange nursery system for pink shrimp Farfantepenaeus brasiliensis (Latreille, 1817). Aquaculture Research, 43(3): 447-457. 29. Fox, C., J. H. Brown and M. Briggs (1994) The nutrition of prawns and shrimp in aquaculture. In: Recent Advances in Aquaculture, 131-206. 30. FAO (2013) Report of the FAO/MARD Technical Workshop on Early Mortality Syndrome (EMS) or Acute Hepatopancreatic Necrosis Syndrome (AHPND) of Cultured Shrimp (under TCP/VIE/ 3304). Hanoi, Viet Nam, 25-27 June 2013. FAQ Fisheries and Aquaculture Report, 1053:54. 31. FAO (2018) Fishery and Aquaculture Statistics: Aquaculture Production, http://www.fao.org/ fishery/static/Yearbook/YB2018 USBcard/naviga tion/index_content_aquaculture_e.htm#B. 32. Guillaume, J., S. Kaushik, P. Bergot and R. Metailler (1999) Nutrition and Feeding of Fish and Crustaceans. 408 pp. 33. Han, J. E. and K. F. J. Tang (2017) Non-invasive diagnostic tool developed for shrimp disease EMS. https://www.aquaculturealliance.org/advocate/non -invasive-diagnostic-tool-developed-shrimp-diseas e-ems/. 34. Hargreaves, J. A. (2006) Photosynthetic suspended- growth systems in aquaculture. Aquaculture Engineering, 34: 344-363. 35. Harkell, L. (2020) China becomes world's biggest shrimp importer by volume, The undercurrentnews. https://chinaseafoodexpo.com/china-becomes-wor lds-biggest-shrimp-importer-by-volume/ 36. Kim, S. K., Z. Pang, H. C. Seo, Y. R. Cho, T. Samocha and I. K. Jang (2014) Effect of bioflocs on growth and immune activity of Pacific white shrimp, Litopenaeus vannamei postlarvae. Aquaculture Research, 45(2): 362-371. 37. Kuhn, D. D., A. L. Lawrence, G. D. Boardman, S. Patnaik, L. Marsh and G. J. Flick Jr (2010) Evaluation of two types of bioflocs derived from biological treatment of fish effluent as feed ingredients for Pacific white shrimp, Litopenaeus vannamei. Aquaculture, 303(1-4): 28-33. 38. Kumar, T. S., R. Vidya, S. Kumar, S. V. Alavandi and K. K. Vijayan (2017) Zoea-2 syndrome of Penaeus vannamei in shrimp hatcheries. Aquaculture, 479: 759-767. 39. Lim, C. and W. Dominy (1990) Evaluation of soybean meal as a replacement for marine animal protein in diets for shrimp (Penaeus vannamei). Aquaculture, 87:53-63. 40. Lightner, D. V. (1996) The penaeid shrimp viruses IHHNV and TSV: epizootiology, production impacts and role of international trade in their distribution in the Americas. Revues Scientifique et Technique Office International des Epizooties, 15:579-601. 41. Lightner, D. V. and R. M. Redman (1998) Shrimp diseases and current diagnostic methods. Aquaculture, 164: 201-220. 42. Lo, C. F., J. Leu, C. H. Ho, C. H. Chen, S. E. Peng, Y. T. Chen, C. M. Chou, P. Y. Yeh, C. J. Huang, H. Y. Chou, C. H. Wang and G. H. Kou (1996) Detection of baculovirus associated with white spot syndrome (WSBV) in penaeid shrimps using polymerase chain reaction. Diseases of Aquatic Organisms, 25: 133-141. 43. Megahed, M. E. (2010) The effect of microbial biofloc on water quality, survival and growth of the green tiger shrimp (Penaeus semisulcatus) fed with different crude protein levels. Journal of the Arabian Aquaculture Society, 5(2): 119-142. 44. Mente E., P. Coutteau, D. Houlihan, I. Davidson and P. Sorgeloos (2002) Protein turnover, amino acid profile and amino acid flux in juvenile shrimp Litopenaeus vannamei: effects of dietary protein source. The Journal of Experimental Biology, 205: 3107-3122. 80 FRI Special Publication No.30。</w:t>
      </w:r>
    </w:p>
    <w:p>
      <w:r>
        <w:br w:type="page"/>
      </w:r>
    </w:p>
    <w:p>
      <w:pPr>
        <w:spacing w:after="360"/>
        <w:jc w:val="center"/>
      </w:pPr>
      <w:r>
        <w:rPr>
          <w:b/>
          <w:sz w:val="28"/>
        </w:rPr>
        <w:t>--- 第 88 頁 ---</w:t>
      </w:r>
    </w:p>
    <w:p>
      <w:pPr>
        <w:spacing w:line="288" w:lineRule="auto" w:after="160"/>
      </w:pPr>
      <w:r>
        <w:t>45. Morales-Covarrubias, M. S., J. Cuéllar-Anjel, A. Varela-Mejias and C. Elizondo-Ovares (2018) Shrimp bacterial infections in Latin America: a review. Asian Fisheries Science, 31S: 76-87. 46, NRC (National Research Council) (1993) Nutrient requirement of fish, Washington DC, National Academy Press, 114 pp. 47. Newman, S. G. (2015) Microsporidian impacts shrimp production-industry efforts address control, not eradication. Global Aquaculture Advocate, 16-17 (March/April). https://www.aquaculturealliance.org/ advocate/microsporidian-impacts-shrimp-production/. 48. OIE (2021) Infection with Hepatobacter penaei (necrotising hepatopanreatitis). In Manual of Diagnostic Tests for Aquatic Animals 2021. Office International des epizooties-World Organisation for Animal Health, Paris, France, 127-137. https://www.oie.int/fileadmin/Home/eng/Health_st andards/aahm/current/2.2.03 NHP.pdf. 49. Panigrahi, A., C. Saranya, M. Sundaram, S. V. Kannan, R. R. Das, R. S. Kumar,... and S. K. Otta (2018) Carbon: Nitrogen (C: N) ratio level variation influences microbial community of the system and growth as well as immunity of shrimp (Litopenaeus vannamei) in biofloc based culture system. Fish &amp; Shellfish Immunology, 81: 329-337. 50. Peñaflorida, V. D. (1989) An evaluation of indigenous protein sources as potential component in the diet formulation for tiger prawn, Penaeus monodon, using essential amino acid index (EAAI). Aquaculture, 83: 319-330. 51. Pooljun, C., S. Direkbusarakom, P. Chotipuntu, L. Hirono and S. Wuthisuthimethavee (2016) Development of a TaqMan real-time RT-PCR assay for detection of covert mortality nodavirus (CMNV) in penaeid shrimp. Aquaculture, 464: 445-450. 52. Primavera, J. H. (1983) Broodstock of sugpo. (Penaeus monodon Fabricius) (3rd ed.). Tigbauan, Iloilo, Philippines: Aquaculture Dept., Southeast Asian Fisheries Development Center. 53. Qiu, L., M. M. Chen, X. Y. Wan, C. Li, Q. L. Zhang, R. Y. Wang, D. Y. Cheng, X. Dong, B. Yang, X. H. Wang, J. H. Xiang and J. Huang (2017) Characterization of a new member of Iridoviridae, shrimp hemocyte iridescent virus (SHIV), found in white leg shrimp (Litopenaeus vannamei). Scientific Reports, 19: 11834. DOI:10.1038/s41598-017-10738-8. 54. Samocha, T. M. (2009) Use of no water exchange and Zeigler 35% CP HI diet for the production of marketable Pacific White Shrimp, Litopenaeus vannamei, in a super-intensive raceway system. A Summary Report prepared for Zeigler Bros. 55. De Schryver, P., R. Crab, T. Defoirdt, N. Boon and W. Verstraete (2008) The basics of bio-flocs technology: the added value for aquaculture. Aquaculture, 277(3-4): 125-137. 56, Singh, M. and P. Singh (2018) Enterocytozoon hepatopenaei: A microsporidian in the midst of serious threat to shrimp aquaculture. Journal of Entomology and Zoology Studies, 6: 936-939. 57. Taw, N., J. Fuat, N. Tarigan and K. Sidabutar (2008) Partial harvest/biofloc system promising for Pacific white shrimp. Global Aquaculture Advocate, September/October, 84-86. 58. Taw, N. (2010) Biofloc technology expanding at white shrimp farms. Global Aquaculture Advocate. May/June, 20-22. 59. Thong. P. Y. (2013) Prevention and control of IMNV in vannamei shrimp in Indonesia. Aqua. Culture Asia Pacific Magazine, September/ October 2013: 8-12. 60. Thong, P. Y. (2014) Biofloc technology in shrimp farming: success and failure. Aquaculture Asia Pacific, 10: 13-16. 61. Tran, L., L. M. Nunan, R. M. Redman, L. L. Mohney, C. Pantoja, K. M. Fitzsimmons and D. V. Lightner (2013) Determination of the infectious nature of the agent of acute hepatopancreatic necrosis syndrome affecting penacid shrimp. Disease Aquatic Organisms, 105(1): 45-55. 62. Wilson, R. P. (2003) Amino acid requirements of finfish and crustaceans. In: Amino acids in animal nutrition, 2nd ed., 427-447. 63. Wasielesky Jr, W., C. Froes, G. Fóes, D. Krummenauer, G. Lara and L. Poersch (2013) Nursery of Litopenaeus vannamei reared in a biofloc system: the effect of stocking densities and compensatory growth. Journal of Shellfish Research, 32: 799-806. The Aquaculture and Bio-safety Management Practices for White Shrimp 81。</w:t>
      </w:r>
    </w:p>
    <w:p>
      <w:r>
        <w:br w:type="page"/>
      </w:r>
    </w:p>
    <w:p>
      <w:pPr>
        <w:spacing w:after="360"/>
        <w:jc w:val="center"/>
      </w:pPr>
      <w:r>
        <w:rPr>
          <w:b/>
          <w:sz w:val="28"/>
        </w:rPr>
        <w:t>--- 第 89 頁 ---</w:t>
      </w:r>
    </w:p>
    <w:p>
      <w:pPr>
        <w:spacing w:line="288" w:lineRule="auto" w:after="160"/>
      </w:pPr>
      <w:r>
        <w:t>國家圖書館出版品預行編目(CIP)資料 白蝦繁養殖及生物安全防疫管理=The aquaculture and bio-safety management practices for white shrimp/ 余淑程,周芷儀,周瑞良,陳怡彣,楊明樺,劉冠甫, 郭錦朱著;吳豐成主編.-基隆市: 行政院農業委員會水產試驗所,民110.12 面; 公分.-(水產試驗所特刊;第30號) ISBN 978-986-5455-90-3(平装) 1.蝦2.水產養殖3.疾病防治 438.662 110019178 蝦 養殖及生物安全防疫管理 The Aquaculture and Bio-safety Management Practices for White Shrimp 發行人:陳君如 編輯委員:張錦宜、曾振德、許晉榮、葉信明、曾福生、蔡慧君 主編:吳豐成 著者:余淑、周芷儀、周瑞良、陳怡彣、楊明樺、劉冠甫、郭錦朱(依姓氏筆劃排序) 校 稿:吳豐成、陳陽德、許自研 責任編輯:陳陽德 編輯:李周 出版者:行政院農業委員會水產試驗所 地址:基隆市中正區202008和一路199號 電 傳 (02)24622101 (02)24629388 網 址:https://www.tfrin.gov.tw 設計印刷:群鋒企業有限公司 電話:(02)22262055 定價:新臺幣200元 出版日期:一一〇年十二月 展售處: 1.五南文化廣場臺中總店 臺中市中山路6號 2. 國家書店 (04)22260330 臺北市松江路209號1樓 (02)25180207 https://www.govbooks.com.tw GPN 1011001884 ISBN 978-986-5455-90-3 本書內容保留所有權,非經本所同意,不得重製、數位化或轉載。</w:t>
      </w:r>
    </w:p>
    <w:p>
      <w:pPr>
        <w:spacing w:line="288" w:lineRule="auto" w:after="160"/>
      </w:pPr>
      <w:r>
        <w:t>回回。</w:t>
      </w:r>
    </w:p>
    <w:p>
      <w:r>
        <w:br w:type="page"/>
      </w:r>
    </w:p>
    <w:p>
      <w:pPr>
        <w:spacing w:after="360"/>
        <w:jc w:val="center"/>
      </w:pPr>
      <w:r>
        <w:rPr>
          <w:b/>
          <w:sz w:val="28"/>
        </w:rPr>
        <w:t>--- 第 90 頁 ---</w:t>
      </w:r>
    </w:p>
    <w:p>
      <w:pPr>
        <w:spacing w:line="288" w:lineRule="auto" w:after="160"/>
      </w:pPr>
      <w:r>
        <w:t>White Shrimp ISBN 9789865455903 00200 9 789865 455903。</w:t>
      </w:r>
    </w:p>
    <w:sectPr w:rsidR="00FC693F" w:rsidRPr="0006063C" w:rsidSect="00034616">
      <w:pgSz w:w="12240" w:h="15840"/>
      <w:pgMar w:top="360" w:right="360" w:bottom="360" w:left="3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