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
        <w:t>第1頁:</w:t>
      </w:r>
    </w:p>
    <w:p>
      <w:r>
        <w:t>水產試臉所特刊 第 1l號 FRI Special Publication Ido.11 台灣淡水魚類養殖(上 Freshwater Aquaculture in Taiwan { Tolluume1 T13 行政院農業委員會水產試驗所 Fisheries Research Institute, COA</w:t>
      </w:r>
    </w:p>
    <w:p>
      <w:r>
        <w:t>第2頁:</w:t>
      </w:r>
    </w:p>
    <w:p>
      <w:r>
        <w:t>水產試驗所特刊 第 1l眾 FRI Special Publication  do.11 台湛淡水魚類養殖(上) 劉富光 主編 ollume1 行政院農業委員會水產試驗所 Fisheries Reseorch Instifufe, COA 中華民國九|儿年|二月 December 20l0</w:t>
      </w:r>
    </w:p>
    <w:p>
      <w:r>
        <w:t>第3頁:</w:t>
      </w:r>
    </w:p>
    <w:p>
      <w:r>
        <w:t>序 台灣在1980年代以前早期的養殖漁業係以淡水養殖為重心%由於水流湍急且枯水 奶長 台潸的河川因而水量變化大且水淺'而中 上游水域位處山區 終年水冷'致 多數河川魚類的成長緩慢且都屬於小體型的魚種'如粗首鯔 台灣鏟頜魚等.所 灣的淡水養殖很多是外來種'屬於本上的魚種寥寥無幾,即使草~魨魚也不例 然而其中卻有少數魚種如高體鎊皺'適合開發作為原生種淡水觀賞魚 2o09年-淡水養殖的產量與產值分別為13.7萬公噸與新台幣166億元'佔台灣養殖 值的48.7%與55.5% +另'在產暈排行前十名的養殖魚種中 淡水就佔了5類; 是吳郭魚~鰻魚`台灣蜆 淡水長臂大蝦以及鯉科魚類 淡水養殖的重要性'由 了見一斑-水產試驗所在促進淡水養殖產業的發展方面 扮演了關鍵性的重要角 目前'居十大養殖產量之冠的吳郭魚'係自1946年起陸續引進不同品系'經本所 年的選種~保種與育種'先後研發成長較快的福壽魚~單性雄魚及育成紅色吳郭 魚-近幾年'更成功的開發新的快速成長品系 同時也開拓了美國及其他國外市場` 政府因此將吳郭魚以台灣鯛的名號當做旗d農產品來打開知名度'積極向國際推展. 高居十大養殖產值之首的鰻魚 自1956年才由本所試驗成功並推廣至民間業者'在 1991年曾創下5億6什萬美元產值的輝煌紀錄 長久以來'一直獨占鰲頭'扮演著養殖 龍頭的角色 1963年 本所首度人工育成草 魨魚種茴'奠定了人工繁殖技術的基 進而促成養殖產業嗣後的迅速成長 1957-1961年本所自日本引進虹鱄受精卵孵育成功'至1964年建立人工繁養殖技 並推廣為山區重要養殖魚種 1970年'台灣自東南亞引進淡水長臂大蝦'亦經本 所確立種苗生產技術後推廣給民間業者'目前已位居台灣十大養殖之列 1984年;本 所由日本引進香魚發眼卵孵育成功 並推廣至民間發展成養殖事業.多年來'由於國</w:t>
      </w:r>
    </w:p>
    <w:p>
      <w:r>
        <w:t>第4頁:</w:t>
      </w:r>
    </w:p>
    <w:p>
      <w:r>
        <w:t>Twan Latulti</w:t>
      </w:r>
    </w:p>
    <w:p>
      <w:r>
        <w:t>萸}疳</w:t>
      </w:r>
    </w:p>
    <w:p>
      <w:r>
        <w:t>第5頁:</w:t>
      </w:r>
    </w:p>
    <w:p>
      <w:r>
        <w:t>PREFACE itil l980, the freshwater cultrre composed ofthe major partition of aquaculture in Taiwan Because ofthe swift current and long period of iry seasons most ofthe rivers and streams in Taiwan are shallow and fluctuation in water volumes. Additionally, the middle and dpperTiver reaches are mainly located in mountainous regions where the wateris cold all year round, and all the above-mentioned factors contributed to the small size and slow growth of 也 native finfish, such as freshwater minnow Zucco pachycephalus) and Taiwan shovel-jaw TOnychostoma borbotultm). Therefore, most of the freshwater cultured species in I are exotic; ewen gra$$ camp (Ctenopharyngodon idellus) and silver carp eophthaimichthys molitrix) are not exceptional. Accordingly, the native freshwater faised species are sparse. However, some varieties can be developed as omamental fish, rosy bitterling Rhodeas ocellatus}. In 2O09, the production of freshwater culture was l3T,OO0 tons in weight and NTSl6.6 pn in monetary value, accounting for 48.7% and 55.5% of thc total aquaculturc uction. Tilapia (Oreochromis spp.), Japanese eelfAngwilla japonica}, Asian clam bicaio flumined), giant freshwater prawn (Macrobrachium rosenbergii) and carps were ed in the top ten species of aquaculture production, indicating the importance of water aquaculture in Taiwan. The Fisheries Research Institute  FRI}, Council of Aquaculture, has played a key role in the development of freshwater aquaculture. The tilapia, which was introduced in 1946, currently ranks the highest ofaquaculture production. After successively selective breeding, several superior strains have been produced, for instance, the socalled Fu-so Tu tahybrid of Oreochromis mossumbicus O. niloticus) as well as allt-male progeny and red tilapia. Moreovef, fast-growing strain has been recently developed and become flagship agricultural product which was aggressively promoted on interational market under the name of Taiwan tilapia". The technique ofeel culture has been established and disseminated to aquafarmers since l9S6. In l99l, production valuc of farmcd ccl rcached brilliant high record ofUSS560 million. Nowadays, eel is still the mostimportant exported aquatic product in Taiwan. The success and breakthrough in the experiments ofinduced spawning of grass carp and silver campin I963 laid asolid foundation for the establishment ofthe techniques in artificial propagation offish and the rapid growth ofaquaculture industry. Between I9S7 and I96l, the eyed-eggs of rainbow trout (Oncorhynchws mykiss) had been imported from Japan. In I964, the success in the technique ofegg incubation and larval rearing resulted in the development of rainbow trout aquafarm in mountainous areas. Giant freshwater prawn was introduced from Southeast Asiain I97O,the technique in the mass seed production was achieved by the FRI and was transferred to private aquafarmers. Presently, giant freshwater prawn is one of the important aquaculture species. In l984, the FRI successfully introduced and incubated fertilized eggs of ayu (Plecoglossus altivelis) from Japan. Following the promotion ofhatchery techniques, ayu farming has become aquaculture</w:t>
      </w:r>
    </w:p>
    <w:p>
      <w:r>
        <w:t>第6頁:</w:t>
      </w:r>
    </w:p>
    <w:p>
      <w:r>
        <w:t>practice in mountainous districts. To meet the consumer's increasing demand for diversification ofaquatic products, the FRI actively introduced fish species with considerable potential for culture, such a$ largemouth bass  Micropterws soumoides), silver perch (Bidyanus bidyanus and sturgeon Acipenser spp.}, and successively established the farming techniques. Along with the trends oftimes and the changes in environment, aquaculture has shifted from atraditional industry in blind pursuit ofincreasing production to an industry that adopts responsible farming systems and is conccincd about cnvironmental harmony, ccological protection, human health and safety. From the labor-intensive operation of aquaculture developed into technology-intensive operation. The business conception of aquaculture changed from being market-oriented to being consumer-oriented. In view of these facts, researchers in the Freshwater Aquaculture Research Center ofthe FRI have systematically reviewed and updated farming techniques for the important freshwater cultured species including carps, tilapia, eel, ayu, rainbow trout, Chinese catfish  Silurus asotus], walking catfish (Cicrics jiuscus}, sturgeon, loach Misgurnws cnguilliccadatus) Japanese sea bass (Luteolabrax japonicas}, largemouth bass, silver perch, freshwater minnow, Taiwan shovel-jaw carp, rosy bitterling, soft-shell turtle Pelodiscus sinensis) Asian clam and giant freshwater prawn and have gathered all related information in compilations titled  Freshwater Aquaculture in Taiwan" This compilation is divided into two volumes. Both volumes show informative and novcl content, casily undcrstandablc text, clcar graphics, and a clcar scqucncc ofmain points. We hope that upon publication, these books will provide aquafarmers with useful reference for farming techniques, facilitate an increase in the benefits of farmers, and subsequently enhance the international competitiveness of aquaculture in Taiwan, and furthermore to mitigate the impact caused by the liberalization ofinternational trade. From the viewpoint of substainable development in aquaculture industry, we believe that these books are deeply meaningful. Due to the extensive contents and broad technical fields, some errors were inevitably occurred in this book. Any corrections orsuggestions will be much appreciated. Director General Fisheries Research Institute COA quacult</w:t>
      </w:r>
    </w:p>
    <w:p>
      <w:r>
        <w:t>第7頁:</w:t>
      </w:r>
    </w:p>
    <w:p>
      <w:r>
        <w:t>目次 CONTEl TS 第一章 鯉科魚類-草鯉魚 劉富光 市 物學 ; 6 6 1 8 9 10 10 10 l1 12 12 12 12 13 13 13 13 13 13 13 13 14 15 15 16 16 (一)卵巢組織的分期 (二)卵子的發生`結構與性質 (三)精巢組織的分期 (四)精子的發生與結構 (五)性腺的成熟過程 (六)環境因素對魚類性腺發育 成熟與產卵的影響 {七)性腺的季節週期變化 鬆擇育種 (一)魚類的性狀變異 (二)選擇效應 (三)選擇方法 蓑殖場地的選擇 (一)位置 (二)面積 {三)水質 泗四)小深 殖池設施 一)水路 (二)水門 (三)堤防{池壁) (四)池底 一)水溫 (二)溶氧 (三)濁度`浮游生物與水色 {四)酸鹼值 {五)二氧化碳 (六)氨 {七)硫化氫</w:t>
      </w:r>
    </w:p>
    <w:p>
      <w:r>
        <w:t>第8頁:</w:t>
      </w:r>
    </w:p>
    <w:p>
      <w:r>
        <w:t>(八)總鹼度與總硬度 16 16 16 16 17 18 19 19 19 19 23 23 24 24 24 24 24 24 25 一)池塘條件 (二)傳統混養 (三單蓑池混養 {四)漁牧綜合經營 惟惟 一)鯉魚 鯽魚繁殖 (二草 鯁魚傅統人工繁殖 (三)自動化種苗生產模式 (四)魚苗培育 呼繁養殖研究發展歷程 (一)傳統養殖期{1950年以前) (二)奠定基礎期(1951至1958年) (三)技術突破期(1959至1965年) {四)養殖發展期(1966至1980年) (五)養殖瓶頸期(1981年迄今) 第二章吳郭魚 劉富光 陳榮華 張湧泉 27 28 28 32 34 38 39 39 41 43 44 (一)養殖品系及其形態 (二)魚苗繁殖 (三)成魚養殖 (四)經砦成本分析 |興保種 (一)選種與品種鑑定 {二)雜交育種 (三)保種原則</w:t>
      </w:r>
    </w:p>
    <w:p>
      <w:r>
        <w:t>第9頁:</w:t>
      </w:r>
    </w:p>
    <w:p>
      <w:r>
        <w:t>+_ 第三章 鰻魚 白志年 劉富光 8 48 51 51 32 53 53 53 54 56 56 37 58 58 58 59 59 59 59 59 {一)分類~形態 (二)生活史 一)養殖池 (二)水路 {三)飼料台 備工作 (一)清除底泥 (二)消毒 (三)曬池 (一)飼料投與 {二)水質管理 (三)品質管理 (一)鰻苗費 (二)飼料費 (三)人事費 {四)電力費 {五)租池費 (六)其他成本 第四章 鯰魚 塘蟲魚 苣聰彥 劉宮光 61 61 (一)分類~形態</w:t>
      </w:r>
    </w:p>
    <w:p>
      <w:r>
        <w:t>第10頁:</w:t>
      </w:r>
    </w:p>
    <w:p>
      <w:r>
        <w:t>(二)地理分布 (三)生活史 自然生態 62 62 62 62 63 63 64 66 67 67 67 71 71 72 76 78 78 78 79 79 (一)蓑殖池構造 (二)水質管理 (三)放養前後的管理二作 一)天然種苗 (二)人工種苗 (一)粗放式混養 (二)集約式混養 一)寄生蟲性疾病 (二)細菌性疾病 (三其他疾病 第五章 香魚 黃家官 劉官光 81 81 82 82 83 84 85 85 85 一)分類 (二)形態 (三)生活史 自然生態 一)水源 二)小量</w:t>
      </w:r>
    </w:p>
    <w:p>
      <w:r>
        <w:t>第11頁:</w:t>
      </w:r>
    </w:p>
    <w:p>
      <w:r>
        <w:t>/ (三)水溫 水質 {四)地形 苗生產 (一)種魚來源 (二)產卵 (三)孵化 {四)胚胎發育 {五)仔魚發育 伉六)室內種苗培育 {七)室外式大量生產技術 蕉與管理 (一)養殖設施及設備 (二)養殖管理 (三)出貨 廿策 {一)細菌性疾病 (二)寄生蟲性疾病 (三)其他疾病 85 85 85 85 87 88 89 89 91 94 94 94 96 98 100 100 101 102 103 第六章 虹鱄 黃家富 劉富光 105 105 106 l06 107 107 108 108 110 112 {一)分類 (二)形態 (三)生活史 自然生態 (一)養殖設施及設備 {二)水質管理</w:t>
      </w:r>
    </w:p>
    <w:p>
      <w:r>
        <w:t>第12頁:</w:t>
      </w:r>
    </w:p>
    <w:p>
      <w:r>
        <w:t>一)種魚選育 (二)人工繁殖 (三)胚胎發育 (四)魚苗培育 (五)染色體操作的育種技術 減與管理 一)養成池設備 (二)放養量 (三)飼養管理 (四)給餌管理 (五)出貨 112 113 115 1l5 118 119 119 119 121 121 122 123 123 123 127 127 128 128 130 131 (一)飼料特點 (二)營養需求 (一)細菌性疾病 (二)寄生蟲性疾病 (三)病毒性疾病 (四)其他疾病 第七章 鱘魚 林天生 劉宮光 133 133 133 135 135 136 136 136 136 137 一)分類 形態 (二)地理分布 (三)生活史 自然生態 (一)種魚來源 (二)種魚選別 三)催熟 {四)採卵</w:t>
      </w:r>
    </w:p>
    <w:p>
      <w:r>
        <w:t>第13頁:</w:t>
      </w:r>
    </w:p>
    <w:p>
      <w:r>
        <w:t>A_ {五)人工授精與受精卵的脫黏 (六)孵化 {七)幼苗培育 (八)受精卵與仔~稚魚的採捕及運送 挂殖 一)上水式養殖 (二)流水式集約養殖 輿對策 (一)細菌性疾病 (二)寄生蟲性疾病 (三)病毒性疾病 {四)其他疾病 138 138 146 142 144 144 145 146 146 148 148 149 149 150</w:t>
      </w:r>
    </w:p>
    <w:p>
      <w:r>
        <w:t>第14頁:</w:t>
      </w:r>
    </w:p>
    <w:p>
      <w:r>
        <w:t>Cwinambi</w:t>
      </w:r>
    </w:p>
    <w:p>
      <w:r>
        <w:t>Fteliihf Hioicuiurm Tiwm Wdn</w:t>
      </w:r>
    </w:p>
    <w:p>
      <w:r>
        <w:t>第15頁:</w:t>
      </w:r>
    </w:p>
    <w:p>
      <w:r>
        <w:t>FRI Spola Publloaion Hi:11</w:t>
      </w:r>
    </w:p>
    <w:p>
      <w:r>
        <w:t>第16頁:</w:t>
      </w:r>
    </w:p>
    <w:p>
      <w:r>
        <w:t>filtlaufe AiEolurrtfiiunn lul.1</w:t>
      </w:r>
    </w:p>
    <w:p>
      <w:r>
        <w:t>第17頁:</w:t>
      </w:r>
    </w:p>
    <w:p>
      <w:r>
        <w:t>FRI Spola Publloaion Hi:11</w:t>
      </w:r>
    </w:p>
    <w:p>
      <w:r>
        <w:t>第18頁:</w:t>
      </w:r>
    </w:p>
    <w:p>
      <w:r>
        <w:t>filtlaufe AiEolurrtfiiunn lul.1</w:t>
      </w:r>
    </w:p>
    <w:p>
      <w:r>
        <w:t>第19頁:</w:t>
      </w:r>
    </w:p>
    <w:p>
      <w:r>
        <w:t>FRI Spola Publloaion Hi:11</w:t>
      </w:r>
    </w:p>
    <w:p>
      <w:r>
        <w:t>第20頁:</w:t>
      </w:r>
    </w:p>
    <w:p>
      <w:r>
        <w:t>filtlaufe AiEolurrtfiiunn lul.1</w:t>
      </w:r>
    </w:p>
    <w:p>
      <w:r>
        <w:t>第21頁:</w:t>
      </w:r>
    </w:p>
    <w:p>
      <w:r>
        <w:t>FRI Spola Publloaion Hi:11</w:t>
      </w:r>
    </w:p>
    <w:p>
      <w:r>
        <w:t>第22頁:</w:t>
      </w:r>
    </w:p>
    <w:p>
      <w:r>
        <w:t>filtlaufe AiEolurrtfiiunn lul.1</w:t>
      </w:r>
    </w:p>
    <w:p>
      <w:r>
        <w:t>第23頁:</w:t>
      </w:r>
    </w:p>
    <w:p>
      <w:r>
        <w:t>FRI Spola Publloaion Hi:11</w:t>
      </w:r>
    </w:p>
    <w:p>
      <w:r>
        <w:t>第24頁:</w:t>
      </w:r>
    </w:p>
    <w:p>
      <w:r>
        <w:t>filtlaufe AiEolurrtfiiunn lul.1</w:t>
      </w:r>
    </w:p>
    <w:p>
      <w:r>
        <w:t>第25頁:</w:t>
      </w:r>
    </w:p>
    <w:p>
      <w:r>
        <w:t>所Sdifielotii帘</w:t>
      </w:r>
    </w:p>
    <w:p>
      <w:r>
        <w:t>第26頁:</w:t>
      </w:r>
    </w:p>
    <w:p>
      <w:r>
        <w:t>filtlaufe AiEolurrtfiiunn lul.1</w:t>
      </w:r>
    </w:p>
    <w:p>
      <w:r>
        <w:t>第27頁:</w:t>
      </w:r>
    </w:p>
    <w:p>
      <w:r>
        <w:t>FRI Spola Publloaion Hi:11</w:t>
      </w:r>
    </w:p>
    <w:p>
      <w:r>
        <w:t>第28頁:</w:t>
      </w:r>
    </w:p>
    <w:p>
      <w:r>
        <w:t>filtlaufe AiEolurrtfiiunn lul.1</w:t>
      </w:r>
    </w:p>
    <w:p>
      <w:r>
        <w:t>第29頁:</w:t>
      </w:r>
    </w:p>
    <w:p>
      <w:r>
        <w:t>FRI Spola Publloaion Hi:11</w:t>
      </w:r>
    </w:p>
    <w:p>
      <w:r>
        <w:t>第30頁:</w:t>
      </w:r>
    </w:p>
    <w:p>
      <w:r>
        <w:t>filtlaufe AiEolurrtfiiunn lul.1</w:t>
      </w:r>
    </w:p>
    <w:p>
      <w:r>
        <w:t>第31頁:</w:t>
      </w:r>
    </w:p>
    <w:p>
      <w:r>
        <w:t>FRI Spola Publloaion Hi:11</w:t>
      </w:r>
    </w:p>
    <w:p>
      <w:r>
        <w:t>=-= 裝11 毀登=炮1</w:t>
      </w:r>
    </w:p>
    <w:p>
      <w:r>
        <w:t>第32頁:</w:t>
      </w:r>
    </w:p>
    <w:p>
      <w:r>
        <w:t>filtlaufe AiEolurrtfiiunn lul.1</w:t>
      </w:r>
    </w:p>
    <w:p>
      <w:r>
        <w:t>第33頁:</w:t>
      </w:r>
    </w:p>
    <w:p>
      <w:r>
        <w:t>抽永t浦 師北泄 =I</w:t>
      </w:r>
    </w:p>
    <w:p>
      <w:r>
        <w:t>Ho.11 Ha.ao ==16 卵送幽驚 ] === 育苗池 Mn.1 i6.10</w:t>
      </w:r>
    </w:p>
    <w:p>
      <w:r>
        <w:t>值霖且 邛拘出祕悄 產耶祂</w:t>
      </w:r>
    </w:p>
    <w:p>
      <w:r>
        <w:t>控制問 卵柚珪袖n</w:t>
      </w:r>
    </w:p>
    <w:p>
      <w:r>
        <w:t>避流芭 打氮扎 則_祝匡</w:t>
      </w:r>
    </w:p>
    <w:p>
      <w:r>
        <w:t>FRI Spbtin PublFraHun Ho.11</w:t>
      </w:r>
    </w:p>
    <w:p>
      <w:r>
        <w:t>第34頁:</w:t>
      </w:r>
    </w:p>
    <w:p>
      <w:r>
        <w:t>Freiliati fiqunehllnem Tawan Wull</w:t>
      </w:r>
    </w:p>
    <w:p>
      <w:r>
        <w:t>第35頁:</w:t>
      </w:r>
    </w:p>
    <w:p>
      <w:r>
        <w:t>FRI Spola Publloaion Hi:11</w:t>
      </w:r>
    </w:p>
    <w:p>
      <w:r>
        <w:t>第36頁:</w:t>
      </w:r>
    </w:p>
    <w:p>
      <w:r>
        <w:t>filtlaufe AiEolurrtfiiunn lul.1</w:t>
      </w:r>
    </w:p>
    <w:p>
      <w:r>
        <w:t>第37頁:</w:t>
      </w:r>
    </w:p>
    <w:p>
      <w:r>
        <w:t>FRI Spola Publloaion Hi:11</w:t>
      </w:r>
    </w:p>
    <w:p>
      <w:r>
        <w:t>第38頁:</w:t>
      </w:r>
    </w:p>
    <w:p>
      <w:r>
        <w:t>filtlaufe AiEolurrtfiiunn lul.1</w:t>
      </w:r>
    </w:p>
    <w:p>
      <w:r>
        <w:t>第39頁:</w:t>
      </w:r>
    </w:p>
    <w:p>
      <w:r>
        <w:t>FRIi Sperial FubTtaloh Hn:11</w:t>
      </w:r>
    </w:p>
    <w:p>
      <w:r>
        <w:t>第40頁:</w:t>
      </w:r>
    </w:p>
    <w:p>
      <w:r>
        <w:t>Fteliihf Hioicuiurm Tiwm Wdn</w:t>
      </w:r>
    </w:p>
    <w:p>
      <w:r>
        <w:t>Cioiuni</w:t>
      </w:r>
    </w:p>
    <w:p>
      <w:r>
        <w:t>第41頁:</w:t>
      </w:r>
    </w:p>
    <w:p>
      <w:r>
        <w:t>FRI Spola Publloaion Hi:11</w:t>
      </w:r>
    </w:p>
    <w:p>
      <w:r>
        <w:t>第42頁:</w:t>
      </w:r>
    </w:p>
    <w:p>
      <w:r>
        <w:t>.;:_*;;-,;. 蛙 iii*-;</w:t>
      </w:r>
    </w:p>
    <w:p>
      <w:r>
        <w:t>Frehiiti Hih hlhitinTifiiin Hhli</w:t>
      </w:r>
    </w:p>
    <w:p>
      <w:r>
        <w:t>第43頁:</w:t>
      </w:r>
    </w:p>
    <w:p>
      <w:r>
        <w:t>FRI Sroiat PibTeadin Ha:11</w:t>
      </w:r>
    </w:p>
    <w:p>
      <w:r>
        <w:t>第44頁:</w:t>
      </w:r>
    </w:p>
    <w:p>
      <w:r>
        <w:t>Frehiiti Hih hlhitinTifiiin Hhli</w:t>
      </w:r>
    </w:p>
    <w:p>
      <w:r>
        <w:t>ir+;r匕口忙 niuMi岫耶a曲 #iri 咄岫咄咄惻</w:t>
      </w:r>
    </w:p>
    <w:p>
      <w:r>
        <w:t>第45頁:</w:t>
      </w:r>
    </w:p>
    <w:p>
      <w:r>
        <w:t>FRI Sroiat PibTeadin Ha:11</w:t>
      </w:r>
    </w:p>
    <w:p>
      <w:r>
        <w:t>熬 懦潛 =-=1#;-= d_堇 ==#=;-==-==:=#1=;=;===-=.=-._===;;==5-: :===:=====:=:=:==:======:==:==:===:==:===:====::==:=.=:==:===:===:==:===:===:==:</w:t>
      </w:r>
    </w:p>
    <w:p>
      <w:r>
        <w:t>-/.1|=1---:1![=[[1114#-]-4{|11#1-日</w:t>
      </w:r>
    </w:p>
    <w:p>
      <w:r>
        <w:t>第46頁:</w:t>
      </w:r>
    </w:p>
    <w:p>
      <w:r>
        <w:t>Cichlinae 第二章 吳郭焦 / 33 土至乾裂狀'再行注小 10-20 cm並投放雞 3 仔魚捕撈 糞'每坪約投放雞糞 O.5一lkg'任其乾澗. 種魚放養2一3星期後 如產卯環境適 如時間許可'則施肥`注水`曬乾等工作可 宜'早晨即可在池岸邊發現仔魚群游於水 重覆2一3次'種魚放養前1星期即行注水 面'此時可由2人下池網捕或單人用手抄網 30 cm 視水中之動植物浮游生物開始大量 在岸邊捕撈亦可 捕獲之仔魚如暫財水桶 繁殖時'才再注入地下水使水深保持在 40 內'因容積有限且水質易惡化而發生缺氧. -60 cm左右'即可放養種魚 繁殖期間水 故改採用鐵架外加尼龍細網'再用塑膠管框 深不可超過1m以上'否則會影響種魚產卵 在鐵架外'使鐵架半浮於水面上並將鐵框以 且會因操作不便而影響魚苗捕獲率: 繩索繫於捕撈老身上'如此'魚苗框就可隨 2. 種魚放養 荖捕撈者移動'在作業上更為方便 此外, 水溫 2oC以上時即可撈捕種魚 選取 這種方法不但裝財量多且水質不會變壞或 肥滿度高`體型大`體色鮮豔`品種純度高 缺氧'仔魚更不會因過度擁擠受傷而導致大 之雌雄種魚'按3:L雌雄比率放養'每公 量死亡之情事發生{圖 2-15) 頃最適放養量為 12,000- 20,000 尾左右 4. 仔魚培育 (雄性種魚 3,000-5,o00尾'雌性種魚 9,000 仔魚養成池不宜太大'通常以0.1-0.5 -15,000 尾)'捕撈種魚時'水溫不可低於 公頃為宜'如養殖池面積太大'一次放養量 2o%以下'否則種魚因捕撈`運搬所受之外 無法於短期內捕獲'況且管理`投飼-捕獲 傷容易感染水生菌而導致死亡.放養前1 出售等工作均極不便-養成池水深以 46- 禾就需注水以穩定水質'而放養時間應在上 60 cm為宜'但池岸邊則需保持 20cm以上 l1點以前完成'以防午後高水溫對魚 防上水鳥捕食仔魚.一般而言'丹 薨*止爽(赫食?魚係越%面訇:因</w:t>
      </w:r>
    </w:p>
    <w:p>
      <w:r>
        <w:t>第47頁:</w:t>
      </w:r>
    </w:p>
    <w:p>
      <w:r>
        <w:t>繭g 云曲</w:t>
      </w:r>
    </w:p>
    <w:p>
      <w:r>
        <w:t>FRI Spola Publloaion Hi:11</w:t>
      </w:r>
    </w:p>
    <w:p>
      <w:r>
        <w:t>第48頁:</w:t>
      </w:r>
    </w:p>
    <w:p>
      <w:r>
        <w:t>filtlaufe AiEolurrtfiiunn lul.1</w:t>
      </w:r>
    </w:p>
    <w:p>
      <w:r>
        <w:t>第49頁:</w:t>
      </w:r>
    </w:p>
    <w:p>
      <w:r>
        <w:t>FRI Spola Publloaion Hi:11</w:t>
      </w:r>
    </w:p>
    <w:p>
      <w:r>
        <w:t>第50頁:</w:t>
      </w:r>
    </w:p>
    <w:p>
      <w:r>
        <w:t>filtlaufe AiEolurrtfiiunn lul.1</w:t>
      </w:r>
    </w:p>
    <w:p>
      <w:r>
        <w:t>第51頁:</w:t>
      </w:r>
    </w:p>
    <w:p>
      <w:r>
        <w:t>二`=</w:t>
      </w:r>
    </w:p>
    <w:p>
      <w:r>
        <w:t>FRI Spola Publloaion Hi:11</w:t>
      </w:r>
    </w:p>
    <w:p>
      <w:r>
        <w:t>第52頁:</w:t>
      </w:r>
    </w:p>
    <w:p>
      <w:r>
        <w:t>## Lnh cluuh1怕 }P</w:t>
      </w:r>
    </w:p>
    <w:p>
      <w:r>
        <w:t>filtlaufe AiEolurrtfiiunn lul.1</w:t>
      </w:r>
    </w:p>
    <w:p>
      <w:r>
        <w:t>第53頁:</w:t>
      </w:r>
    </w:p>
    <w:p>
      <w:r>
        <w:t>liitF Hi1 E卞 醫 t</w:t>
      </w:r>
    </w:p>
    <w:p>
      <w:r>
        <w:t>21l30 4|6 6f57 4ih[ 器 }id</w:t>
      </w:r>
    </w:p>
    <w:p>
      <w:r>
        <w:t>!.M Ithu</w:t>
      </w:r>
    </w:p>
    <w:p>
      <w:r>
        <w:t>FRI Spola Publloaion Hi:11</w:t>
      </w:r>
    </w:p>
    <w:p>
      <w:r>
        <w:t>第54頁:</w:t>
      </w:r>
    </w:p>
    <w:p>
      <w:r>
        <w:t>Ilinl</w:t>
      </w:r>
    </w:p>
    <w:p>
      <w:r>
        <w:t>filtlaufe AiEolurrtfiiunn lul.1</w:t>
      </w:r>
    </w:p>
    <w:p>
      <w:r>
        <w:t>第55頁:</w:t>
      </w:r>
    </w:p>
    <w:p>
      <w:r>
        <w:t>FRI Sroiat PibTeadin Ha:11</w:t>
      </w:r>
    </w:p>
    <w:p>
      <w:r>
        <w:t>-/.1|=1---:1![=[[1114#-]-4{|11#1-日</w:t>
      </w:r>
    </w:p>
    <w:p>
      <w:r>
        <w:t>第56頁:</w:t>
      </w:r>
    </w:p>
    <w:p>
      <w:r>
        <w:t>filtlaufe AiEolurrtfiiunn lul.1</w:t>
      </w:r>
    </w:p>
    <w:p>
      <w:r>
        <w:t>第57頁:</w:t>
      </w:r>
    </w:p>
    <w:p>
      <w:r>
        <w:t>HodlonHa,i{ FRI5pl</w:t>
      </w:r>
    </w:p>
    <w:p>
      <w:r>
        <w:t>第58頁:</w:t>
      </w:r>
    </w:p>
    <w:p>
      <w:r>
        <w:t>filtlaufe AiEolurrtfiiunn lul.1</w:t>
      </w:r>
    </w:p>
    <w:p>
      <w:r>
        <w:t>第59頁:</w:t>
      </w:r>
    </w:p>
    <w:p>
      <w:r>
        <w:t>FRIi Spede FulTralon Ha.11</w:t>
      </w:r>
    </w:p>
    <w:p>
      <w:r>
        <w:t>第60頁:</w:t>
      </w:r>
    </w:p>
    <w:p>
      <w:r>
        <w:t>Inl</w:t>
      </w:r>
    </w:p>
    <w:p>
      <w:r>
        <w:t>;```;.`:8:...33.</w:t>
      </w:r>
    </w:p>
    <w:p>
      <w:r>
        <w:t>Fteliihf Hioicuiurm Tiwm Wdn</w:t>
      </w:r>
    </w:p>
    <w:p>
      <w:r>
        <w:t>第61頁:</w:t>
      </w:r>
    </w:p>
    <w:p>
      <w:r>
        <w:t>FRI Spola Publloaion Hi:11</w:t>
      </w:r>
    </w:p>
    <w:p>
      <w:r>
        <w:t>第62頁:</w:t>
      </w:r>
    </w:p>
    <w:p>
      <w:r>
        <w:t>filtlaufe AiEolurrtfiiunn lul.1</w:t>
      </w:r>
    </w:p>
    <w:p>
      <w:r>
        <w:t>第63頁:</w:t>
      </w:r>
    </w:p>
    <w:p>
      <w:r>
        <w:t>FRI Spola Publloaion Hi:11</w:t>
      </w:r>
    </w:p>
    <w:p>
      <w:r>
        <w:t>第64頁:</w:t>
      </w:r>
    </w:p>
    <w:p>
      <w:r>
        <w:t>filtlaufe AiEolurrtfiiunn lul.1</w:t>
      </w:r>
    </w:p>
    <w:p>
      <w:r>
        <w:t>第65頁:</w:t>
      </w:r>
    </w:p>
    <w:p>
      <w:r>
        <w:t>FRI Spola Publloaion Hi:11</w:t>
      </w:r>
    </w:p>
    <w:p>
      <w:r>
        <w:t>第66頁:</w:t>
      </w:r>
    </w:p>
    <w:p>
      <w:r>
        <w:t>filtlaufe AiEolurrtfiiunn lul.1</w:t>
      </w:r>
    </w:p>
    <w:p>
      <w:r>
        <w:t>第67頁:</w:t>
      </w:r>
    </w:p>
    <w:p>
      <w:r>
        <w:t>FRI Spola Publloaion Hi:11</w:t>
      </w:r>
    </w:p>
    <w:p>
      <w:r>
        <w:t>第68頁:</w:t>
      </w:r>
    </w:p>
    <w:p>
      <w:r>
        <w:t>=1.</w:t>
      </w:r>
    </w:p>
    <w:p>
      <w:r>
        <w:t>filtlaufe AiEolurrtfiiunn lul.1</w:t>
      </w:r>
    </w:p>
    <w:p>
      <w:r>
        <w:t>第69頁:</w:t>
      </w:r>
    </w:p>
    <w:p>
      <w:r>
        <w:t>56 | 白志年 劉宦光 七`鰻魚養成 (一)飼料投與 飼料投飼是否得常 不但影響飼料效 幼鰻池放養幼鰻體型約 SOO 尾/kg'飼 率'H會影響水質的變化'甚至對鰻魚之健 養-個半月後可違 3O0尾/kg的體型'此時 康亦有直接的影響'所以切不可疏忽.目前 可進行大小篩選及分養'較大體型若再繼纘 鰻焦人:[配台飼料主要有粉狀飼料及粒狀 飼養約: -個半月'可達 lo0-150尾/kg 通 浮性飼料二種: 常鰻苗長至 lo0 尾/kg 時即可放養至養成 L. 粉狀飼料 池': -般硬池每公頃放養量約在 10一20萬 每天投飼時'依池鰻總重:-定比率之粉 尾'軟池放養密度較低約在 5一10萬尾/公 狀飼料'加水攪拌成練餌投餵 惟鰻魚攝餌 頃(眉 3-21). 之強弱'常受氣候`水溫`水質及健康狀況 鰻苗的初期飼料以粉狀人工配合飼料 等因素影響'故投餌量應依貫際惰況隨時調 為宜'待其習慣攝食人工飼料後'可繼續以 整%調製粉狀飼料費`l費時 飼料容易散 粉狀飼料養成'或改以浮性粒狀飼料養成. 失`易污染水貸等'是使用粉狀飼料常見的 鰻魚養殖除了要注意放養密度外'平常管理 問題 然投餵粉狀飼料易於添加魚油'易於 更要注意投與良質而適量的飼料 懃於分 保持水色'以其育成之鰻魚在風味及肉質 養`加強水質管理及注意鰻魚品質'茲將相 上'頗受消費者喜愛'故部分業者仍樂於使 關事項說明如后: 用粉狀飼料 5 FRiSpodd Pobioodon 1o.f1</w:t>
      </w:r>
    </w:p>
    <w:p>
      <w:r>
        <w:t>第70頁:</w:t>
      </w:r>
    </w:p>
    <w:p>
      <w:r>
        <w:t>filtlaufe AiEolurrtfiiunn lul.1</w:t>
      </w:r>
    </w:p>
    <w:p>
      <w:r>
        <w:t>第71頁:</w:t>
      </w:r>
    </w:p>
    <w:p>
      <w:r>
        <w:t>FRI Spola Publloaion Hi:11</w:t>
      </w:r>
    </w:p>
    <w:p>
      <w:r>
        <w:t>第72頁:</w:t>
      </w:r>
    </w:p>
    <w:p>
      <w:r>
        <w:t>filtlaufe AiEolurrtfiiunn lul.1</w:t>
      </w:r>
    </w:p>
    <w:p>
      <w:r>
        <w:t>第73頁:</w:t>
      </w:r>
    </w:p>
    <w:p>
      <w:r>
        <w:t>FRI Speria Fuhlraton Hn.11</w:t>
      </w:r>
    </w:p>
    <w:p>
      <w:r>
        <w:t>第74頁:</w:t>
      </w:r>
    </w:p>
    <w:p>
      <w:r>
        <w:t>DirupA LillDAF</w:t>
      </w:r>
    </w:p>
    <w:p>
      <w:r>
        <w:t>Fteliihf Hioicuiurm Tiwm Wdn</w:t>
      </w:r>
    </w:p>
    <w:p>
      <w:r>
        <w:t>第75頁:</w:t>
      </w:r>
    </w:p>
    <w:p>
      <w:r>
        <w:t>FRI Spola Publloaion Hi:11</w:t>
      </w:r>
    </w:p>
    <w:p>
      <w:r>
        <w:t>第76頁:</w:t>
      </w:r>
    </w:p>
    <w:p>
      <w:r>
        <w:t>Siindas mda</w:t>
      </w:r>
    </w:p>
    <w:p>
      <w:r>
        <w:t>filtlaufe AiEolurrtfiiunn lul.1</w:t>
      </w:r>
    </w:p>
    <w:p>
      <w:r>
        <w:t>第77頁:</w:t>
      </w:r>
    </w:p>
    <w:p>
      <w:r>
        <w:t>FRI Spola Publloaion Hi:11</w:t>
      </w:r>
    </w:p>
    <w:p>
      <w:r>
        <w:t>第78頁:</w:t>
      </w:r>
    </w:p>
    <w:p>
      <w:r>
        <w:t>Siindas mda</w:t>
      </w:r>
    </w:p>
    <w:p>
      <w:r>
        <w:t>filtlaufe AiEolurrtfiiunn lul.1</w:t>
      </w:r>
    </w:p>
    <w:p>
      <w:r>
        <w:t>第79頁:</w:t>
      </w:r>
    </w:p>
    <w:p>
      <w:r>
        <w:t>FRI Spola Publloaion Hi:11</w:t>
      </w:r>
    </w:p>
    <w:p>
      <w:r>
        <w:t>第80頁:</w:t>
      </w:r>
    </w:p>
    <w:p>
      <w:r>
        <w:t>Siindas mda</w:t>
      </w:r>
    </w:p>
    <w:p>
      <w:r>
        <w:t>filtlaufe AiEolurrtfiiunn lul.1</w:t>
      </w:r>
    </w:p>
    <w:p>
      <w:r>
        <w:t>第81頁:</w:t>
      </w:r>
    </w:p>
    <w:p>
      <w:r>
        <w:t>FRI Spola Publloaion Hi:11</w:t>
      </w:r>
    </w:p>
    <w:p>
      <w:r>
        <w:t>第82頁:</w:t>
      </w:r>
    </w:p>
    <w:p>
      <w:r>
        <w:t>Siindas mda</w:t>
      </w:r>
    </w:p>
    <w:p>
      <w:r>
        <w:t>filtlaufe AiEolurrtfiiunn lul.1</w:t>
      </w:r>
    </w:p>
    <w:p>
      <w:r>
        <w:t>第83頁:</w:t>
      </w:r>
    </w:p>
    <w:p>
      <w:r>
        <w:t>FRI Spola Publloaion Hi:11</w:t>
      </w:r>
    </w:p>
    <w:p>
      <w:r>
        <w:t>第84頁:</w:t>
      </w:r>
    </w:p>
    <w:p>
      <w:r>
        <w:t>Siindas mda</w:t>
      </w:r>
    </w:p>
    <w:p>
      <w:r>
        <w:t>filtlaufe AiEolurrtfiiunn lul.1</w:t>
      </w:r>
    </w:p>
    <w:p>
      <w:r>
        <w:t>第85頁:</w:t>
      </w:r>
    </w:p>
    <w:p>
      <w:r>
        <w:t>FRI Spola Publloaion Hi:11</w:t>
      </w:r>
    </w:p>
    <w:p>
      <w:r>
        <w:t>第86頁:</w:t>
      </w:r>
    </w:p>
    <w:p>
      <w:r>
        <w:t>Siindas mda</w:t>
      </w:r>
    </w:p>
    <w:p>
      <w:r>
        <w:t>m</w:t>
      </w:r>
    </w:p>
    <w:p>
      <w:r>
        <w:t>filtlaufe AiEolurrtfiiunn lul.1</w:t>
      </w:r>
    </w:p>
    <w:p>
      <w:r>
        <w:t>第87頁:</w:t>
      </w:r>
    </w:p>
    <w:p>
      <w:r>
        <w:t>FRI Spola Publloaion Hi:11</w:t>
      </w:r>
    </w:p>
    <w:p>
      <w:r>
        <w:t>第88頁:</w:t>
      </w:r>
    </w:p>
    <w:p>
      <w:r>
        <w:t>Siindas mda</w:t>
      </w:r>
    </w:p>
    <w:p>
      <w:r>
        <w:t>filtlaufe AiEolurrtfiiunn lul.1</w:t>
      </w:r>
    </w:p>
    <w:p>
      <w:r>
        <w:t>第89頁:</w:t>
      </w:r>
    </w:p>
    <w:p>
      <w:r>
        <w:t>FRI Spola Publloaion Hi:11</w:t>
      </w:r>
    </w:p>
    <w:p>
      <w:r>
        <w:t>第90頁:</w:t>
      </w:r>
    </w:p>
    <w:p>
      <w:r>
        <w:t>Siindas mda</w:t>
      </w:r>
    </w:p>
    <w:p>
      <w:r>
        <w:t>filtlaufe AiEolurrtfiiunn lul.1</w:t>
      </w:r>
    </w:p>
    <w:p>
      <w:r>
        <w:t>第91頁:</w:t>
      </w:r>
    </w:p>
    <w:p>
      <w:r>
        <w:t>FRI Spola Publloaion Hi:11</w:t>
      </w:r>
    </w:p>
    <w:p>
      <w:r>
        <w:t>第92頁:</w:t>
      </w:r>
    </w:p>
    <w:p>
      <w:r>
        <w:t>Siindas mda</w:t>
      </w:r>
    </w:p>
    <w:p>
      <w:r>
        <w:t>filtlaufe AiEolurrtfiiunn lul.1</w:t>
      </w:r>
    </w:p>
    <w:p>
      <w:r>
        <w:t>第93頁:</w:t>
      </w:r>
    </w:p>
    <w:p>
      <w:r>
        <w:t>FRISseialPiblnalini Na:l1</w:t>
      </w:r>
    </w:p>
    <w:p>
      <w:r>
        <w:t>第94頁:</w:t>
      </w:r>
    </w:p>
    <w:p>
      <w:r>
        <w:t>Fteliihf Hioicuiurm Tiwm Wdn</w:t>
      </w:r>
    </w:p>
    <w:p>
      <w:r>
        <w:t>Dioioiui</w:t>
      </w:r>
    </w:p>
    <w:p>
      <w:r>
        <w:t>第95頁:</w:t>
      </w:r>
    </w:p>
    <w:p>
      <w:r>
        <w:t>FRI Spola Publloaion Hi:11</w:t>
      </w:r>
    </w:p>
    <w:p>
      <w:r>
        <w:t>第96頁:</w:t>
      </w:r>
    </w:p>
    <w:p>
      <w:r>
        <w:t>iecogosidhe</w:t>
      </w:r>
    </w:p>
    <w:p>
      <w:r>
        <w:t>filtlaufe AiEolurrtfiiunn lul.1</w:t>
      </w:r>
    </w:p>
    <w:p>
      <w:r>
        <w:t>第97頁:</w:t>
      </w:r>
    </w:p>
    <w:p>
      <w:r>
        <w:t>iecogosidhe</w:t>
      </w:r>
    </w:p>
    <w:p>
      <w:r>
        <w:t>filtlaufe AiEolurrtfiiunn lul.1</w:t>
      </w:r>
    </w:p>
    <w:p>
      <w:r>
        <w:t>第98頁:</w:t>
      </w:r>
    </w:p>
    <w:p>
      <w:r>
        <w:t>iecogosidhe</w:t>
      </w:r>
    </w:p>
    <w:p>
      <w:r>
        <w:t>filtlaufe AiEolurrtfiiunn lul.1</w:t>
      </w:r>
    </w:p>
    <w:p>
      <w:r>
        <w:t>第99頁:</w:t>
      </w:r>
    </w:p>
    <w:p>
      <w:r>
        <w:t>FRI Spola Publloaion Hi:11</w:t>
      </w:r>
    </w:p>
    <w:p>
      <w:r>
        <w:t>第100頁:</w:t>
      </w:r>
    </w:p>
    <w:p>
      <w:r>
        <w:t>iecogosidhe</w:t>
      </w:r>
    </w:p>
    <w:p>
      <w:r>
        <w:t>filtlaufe AiEolurrtfiiunn lul.1</w:t>
      </w:r>
    </w:p>
    <w:p>
      <w:r>
        <w:t>第101頁:</w:t>
      </w:r>
    </w:p>
    <w:p>
      <w:r>
        <w:t>FRI Spola Publloaion Hi:11</w:t>
      </w:r>
    </w:p>
    <w:p>
      <w:r>
        <w:t>第102頁:</w:t>
      </w:r>
    </w:p>
    <w:p>
      <w:r>
        <w:t>iecogosidhe</w:t>
      </w:r>
    </w:p>
    <w:p>
      <w:r>
        <w:t>filtlaufe AiEolurrtfiiunn lul.1</w:t>
      </w:r>
    </w:p>
    <w:p>
      <w:r>
        <w:t>第103頁:</w:t>
      </w:r>
    </w:p>
    <w:p>
      <w:r>
        <w:t>FRI Spola Publloaion Hi:11</w:t>
      </w:r>
    </w:p>
    <w:p>
      <w:r>
        <w:t>51`1_</w:t>
      </w:r>
    </w:p>
    <w:p>
      <w:r>
        <w:t>,</w:t>
      </w:r>
    </w:p>
    <w:p>
      <w:r>
        <w:t>第104頁:</w:t>
      </w:r>
    </w:p>
    <w:p>
      <w:r>
        <w:t>iecogosidhe</w:t>
      </w:r>
    </w:p>
    <w:p>
      <w:r>
        <w:t>11皿m血</w:t>
      </w:r>
    </w:p>
    <w:p>
      <w:r>
        <w:t>filtlaufe AiEolurrtfiiunn lul.1</w:t>
      </w:r>
    </w:p>
    <w:p>
      <w:r>
        <w:t>第105頁:</w:t>
      </w:r>
    </w:p>
    <w:p>
      <w:r>
        <w:t>FRI Spola Publloaion Hi:11</w:t>
      </w:r>
    </w:p>
    <w:p>
      <w:r>
        <w:t>第106頁:</w:t>
      </w:r>
    </w:p>
    <w:p>
      <w:r>
        <w:t>iecogosidhe</w:t>
      </w:r>
    </w:p>
    <w:p>
      <w:r>
        <w:t>=</w:t>
      </w:r>
    </w:p>
    <w:p>
      <w:r>
        <w:t>filtlaufe AiEolurrtfiiunn lul.1</w:t>
      </w:r>
    </w:p>
    <w:p>
      <w:r>
        <w:t>第107頁:</w:t>
      </w:r>
    </w:p>
    <w:p>
      <w:r>
        <w:t>FRI Sretin Publliadon Ho.11</w:t>
      </w:r>
    </w:p>
    <w:p>
      <w:r>
        <w:t>第108頁:</w:t>
      </w:r>
    </w:p>
    <w:p>
      <w:r>
        <w:t>iecogosidhe</w:t>
      </w:r>
    </w:p>
    <w:p>
      <w:r>
        <w:t>filtlaufe AiEolurrtfiiunn lul.1</w:t>
      </w:r>
    </w:p>
    <w:p>
      <w:r>
        <w:t>云</w:t>
      </w:r>
    </w:p>
    <w:p>
      <w:r>
        <w:t>11-=#-=-_</w:t>
      </w:r>
    </w:p>
    <w:p>
      <w:r>
        <w:t>第109頁:</w:t>
      </w:r>
    </w:p>
    <w:p>
      <w:r>
        <w:t>FRI Spola Publloaion Hi:11</w:t>
      </w:r>
    </w:p>
    <w:p>
      <w:r>
        <w:t>第110頁:</w:t>
      </w:r>
    </w:p>
    <w:p>
      <w:r>
        <w:t>iecogosidhe</w:t>
      </w:r>
    </w:p>
    <w:p>
      <w:r>
        <w:t>filtlaufe AiEolurrtfiiunn lul.1</w:t>
      </w:r>
    </w:p>
    <w:p>
      <w:r>
        <w:t>第111頁:</w:t>
      </w:r>
    </w:p>
    <w:p>
      <w:r>
        <w:t>FRI Spola Publloaion Hi:11</w:t>
      </w:r>
    </w:p>
    <w:p>
      <w:r>
        <w:t>第112頁:</w:t>
      </w:r>
    </w:p>
    <w:p>
      <w:r>
        <w:t>iecogosidhe</w:t>
      </w:r>
    </w:p>
    <w:p>
      <w:r>
        <w:t>filtlaufe AiEolurrtfiiunn lul.1</w:t>
      </w:r>
    </w:p>
    <w:p>
      <w:r>
        <w:t>第113頁:</w:t>
      </w:r>
    </w:p>
    <w:p>
      <w:r>
        <w:t>FRI Spola Publloaion Hi:11</w:t>
      </w:r>
    </w:p>
    <w:p>
      <w:r>
        <w:t>第114頁:</w:t>
      </w:r>
    </w:p>
    <w:p>
      <w:r>
        <w:t>iecogosidhe</w:t>
      </w:r>
    </w:p>
    <w:p>
      <w:r>
        <w:t>filtlaufe AiEolurrtfiiunn lul.1</w:t>
      </w:r>
    </w:p>
    <w:p>
      <w:r>
        <w:t>第115頁:</w:t>
      </w:r>
    </w:p>
    <w:p>
      <w:r>
        <w:t>FRI Spola Publloaion Hi:11</w:t>
      </w:r>
    </w:p>
    <w:p>
      <w:r>
        <w:t>第116頁:</w:t>
      </w:r>
    </w:p>
    <w:p>
      <w:r>
        <w:t>iecogosidhe</w:t>
      </w:r>
    </w:p>
    <w:p>
      <w:r>
        <w:t>filtlaufe AiEolurrtfiiunn lul.1</w:t>
      </w:r>
    </w:p>
    <w:p>
      <w:r>
        <w:t>第117頁:</w:t>
      </w:r>
    </w:p>
    <w:p>
      <w:r>
        <w:t>FRI Sperig FubTradun Ha.11</w:t>
      </w:r>
    </w:p>
    <w:p>
      <w:r>
        <w:t>第118頁:</w:t>
      </w:r>
    </w:p>
    <w:p>
      <w:r>
        <w:t>Fteliihf Hioicuiurm Tiwm Wdn</w:t>
      </w:r>
    </w:p>
    <w:p>
      <w:r>
        <w:t>Sawpiiby</w:t>
      </w:r>
    </w:p>
    <w:p>
      <w:r>
        <w:t>第119頁:</w:t>
      </w:r>
    </w:p>
    <w:p>
      <w:r>
        <w:t>FRI Spola Publloaion Hi:11</w:t>
      </w:r>
    </w:p>
    <w:p>
      <w:r>
        <w:t>第120頁:</w:t>
      </w:r>
    </w:p>
    <w:p>
      <w:r>
        <w:t>filtlaufe AiEolurrtfiiunn lul.1</w:t>
      </w:r>
    </w:p>
    <w:p>
      <w:r>
        <w:t>第121頁:</w:t>
      </w:r>
    </w:p>
    <w:p>
      <w:r>
        <w:t>FRI Spola Publloaion Hi:11</w:t>
      </w:r>
    </w:p>
    <w:p>
      <w:r>
        <w:t>第122頁:</w:t>
      </w:r>
    </w:p>
    <w:p>
      <w:r>
        <w:t>filtlaufe AiEolurrtfiiunn lul.1</w:t>
      </w:r>
    </w:p>
    <w:p>
      <w:r>
        <w:t>第123頁:</w:t>
      </w:r>
    </w:p>
    <w:p>
      <w:r>
        <w:t>FRI Spola Publloaion Hi:11</w:t>
      </w:r>
    </w:p>
    <w:p>
      <w:r>
        <w:t>第124頁:</w:t>
      </w:r>
    </w:p>
    <w:p>
      <w:r>
        <w:t>filtlaufe AiEolurrtfiiunn lul.1</w:t>
      </w:r>
    </w:p>
    <w:p>
      <w:r>
        <w:t>第125頁:</w:t>
      </w:r>
    </w:p>
    <w:p>
      <w:r>
        <w:t>FRI Spola Publloaion Hi:11</w:t>
      </w:r>
    </w:p>
    <w:p>
      <w:r>
        <w:t>第126頁:</w:t>
      </w:r>
    </w:p>
    <w:p>
      <w:r>
        <w:t>filtlaufe AiEolurrtfiiunn lul.1</w:t>
      </w:r>
    </w:p>
    <w:p>
      <w:r>
        <w:t>第127頁:</w:t>
      </w:r>
    </w:p>
    <w:p>
      <w:r>
        <w:t>FRI Spola Publloaion Hi:11</w:t>
      </w:r>
    </w:p>
    <w:p>
      <w:r>
        <w:t>0</w:t>
      </w:r>
    </w:p>
    <w:p>
      <w:r>
        <w:t>第128頁:</w:t>
      </w:r>
    </w:p>
    <w:p>
      <w:r>
        <w:t>filtlaufe AiEolurrtfiiunn lul.1</w:t>
      </w:r>
    </w:p>
    <w:p>
      <w:r>
        <w:t>第129頁:</w:t>
      </w:r>
    </w:p>
    <w:p>
      <w:r>
        <w:t>FRI Spola Publloaion Hi:11</w:t>
      </w:r>
    </w:p>
    <w:p>
      <w:r>
        <w:t>第130頁:</w:t>
      </w:r>
    </w:p>
    <w:p>
      <w:r>
        <w:t>filtlaufe AiEolurrtfiiunn lul.1</w:t>
      </w:r>
    </w:p>
    <w:p>
      <w:r>
        <w:t>第131頁:</w:t>
      </w:r>
    </w:p>
    <w:p>
      <w:r>
        <w:t>FRI Spola Publloaion Hi:11</w:t>
      </w:r>
    </w:p>
    <w:p>
      <w:r>
        <w:t>第132頁:</w:t>
      </w:r>
    </w:p>
    <w:p>
      <w:r>
        <w:t>filtlaufe AiEolurrtfiiunn lul.1</w:t>
      </w:r>
    </w:p>
    <w:p>
      <w:r>
        <w:t>第133頁:</w:t>
      </w:r>
    </w:p>
    <w:p>
      <w:r>
        <w:t>FRI Spola Publloaion Hi:11</w:t>
      </w:r>
    </w:p>
    <w:p>
      <w:r>
        <w:t>第134頁:</w:t>
      </w:r>
    </w:p>
    <w:p>
      <w:r>
        <w:t>filtlaufe AiEolurrtfiiunn lul.1</w:t>
      </w:r>
    </w:p>
    <w:p>
      <w:r>
        <w:t>tq[齦岫"咄</w:t>
      </w:r>
    </w:p>
    <w:p>
      <w:r>
        <w:t>第135頁:</w:t>
      </w:r>
    </w:p>
    <w:p>
      <w:r>
        <w:t>FRI Spola Publloaion Hi:11</w:t>
      </w:r>
    </w:p>
    <w:p>
      <w:r>
        <w:t>第136頁:</w:t>
      </w:r>
    </w:p>
    <w:p>
      <w:r>
        <w:t>filtlaufe AiEolurrtfiiunn lul.1</w:t>
      </w:r>
    </w:p>
    <w:p>
      <w:r>
        <w:t>第137頁:</w:t>
      </w:r>
    </w:p>
    <w:p>
      <w:r>
        <w:t>FRI Spola Publloaion Hi:11</w:t>
      </w:r>
    </w:p>
    <w:p>
      <w:r>
        <w:t>第138頁:</w:t>
      </w:r>
    </w:p>
    <w:p>
      <w:r>
        <w:t>filtlaufe AiEolurrtfiiunn lul.1</w:t>
      </w:r>
    </w:p>
    <w:p>
      <w:r>
        <w:t>第139頁:</w:t>
      </w:r>
    </w:p>
    <w:p>
      <w:r>
        <w:t>__1.</w:t>
      </w:r>
    </w:p>
    <w:p>
      <w:r>
        <w:t>=yd HRi SptifRii</w:t>
      </w:r>
    </w:p>
    <w:p>
      <w:r>
        <w:t>第140頁:</w:t>
      </w:r>
    </w:p>
    <w:p>
      <w:r>
        <w:t>filtlaufe AiEolurrtfiiunn lul.1</w:t>
      </w:r>
    </w:p>
    <w:p>
      <w:r>
        <w:t>第141頁:</w:t>
      </w:r>
    </w:p>
    <w:p>
      <w:r>
        <w:t>FRI Spola Publloaion Hi:11</w:t>
      </w:r>
    </w:p>
    <w:p>
      <w:r>
        <w:t>第142頁:</w:t>
      </w:r>
    </w:p>
    <w:p>
      <w:r>
        <w:t>filtlaufe AiEolurrtfiiunn lul.1</w:t>
      </w:r>
    </w:p>
    <w:p>
      <w:r>
        <w:t>第143頁:</w:t>
      </w:r>
    </w:p>
    <w:p>
      <w:r>
        <w:t>FRI Spola Publloaion Hi:11</w:t>
      </w:r>
    </w:p>
    <w:p>
      <w:r>
        <w:t>第144頁:</w:t>
      </w:r>
    </w:p>
    <w:p>
      <w:r>
        <w:t>filtlaufe AiEolurrtfiiunn lul.1</w:t>
      </w:r>
    </w:p>
    <w:p>
      <w:r>
        <w:t>第145頁:</w:t>
      </w:r>
    </w:p>
    <w:p>
      <w:r>
        <w:t>ethifpAl 范吊噸$出11觚</w:t>
      </w:r>
    </w:p>
    <w:p>
      <w:r>
        <w:t>第146頁:</w:t>
      </w:r>
    </w:p>
    <w:p>
      <w:r>
        <w:t>Fteliihf Hioicuiurm Tiwm Wdn</w:t>
      </w:r>
    </w:p>
    <w:p>
      <w:r>
        <w:t>JAciismiibi</w:t>
      </w:r>
    </w:p>
    <w:p>
      <w:r>
        <w:t>第147頁:</w:t>
      </w:r>
    </w:p>
    <w:p>
      <w:r>
        <w:t>FRI Spola Publloaion Hi:11</w:t>
      </w:r>
    </w:p>
    <w:p>
      <w:r>
        <w:t>第148頁:</w:t>
      </w:r>
    </w:p>
    <w:p>
      <w:r>
        <w:t>FrihuniitinrisuutiTilim Hrll</w:t>
      </w:r>
    </w:p>
    <w:p>
      <w:r>
        <w:t>第149頁:</w:t>
      </w:r>
    </w:p>
    <w:p>
      <w:r>
        <w:t>FRI Spola Publloaion Hi:11</w:t>
      </w:r>
    </w:p>
    <w:p>
      <w:r>
        <w:t>第150頁:</w:t>
      </w:r>
    </w:p>
    <w:p>
      <w:r>
        <w:t>FrihuniitinrisuutiTilim Hrll</w:t>
      </w:r>
    </w:p>
    <w:p>
      <w:r>
        <w:t>第151頁:</w:t>
      </w:r>
    </w:p>
    <w:p>
      <w:r>
        <w:t>FRI Spola Publloaion Hi:11</w:t>
      </w:r>
    </w:p>
    <w:p>
      <w:r>
        <w:t>第152頁:</w:t>
      </w:r>
    </w:p>
    <w:p>
      <w:r>
        <w:t>FrihuniitinrisuutiTilim Hrll</w:t>
      </w:r>
    </w:p>
    <w:p>
      <w:r>
        <w:t>1.</w:t>
      </w:r>
    </w:p>
    <w:p>
      <w:r>
        <w:t>第153頁:</w:t>
      </w:r>
    </w:p>
    <w:p>
      <w:r>
        <w:t>FRI Spola Publloaion Hi:11</w:t>
      </w:r>
    </w:p>
    <w:p>
      <w:r>
        <w:t>第154頁:</w:t>
      </w:r>
    </w:p>
    <w:p>
      <w:r>
        <w:t>FrihuniitinrisuutiTilim Hrll</w:t>
      </w:r>
    </w:p>
    <w:p>
      <w:r>
        <w:t>第155頁:</w:t>
      </w:r>
    </w:p>
    <w:p>
      <w:r>
        <w:t>FRI Spola Publloaion Hi:11</w:t>
      </w:r>
    </w:p>
    <w:p>
      <w:r>
        <w:t>第156頁:</w:t>
      </w:r>
    </w:p>
    <w:p>
      <w:r>
        <w:t>FrihuniitinrisuutiTilim Hrll</w:t>
      </w:r>
    </w:p>
    <w:p>
      <w:r>
        <w:t>第157頁:</w:t>
      </w:r>
    </w:p>
    <w:p>
      <w:r>
        <w:t>FRI Spola Publloaion Hi:11</w:t>
      </w:r>
    </w:p>
    <w:p>
      <w:r>
        <w:t>3</w:t>
      </w:r>
    </w:p>
    <w:p>
      <w:r>
        <w:t>些_</w:t>
      </w:r>
    </w:p>
    <w:p>
      <w:r>
        <w:t>3</w:t>
      </w:r>
    </w:p>
    <w:p>
      <w:r>
        <w:t>第158頁:</w:t>
      </w:r>
    </w:p>
    <w:p>
      <w:r>
        <w:t>FrihuniitinrisuutiTilim Hrll</w:t>
      </w:r>
    </w:p>
    <w:p>
      <w:r>
        <w:t>第159頁:</w:t>
      </w:r>
    </w:p>
    <w:p>
      <w:r>
        <w:t>FRI Spola Publloaion Hi:11</w:t>
      </w:r>
    </w:p>
    <w:p>
      <w:r>
        <w:t>第160頁:</w:t>
      </w:r>
    </w:p>
    <w:p>
      <w:r>
        <w:t>FrihuniitinrisuutiTilim Hrll</w:t>
      </w:r>
    </w:p>
    <w:p>
      <w:r>
        <w:t>第161頁:</w:t>
      </w:r>
    </w:p>
    <w:p>
      <w:r>
        <w:t>FRI Spola Publloaion Hi:11</w:t>
      </w:r>
    </w:p>
    <w:p>
      <w:r>
        <w:t>第162頁:</w:t>
      </w:r>
    </w:p>
    <w:p>
      <w:r>
        <w:t>FrihuniitinrisuutiTilim Hrll</w:t>
      </w:r>
    </w:p>
    <w:p>
      <w:r>
        <w:t>第163頁:</w:t>
      </w:r>
    </w:p>
    <w:p>
      <w:r>
        <w:t>FRI Spola Publloaion Hi:11</w:t>
      </w:r>
    </w:p>
    <w:p>
      <w:r>
        <w:t>第164頁:</w:t>
      </w:r>
    </w:p>
    <w:p>
      <w:r>
        <w:t>FrihuniitinrisuutiTilim Hrll</w:t>
      </w:r>
    </w:p>
    <w:p>
      <w:r>
        <w:t>第165頁:</w:t>
      </w:r>
    </w:p>
    <w:p>
      <w:r>
        <w:t>FRI Spola Publloaion Hi:11</w:t>
      </w:r>
    </w:p>
    <w:p>
      <w:r>
        <w:t>第166頁:</w:t>
      </w:r>
    </w:p>
    <w:p>
      <w:r>
        <w:t>FrihuniitinrisuutiTilim Hrll</w:t>
      </w:r>
    </w:p>
    <w:p>
      <w:r>
        <w:t>第167頁:</w:t>
      </w:r>
    </w:p>
    <w:p>
      <w:r>
        <w:t>;-_=</w:t>
      </w:r>
    </w:p>
    <w:p>
      <w:r>
        <w:t>FRIi Sperig FubTralon Ha.11</w:t>
      </w:r>
    </w:p>
    <w:p>
      <w:r>
        <w:t>第168頁:</w:t>
      </w:r>
    </w:p>
    <w:p>
      <w:r>
        <w:t>h灣淡小魚頻套殖 劉膏光孚署. 基隆市 農妥瘤水岱所.民 99. 12- 冊 么分.一(水垚*廠所特刊;第11號-! 1$31 978-986-02-638+-8 1.魚垚t症 438.651 台湛淡水魚類養殖(上) 發 行 所: 行政院農業委員會水產試驗所 強 行 人:蘇偉成 編輯顧問 蘇茂森 劉燈城 林金榮 吳繼倫 總 編 輯 陳世欽 編 劉嘗光 稿:林金柴-張錦宜 李佳芳-周賢鏘  者 劉當光`黃家宦 林天生 陳柴華 張湧泉 白志年 萱聰彥 輯 張`容 李固陵 址 基隆市中正區20246和一路199號 話 [02] 24622101 3 真 [02] 24629388 址 hHpalinww ifrin owfw 設計印刷 紙本館企業有限公司 望 話 102| 25322032 定 價:新台幣300元 出版日期 九十九年十二月 展售虛: 1.五南文化廣場台中總店 2.國家書店 台中市中山路6號 台北市松江路209號1樓 hiipiiwi do books omi# {04|22260336 [02]25180207 GPN 1009904644 |$8|4 9789860263848 本書刊登本所同仁研究成果 非經本所同意 不得重製 數位化或轉載</w:t>
      </w:r>
    </w:p>
    <w:p>
      <w:r>
        <w:t>第169頁:</w:t>
      </w:r>
    </w:p>
    <w:p>
      <w:r>
        <w:t>Freshwater Aquaculture in Taiwan Volume 9178#360"263848</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