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六產試驗所技術手冊 I6 蝦場生物</w:t>
      </w:r>
    </w:p>
    <w:p>
      <w:r>
        <w:t>安全手冊</w:t>
      </w:r>
    </w:p>
    <w:p>
      <w:r>
        <w:t>藨驗 C0k 心.3</w:t>
      </w:r>
    </w:p>
    <w:p>
      <w:r>
        <w:t>第2頁:</w:t>
      </w:r>
    </w:p>
    <w:p>
      <w:r>
        <w:t>水產試驗所技術手冊l6 蝦場生物</w:t>
      </w:r>
    </w:p>
    <w:p>
      <w:r>
        <w:t>安全手冊</w:t>
      </w:r>
    </w:p>
    <w:p>
      <w:r>
        <w:t>行政院農業委員 Fisheries Resear 中華民國一 Decemt</w:t>
      </w:r>
    </w:p>
    <w:p>
      <w:r>
        <w:t>會水產試驗所 ch Institute,COA _一年+二月 er 2022</w:t>
      </w:r>
    </w:p>
    <w:p>
      <w:r>
        <w:t>第3頁:</w:t>
      </w:r>
    </w:p>
    <w:p>
      <w:r>
        <w:t>_一'其含有人體所需的必需 l白質來源.根據聯台國糧農 [養殖的蝦產量在 2007年達到 產量 2020 年達到近 TO0萬公 '我國部分小產品外銷貿易 市場仍供不癮求 深受消費 冠 帶來高達數十億美元 蝦類滿原性疾摘如十足目虹 對蝦類l殖產業構成巨大威 h許多蝦類疾病大多無藥可抬 言`口</w:t>
      </w:r>
    </w:p>
    <w:p>
      <w:r>
        <w:t>7口臼 Fu戶=+-- ul 式'必須朝向以預防代替治) 才能有效防堵疾病之巖染 白蝦及泰園為主* 2021年</w:t>
      </w:r>
    </w:p>
    <w:p>
      <w:r>
        <w:t>二比1=土 PP. 之生物安全生產管理模氐` 見今臺灣主要經濟養殖蝦種以 笙量分別為 9,882公噸及 5,419</w:t>
      </w:r>
    </w:p>
    <w:p>
      <w:r>
        <w:t>序 蝦類是全球重要水產品 胺基酸'是高品質的勁物性 組織 FAO)的統計 :全球人 328萬公噸.-超過海捕拂蝦類 噸-近年來薪冠肺炎疫情影 (滯銷問題+反觀蝦類 者青 遞力不容小觀 亞洲 惟近年來全球許多新# 彩捎蓑 CDII)等病毒性疾病 益成經濟損失絛重:目I</w:t>
      </w:r>
    </w:p>
    <w:p>
      <w:r>
        <w:t>第4頁:</w:t>
      </w:r>
    </w:p>
    <w:p>
      <w:r>
        <w:t>公噸 二者受限疾病及氣候 國內所需 甚至白蝦每年仍; 年我國進口24,666公噸的白蝦 若能提高蝦類梵殖產量不售 品 足跡 本手冊綜析經濟蝦類蓑疝 病原潛藏風險因子 並提出 安全管理觀念 良好的生物' 殖設施中鹿染疾病的風臉: 提高蝦類蓀殖產 促進蝦類</w:t>
      </w:r>
    </w:p>
    <w:p>
      <w:r>
        <w:t>遷等問題 產量不足以供應 仰賴進口來補足缺口 2021 國內生產量僅達需求量40% 能補足生產不足也可降低產 產業生產模式 列舉九大項 應改善措施'期望落寬生物 全措施將可有效降低水產C 蝦類得以維持健康.有助於 燕殖產業永續經營:</w:t>
      </w:r>
    </w:p>
    <w:p>
      <w:r>
        <w:t>所長 哇垚 ans謹識 中華民國一一一年+二月</w:t>
      </w:r>
    </w:p>
    <w:p>
      <w:r>
        <w:t>第5頁:</w:t>
      </w:r>
    </w:p>
    <w:p>
      <w:r>
        <w:t>序 近年來國際上新興或新1 造成重大影響及產業鏈巨大, 整免疫系統'目前尚無商品1 消費者對食品去全的要求'占 健康管理的模式飼養.為雒 全是本局願景與重要工作項目 用限制傑件下 唯有推勛蝦增 困境!為此 本局借重農委 原蝦'殖模式之經驗與成果 兀侵蝦場.風險冑子項目包言 養殖殼備~水源~種蝦及蝦甘 場區環境等'歸觔風險說明#</w:t>
      </w:r>
    </w:p>
    <w:p>
      <w:r>
        <w:t>再浮現蝦類疾病對養蝦產業 "濟損失 由於蝦類懃物無完 匕疫苗可供預防疾病使用'又 蝦類勳物在養殖過程中應採 雙養殖蝦健康`生產及食用安 之一'在諸多疾病與藥品使 生物安全養殖 方能解決此 k小產試驗所在建立無特定病 計畫補助該所針對病原可能 兌場車輔`人員 養殖設施` 苣`飼料及餌料`媒介動物及 防範建議'彙編成 蝦場生</w:t>
      </w:r>
    </w:p>
    <w:p>
      <w:r>
        <w:t>物安全_手冊 期藉以提升 養蝦場風險</w:t>
      </w:r>
    </w:p>
    <w:p>
      <w:r>
        <w:t>岌場生物安全 降低病原入侵</w:t>
      </w:r>
    </w:p>
    <w:p>
      <w:r>
        <w:t>第6頁:</w:t>
      </w:r>
    </w:p>
    <w:p>
      <w:r>
        <w:t>本手冊怠養殖蝦與防疫粵 懂之圖文說明'同時針對可自 案並兼顧現場可行性'能快運 給現場執業獸醫師及蝦場工1 場生物去全工作'共同守護I 展. 行政院</w:t>
      </w:r>
    </w:p>
    <w:p>
      <w:r>
        <w:t>家群智慧結晶 搭配淺顯易 (的風險因子提供具體強化方 掌握並加以蓮用'值得推薦 瘧人員參考運用 齊心做好蝦 蝦產業'讓產業永纜蓮勃發 農業委員曾動植物防疫檢疫局 局長十(之a丫謹讖</w:t>
      </w:r>
    </w:p>
    <w:p>
      <w:r>
        <w:t>中華民國一__年十二舟</w:t>
      </w:r>
    </w:p>
    <w:p>
      <w:r>
        <w:t>第7頁:</w:t>
      </w:r>
    </w:p>
    <w:p>
      <w:r>
        <w:t>目次 前言. 二`手冊簡介. 三`風險項目. A.現場車輛. B.人員 C.養殖設施 D.養殖設備 E.水源 E.種蝦及蝦茴 G.飼料及餌頗 1 18 `26</w:t>
      </w:r>
    </w:p>
    <w:p>
      <w:r>
        <w:t>H.媒介動物5 I.場區環境.: 四~異常通報. 五 總結. 附錄.</w:t>
      </w:r>
    </w:p>
    <w:p>
      <w:r>
        <w:t>第8頁:</w:t>
      </w:r>
    </w:p>
    <w:p>
      <w:r>
        <w:t>##+t:-</w:t>
      </w:r>
    </w:p>
    <w:p>
      <w:r>
        <w:t>第9頁:</w:t>
      </w:r>
    </w:p>
    <w:p>
      <w:r>
        <w:t>沫許多薪 病原性疾!' 鬣鍛漿產業造成 本威脅 養殖場落 是預防疾 生的基本措施' 效降低蝦類病原 內食用 產業的生產 街病原潛藏 提出適切</w:t>
      </w:r>
    </w:p>
    <w:p>
      <w:r>
        <w:t>緻善措施 供業君愛2熊循:以 有效阻絕拆 7侵蝦 提高蝦類蓑殖經</w:t>
      </w:r>
    </w:p>
    <w:p>
      <w:r>
        <w:t>第10頁:</w:t>
      </w:r>
    </w:p>
    <w:p>
      <w:r>
        <w:t>二`手冊簡介 本手冊列舉蝦場可能面臨的 目'並針對風臉因子提出因 措施及消毒重點 A 現場車輛</w:t>
      </w:r>
    </w:p>
    <w:p>
      <w:r>
        <w:t>蝦場生物安全手冊/9 風險項 應改善 3 人員</w:t>
      </w:r>
    </w:p>
    <w:p>
      <w:r>
        <w:t>養殖設施 E水源 飼料及餌 工 場區環境</w:t>
      </w:r>
    </w:p>
    <w:p>
      <w:r>
        <w:t>養殖設備 種蝦及蝦苗 [料 [ 媒介動物</w:t>
      </w:r>
    </w:p>
    <w:p>
      <w:r>
        <w:t>第12頁:</w:t>
      </w:r>
    </w:p>
    <w:p>
      <w:r>
        <w:t>三`風險項目 本手冊列舉九大項現行蝦狐 原入侵的共同風險因子; 防疫破口'本章節將依序透 現出</w:t>
      </w:r>
    </w:p>
    <w:p>
      <w:r>
        <w:t>貪 繁殖場及養殖場可能面臨病 子個風險項目皆可能成為蝦場 項介紹 蠱 需 盧斬 7擘` 水 蝦場生物安全手冊 /1l</w:t>
      </w:r>
    </w:p>
    <w:p>
      <w:r>
        <w:t>水瀕 九大風</w:t>
      </w:r>
    </w:p>
    <w:p>
      <w:r>
        <w:t>源 =  樺蠅臣鎩茁 鸚 蠱 險因子</w:t>
      </w:r>
    </w:p>
    <w:p>
      <w:r>
        <w:t>第13頁:</w:t>
      </w:r>
    </w:p>
    <w:p>
      <w:r>
        <w:t>A.現場車輛</w:t>
      </w:r>
    </w:p>
    <w:p>
      <w:r>
        <w:t>第14頁:</w:t>
      </w:r>
    </w:p>
    <w:p>
      <w:r>
        <w:t>A.現場車輛 進入蝦場的所有車輛都有將病 門口管制'禁止非必要車輛 進入蝦場車輛須確質消毒</w:t>
      </w:r>
    </w:p>
    <w:p>
      <w:r>
        <w:t>鼎 兌 蝦場生物安全手冊 /13 原引入的風險 . 及訪客任意進出 庵 m 亦 二</w:t>
      </w:r>
    </w:p>
    <w:p>
      <w:r>
        <w:t>平時七門要</w:t>
      </w:r>
    </w:p>
    <w:p>
      <w:r>
        <w:t>源 暠   蠱 飛止确 呆持緊閉</w:t>
      </w:r>
    </w:p>
    <w:p>
      <w:r>
        <w:t>第15頁:</w:t>
      </w:r>
    </w:p>
    <w:p>
      <w:r>
        <w:t>暠 門口管制 禁非心 兌 進出 車輛出入口須配置為可開孱 態'禁上人車任意進入. 蕊 蝦場出入口標示謝絕參訪 車輛進入蝦場須落實管制 規劃停車區供蝦場人員及誘 場域為原則 m 蝦場宜設有訪客記錄簿. 冰</w:t>
      </w:r>
    </w:p>
    <w:p>
      <w:r>
        <w:t>要車輛及訪客任意 ]式的大門 並保持緊閉的狀 客車輛暫停'並以遠離糞殖</w:t>
      </w:r>
    </w:p>
    <w:p>
      <w:r>
        <w:t>源 岩 # 瀟 規劃停車</w:t>
      </w:r>
    </w:p>
    <w:p>
      <w:r>
        <w:t>n 要遠離蝦場</w:t>
      </w:r>
    </w:p>
    <w:p>
      <w:r>
        <w:t>第16頁:</w:t>
      </w:r>
    </w:p>
    <w:p>
      <w:r>
        <w:t>活蝦蓮輸車 應蟲可能遶離養殖池 Ri ]</w:t>
      </w:r>
    </w:p>
    <w:p>
      <w:r>
        <w:t>鼎 ) t 蝦場生物妄全手冊 /15 杰  冰</w:t>
      </w:r>
    </w:p>
    <w:p>
      <w:r>
        <w:t>飼料車 風險車輛 進入蝦場所有車輛都有將病 風險車輛包含:蝦場儿員汽 其他出入蝦場車輛. 注意事項: 收成時活蝦運輸車與載 等經常在不同蝦場穿梭 子'必須澈底消垚再進 具 活蝦運輸車之車上水槽 養殖池</w:t>
      </w:r>
    </w:p>
    <w:p>
      <w:r>
        <w:t>源 收穫人員皮相闢器具載運車 ; 餒 運收穫儿員及相關器具的車輛 料 收成網具為媒介病原風險因 兀蝦場'或由養殖業者自備網 紫 極可能殘留病原'儘可能遠離 盤 環 境 原引入的風險 . 機車`活蝦運輪車 飼料車及</w:t>
      </w:r>
    </w:p>
    <w:p>
      <w:r>
        <w:t>第17頁:</w:t>
      </w:r>
    </w:p>
    <w:p>
      <w:r>
        <w:t>鼎 車輛風險位置 矣 病原潛藏輪胎 車體表面 車上載運器具:蝦籠`網具 手腳觸碰處也有風險存在 麓 手 腳踏墊. m 冰</w:t>
      </w:r>
    </w:p>
    <w:p>
      <w:r>
        <w:t>水槽內外殘留的水 方向盤 車門把手 機車把 機車把手 或汽車方向盤)</w:t>
      </w:r>
    </w:p>
    <w:p>
      <w:r>
        <w:t>源 最 輪胎及溝槽</w:t>
      </w:r>
    </w:p>
    <w:p>
      <w:r>
        <w:t>腳踏墊</w:t>
      </w:r>
    </w:p>
    <w:p>
      <w:r>
        <w:t>第18頁:</w:t>
      </w:r>
    </w:p>
    <w:p>
      <w:r>
        <w:t>以背負式噴霧機噴灑消毒 進入蝦場車輛須確實</w:t>
      </w:r>
    </w:p>
    <w:p>
      <w:r>
        <w:t>鼎 A 蝦場生物安全手冊 /17 _ 庵 m 亦 消毒</w:t>
      </w:r>
    </w:p>
    <w:p>
      <w:r>
        <w:t>:八蝦碭剛複碓貫消垚隼輛 車輛容易潛藏病原位置須加 消毒劑{如:次氯酸鈉等)應 換'以確保葉效. 車輛風險因于重點提 門口管制 禁止非必要車 一車輛出入口配置可開關 一車輛進入蝦場須落實管吊 一非現場作業需要'停車仁 進入蝦場車輛須確實消毒 任何車輛進入蝦場前務1 車輛容易濬藏病原位置( 器具等)'須加強消毒 消毒劑須定期更換 以</w:t>
      </w:r>
    </w:p>
    <w:p>
      <w:r>
        <w:t>源 強消韋. 依使用說明配製 並定期更 么確實消毒再進入: 輪胎 車體表面及車上載運之 勢 隹保葉效. 鬣 示: 輛及訪客任意進出 的大門'並保持緊閉的狀態 '並於蝦場周邊規劃停車區 立置儘蠱違離糕殖核心區域</w:t>
      </w:r>
    </w:p>
    <w:p>
      <w:r>
        <w:t>第19頁:</w:t>
      </w:r>
    </w:p>
    <w:p>
      <w:r>
        <w:t>B</w:t>
      </w:r>
    </w:p>
    <w:p>
      <w:r>
        <w:t>第20頁:</w:t>
      </w:r>
    </w:p>
    <w:p>
      <w:r>
        <w:t>B.人員 人員若自由移勛且任意踩踏及 須落實參訪人員及內部人員 進入繁養殖場域人員須落實 加強內部人員生物安全教育</w:t>
      </w:r>
    </w:p>
    <w:p>
      <w:r>
        <w:t>囂 | 蝦埸生物安全手冊/l9 餾摸'易將病原帶入蝦場 . 移動管制 手部及腳部消韋作業. 訓練. m m 小</w:t>
      </w:r>
    </w:p>
    <w:p>
      <w:r>
        <w:t>落實參訪人員及</w:t>
      </w:r>
    </w:p>
    <w:p>
      <w:r>
        <w:t>源 勢 鬣 內部人員移懃管制</w:t>
      </w:r>
    </w:p>
    <w:p>
      <w:r>
        <w:t>第21頁:</w:t>
      </w:r>
    </w:p>
    <w:p>
      <w:r>
        <w:t>" 參訪人員管制 員 蝦場入口處清楚標示謝絕參 殖場域. 必要進入蝦場參訪八員注意 蠆 參訪人員進出記錄{包含 施 時間`姓名及單位% 落實手部及腳部消毒作 並遵守`只看不摸_原 m 規劃參觀路線.可利用 等明顯區分現場操作儿 參訪人員動線 若無法 應請參訪八員更換衣鞋 亦</w:t>
      </w:r>
    </w:p>
    <w:p>
      <w:r>
        <w:t>訪 禁上非必要人員進入繁養 事項: 日期 } 業 則 隔板 員輿 區隔</w:t>
      </w:r>
    </w:p>
    <w:p>
      <w:r>
        <w:t>源 崇   紫 入口處濟楚標示非必要人員 嚴禁入內 農 境</w:t>
      </w:r>
    </w:p>
    <w:p>
      <w:r>
        <w:t>參訪人貫須史換衣鞋 利用板明顯區分參訪懃線</w:t>
      </w:r>
    </w:p>
    <w:p>
      <w:r>
        <w:t>第22頁:</w:t>
      </w:r>
    </w:p>
    <w:p>
      <w:r>
        <w:t>Tir</w:t>
      </w:r>
    </w:p>
    <w:p>
      <w:r>
        <w:t>囂 貪 蝦場生物安全手冊 /2i 8 m 1`1</w:t>
      </w:r>
    </w:p>
    <w:p>
      <w:r>
        <w:t>內部人員管制 工作人員避免前往其他蝦 場前務必確賁全身清洗並 不同場區人員避免任意移 制 . 可以利用衣服顏色區別不 進入各場域操作前務必確</w:t>
      </w:r>
    </w:p>
    <w:p>
      <w:r>
        <w:t>源 場'若必要前往 進入自己蝦 # 更換乾淨衣物及鞋子 動.可設立單一出入口動線管 勢 司場域現場作業人員. 賞做好清潔消毒作業. 鬣</w:t>
      </w:r>
    </w:p>
    <w:p>
      <w:r>
        <w:t>第23頁:</w:t>
      </w:r>
    </w:p>
    <w:p>
      <w:r>
        <w:t>囂 工作人員清潔消毒 貪 風險因子:手部及鞋予. 如何防範: 各場域出入口應具備洗 麓 鞋. 進入各場域前務必清潔 泡消毒劑至少30秒 篩 刊 抑剛 冰</w:t>
      </w:r>
    </w:p>
    <w:p>
      <w:r>
        <w:t>手台 足部消毒槽及專屬工作 手部或消毒'更換工作鞋並浸</w:t>
      </w:r>
    </w:p>
    <w:p>
      <w:r>
        <w:t>源 出入口應具備洗手台 #  並以足部消甚槽消垚 進入場區須更換工非鞋` 手菁 壞</w:t>
      </w:r>
    </w:p>
    <w:p>
      <w:r>
        <w:t>消垚液</w:t>
      </w:r>
    </w:p>
    <w:p>
      <w:r>
        <w:t>第24頁:</w:t>
      </w:r>
    </w:p>
    <w:p>
      <w:r>
        <w:t>宣導3確洗手七步驟 琵搓洗 外籃手背 鑱杏拇指 立勰搶尖</w:t>
      </w:r>
    </w:p>
    <w:p>
      <w:r>
        <w:t>貪 鍛場生物安全手冊 /23 m m 六 夾蘧籍 弓1背 腕?洗</w:t>
      </w:r>
    </w:p>
    <w:p>
      <w:r>
        <w:t>注意: 1.洗手前應先取下手上配戴甘 2.洗手易疏忽處:指甲縫`指 3.洗手後應使用擦手紙'並確 (容易潛藏病原) 指縫 闢節 手背 加強洗</w:t>
      </w:r>
    </w:p>
    <w:p>
      <w:r>
        <w:t>源 手錶 戒指等飾物 灌 關節 手背`手腕等處. 認手是乾的 不要使用毛巾 指甲縫 手腕 娑 迴 普位置</w:t>
      </w:r>
    </w:p>
    <w:p>
      <w:r>
        <w:t>第25頁:</w:t>
      </w:r>
    </w:p>
    <w:p>
      <w:r>
        <w:t>堂肉 %# 臣邪 換蛙區並明顯區分堂內鞋岌室外鞋</w:t>
      </w:r>
    </w:p>
    <w:p>
      <w:r>
        <w:t>* 加強內部人員生物安 人 景 手部及鞋予是高風險處'其 (手機`手錶`戒指`鑰匙= 換鞋區界線要清楚勸分; 蠆 工作鞋要定期潸洗及消衰 施 足部消毒槽之消毒劑夢定期 定期進行人員教育訓練 p 小</w:t>
      </w:r>
    </w:p>
    <w:p>
      <w:r>
        <w:t>全教育訓練 次頭髮`衣褲及隨身攜帶物品 )也潛藏著風險` 免重疊汙染: 更換'以確保葉姣: 落賞生物安全</w:t>
      </w:r>
    </w:p>
    <w:p>
      <w:r>
        <w:t>源 蛾 種  飼  紮 蟲 定期清洸及消垚工作鞋</w:t>
      </w:r>
    </w:p>
    <w:p>
      <w:r>
        <w:t>第26頁:</w:t>
      </w:r>
    </w:p>
    <w:p>
      <w:r>
        <w:t>人員風險因子重點提 管控進出蝦場的人員 蝦場入口處清楚標示謝# 繁養殖場域. 妄詐 骨淮出部鐵{句蘭</w:t>
      </w:r>
    </w:p>
    <w:p>
      <w:r>
        <w:t>囂 貪 鍛場生物安全手冊/25 癮 示 m 色參訪 禁止非必要人員進入 日輯 時爵 坪之日置忙莘 杰</w:t>
      </w:r>
    </w:p>
    <w:p>
      <w:r>
        <w:t>動線規劃 規劃參觀路線 明顯區 不同場區人員避免任意 管制 換鞋區界線要清楚劃分 進入繁養殖場域人員須洛 各場域出入口應具備洗 鞋. 進入前須清潔或消毒手苦 參訪人員須更換衣鞋 教育訓練'強化人員風險 宣導正確洗手步驟-內 工作人員避免前往其他 定期清洗及消毒鞋子並</w:t>
      </w:r>
    </w:p>
    <w:p>
      <w:r>
        <w:t>源 }參訪人員及工作人員動線 多動'可設立單一出入口懃線 # E 更換工作鞋並浸泡消垚劑  並遵守 只看不摸_原則 管理 &amp;弓大立腕. 幾 更換消毒劑 蚤 避免重望汙染% 賞手部及腳部消毒作業 手台 足部消毒槽及專屬工作</w:t>
      </w:r>
    </w:p>
    <w:p>
      <w:r>
        <w:t>第27頁:</w:t>
      </w:r>
    </w:p>
    <w:p>
      <w:r>
        <w:t>C.</w:t>
      </w:r>
    </w:p>
    <w:p>
      <w:r>
        <w:t>第28頁:</w:t>
      </w:r>
    </w:p>
    <w:p>
      <w:r>
        <w:t>C.養殖設施 開放式蹇殖設施及放養前未確 加強養殖殼施對病原的隔離 放'前落賁饗殖設施清潔消</w:t>
      </w:r>
    </w:p>
    <w:p>
      <w:r>
        <w:t>囂 人 員 蝦場生物安全手冊/27 質消''易將病原帶入蝦場 : 並朝向封閉式為主 垚: , m 六</w:t>
      </w:r>
    </w:p>
    <w:p>
      <w:r>
        <w:t>源 雷 8  蠱</w:t>
      </w:r>
    </w:p>
    <w:p>
      <w:r>
        <w:t>第29頁:</w:t>
      </w:r>
    </w:p>
    <w:p>
      <w:r>
        <w:t>囂 加強養殖設施對病原 { 式為主 養殖池架設防鳥網 或建置室內設施型  藏猿基物人選免帶 防鳥網破損須立即 修補 % 篩 蝦場出入口應保持 闢閉. 水</w:t>
      </w:r>
    </w:p>
    <w:p>
      <w:r>
        <w:t>的隔離 並朝向封閉</w:t>
      </w:r>
    </w:p>
    <w:p>
      <w:r>
        <w:t>源 # 甥 g</w:t>
      </w:r>
    </w:p>
    <w:p>
      <w:r>
        <w:t>第30頁:</w:t>
      </w:r>
    </w:p>
    <w:p>
      <w:r>
        <w:t>風險因子: 蝦場未搭設防鳥網'可發現 釐殖池周邊可見野鳥糞便 防嘉網破損易招引野鳥任意</w:t>
      </w:r>
    </w:p>
    <w:p>
      <w:r>
        <w:t>囂 人 貞 蝦塢生物安全手冊 /29 養殖池內白鷺鸞正在覓食'而 # m 六 隹出</w:t>
      </w:r>
    </w:p>
    <w:p>
      <w:r>
        <w:t>開放武蝦塢 白黛鷺任意進入 蝦場出入口末保持關閉 雲 u 蝦場出兀/末保持鬧閉 人及動物 容易戊為防投破口</w:t>
      </w:r>
    </w:p>
    <w:p>
      <w:r>
        <w:t>源 苣殖池周邊遍布 甲鳥糞便 " 甸 料  . 防鳥網破損 等可任惹進出</w:t>
      </w:r>
    </w:p>
    <w:p>
      <w:r>
        <w:t>第31頁:</w:t>
      </w:r>
    </w:p>
    <w:p>
      <w:r>
        <w:t>* 防範措施: 人 矣 養殖池須構築適當堤岸 養殖池須構築適當堤幫 以阻隔地面溢流水或伍 麓 汙染濛. p 小</w:t>
      </w:r>
    </w:p>
    <w:p>
      <w:r>
        <w:t>源 #  紫 蟲</w:t>
      </w:r>
    </w:p>
    <w:p>
      <w:r>
        <w:t>養殖池壁高於地面 養殖池垂直高於地面30-50公 分,可作為防蟹圍籬 避免帶 病原生物兀侵:</w:t>
      </w:r>
    </w:p>
    <w:p>
      <w:r>
        <w:t>第32頁:</w:t>
      </w:r>
    </w:p>
    <w:p>
      <w:r>
        <w:t>養殖池可鋪設不透水層H 養殖池鋪設 HDPE膜 饕殖期厝 生'收成後亦可快速及澈底清#</w:t>
      </w:r>
    </w:p>
    <w:p>
      <w:r>
        <w:t>囂 DPE材質塑膠膜 可以有效管理底贊避免病原荸 兌 ?消毒 麗 蝦場生物安全手冊 /3l m</w:t>
      </w:r>
    </w:p>
    <w:p>
      <w:r>
        <w:t>養殖池為中央排汙設計 養殖池中央排汙設計 再搭配 水車造流集汙.可將釐殖過程 累積的有機物質有效移除'維 持泄底清潔乾淨 固定式中央排汙孔骰備</w:t>
      </w:r>
    </w:p>
    <w:p>
      <w:r>
        <w:t>源 C   蠱 移動式中央排汙設備</w:t>
      </w:r>
    </w:p>
    <w:p>
      <w:r>
        <w:t>第33頁:</w:t>
      </w:r>
    </w:p>
    <w:p>
      <w:r>
        <w:t>囂 放養前落實養殖設施 兌 蝦類養殖過程'池底容易有 易造成池底老化. 當蝦類收成後 養殖池必須 垚及曬池後再使用 籍 小泥池及鋪膜池如發生疾病 水泥池~鋪膜池 砂土瀋 m 收成 清除汙泥 冰 池</w:t>
      </w:r>
    </w:p>
    <w:p>
      <w:r>
        <w:t>清潔消毒 殘餌及排泄物等有機物質累種 澈底排乾池水 漬除 建議應先消垚:*? 酴f泥</w:t>
      </w:r>
    </w:p>
    <w:p>
      <w:r>
        <w:t>源 室期 # 紫 蚩 進永{漂 放養前整</w:t>
      </w:r>
    </w:p>
    <w:p>
      <w:r>
        <w:t>生石灰 撒生石灰 3-5天 二1倜月 坐 _1-2星期{作六) 備掀苗 曬池 池作業流程</w:t>
      </w:r>
    </w:p>
    <w:p>
      <w:r>
        <w:t>第34頁:</w:t>
      </w:r>
    </w:p>
    <w:p>
      <w:r>
        <w:t>放養前落實養殖設施 沐</w:t>
      </w:r>
    </w:p>
    <w:p>
      <w:r>
        <w:t>囂 清潔消毒 人 路等儘可能清洗消毒. 員 蝦埸生物妄全乎冊 /33 龕 m 3</w:t>
      </w:r>
    </w:p>
    <w:p>
      <w:r>
        <w:t>桶槽澈底刷洗潸潔與消毒</w:t>
      </w:r>
    </w:p>
    <w:p>
      <w:r>
        <w:t>源 岩  勢 鬣 利用窩壓六柱沖洗 HDPE膜池</w:t>
      </w:r>
    </w:p>
    <w:p>
      <w:r>
        <w:t>第35頁:</w:t>
      </w:r>
    </w:p>
    <w:p>
      <w:r>
        <w:t>黑 風險因子: 兌 陰井及水溝 收集蝦苗時以帆布隔離具汙 染源的水溝. 箍 排水管路可包覆耖網 避免 帶摘原生物入侵: 麓殖設施旁陰井及水溝應定 期除蟲'避免帶病原媒介生 篩 物{海蟑螂`水生昆蟲等)入 侵'增加病原傅播風險: 冰</w:t>
      </w:r>
    </w:p>
    <w:p>
      <w:r>
        <w:t>定期除蟲 避免帶病原媒介生物</w:t>
      </w:r>
    </w:p>
    <w:p>
      <w:r>
        <w:t>源 帶病原生物入侵 包覆紗網'避免 # 紫 以帆布隔離具汙 *</w:t>
      </w:r>
    </w:p>
    <w:p>
      <w:r>
        <w:t>染源的水潸</w:t>
      </w:r>
    </w:p>
    <w:p>
      <w:r>
        <w:t>第36頁:</w:t>
      </w:r>
    </w:p>
    <w:p>
      <w:r>
        <w:t>風險因子: 蝦池底泥淤積 '殖場末經整池作業'易造 池塘坡度設計不良'無法自 養殖設施風險因子重 加強養殖設施對病原的隔離 41F =七古+4七+工日</w:t>
      </w:r>
    </w:p>
    <w:p>
      <w:r>
        <w:t>囂 兌 鍛場生物安全手冊 /35 成池底老仙 然排乾 改善方案 收成後清除汙泥並做好 整池消垚作業% m 點提示: 並朝向封閉式為主 =山 瓜 tb口廿=且庇臼 H甲 六</w:t>
      </w:r>
    </w:p>
    <w:p>
      <w:r>
        <w:t>#11#瓦+且pLL71'#+==- 等'或建設設施型養殖 蝦場出入口應保持關閉 養殖池底最好在高潮線上.並 乾池水 養殖池可鋪設 IIDPE膜`池 施 有利於落賞生物安全防 養前落實養殖殼施清洗消 池槽主體`走道`管線 用清潔劑刷洗或高壓清 鈉消毒. 養殖生物收成後須進行 井`水溝淯洗消毒 收集無節幼蟲及蝦苗的 刷洗 水溝應定期除蟲及進行</w:t>
      </w:r>
    </w:p>
    <w:p>
      <w:r>
        <w:t>干 申 回 易 ' ##7廿F- i#i邛5 源 竺井應於每日作業完畢時澈底 幾 肖毒工作 囂 須具備洩水坡度.才能自然排 壁高於地面及設中央排汙等措 疫 毒 先機遐暖隋溝樽鞠肅戮氯使 整池及消毒工作:</w:t>
      </w:r>
    </w:p>
    <w:p>
      <w:r>
        <w:t>第37頁:</w:t>
      </w:r>
    </w:p>
    <w:p>
      <w:r>
        <w:t>莆 D</w:t>
      </w:r>
    </w:p>
    <w:p>
      <w:r>
        <w:t>第38頁:</w:t>
      </w:r>
    </w:p>
    <w:p>
      <w:r>
        <w:t>D.養殖設備 養殖設備及器具是容易造成病 咨場域殼備及器具獨立使用 養殖器具使用前後須澈底清</w:t>
      </w:r>
    </w:p>
    <w:p>
      <w:r>
        <w:t>囂 人 員 蝦場生物步全手冊 /37 原水平傳播之風險因子 避免交叉感染 潔消毒. 麓 睪</w:t>
      </w:r>
    </w:p>
    <w:p>
      <w:r>
        <w:t>源 暠  勢 鬣</w:t>
      </w:r>
    </w:p>
    <w:p>
      <w:r>
        <w:t>第39頁:</w:t>
      </w:r>
    </w:p>
    <w:p>
      <w:r>
        <w:t>* 各場域設備及器具獨 人 箕 避免交叉感染 每個養殖池的觀察網或捕撈 收穫後澈底清潔消毒. 蠆 施 # 小</w:t>
      </w:r>
    </w:p>
    <w:p>
      <w:r>
        <w:t>立使用 器具等須單獨使用</w:t>
      </w:r>
    </w:p>
    <w:p>
      <w:r>
        <w:t>浙 蛾 種 盤 Fi  紮 盅 觀察網 撈絹</w:t>
      </w:r>
    </w:p>
    <w:p>
      <w:r>
        <w:t>蓑殖收穫網具</w:t>
      </w:r>
    </w:p>
    <w:p>
      <w:r>
        <w:t>第40頁:</w:t>
      </w:r>
    </w:p>
    <w:p>
      <w:r>
        <w:t>囂 食 鍛場生物安全手冊 /39 犛 # 養殖器具使甲前後須 杰</w:t>
      </w:r>
    </w:p>
    <w:p>
      <w:r>
        <w:t>養殖進水濾袋</w:t>
      </w:r>
    </w:p>
    <w:p>
      <w:r>
        <w:t>源 澈底清潔消毒 潔消垚 各類'殖器具使用前後均須進行潸 幾 蚤</w:t>
      </w:r>
    </w:p>
    <w:p>
      <w:r>
        <w:t>第41頁:</w:t>
      </w:r>
    </w:p>
    <w:p>
      <w:r>
        <w:t>蠱 不良案例 兌 養殖用具任意擺放 養殖用具末清潔消毒'易荸 蘆 # 冰</w:t>
      </w:r>
    </w:p>
    <w:p>
      <w:r>
        <w:t>生病原.</w:t>
      </w:r>
    </w:p>
    <w:p>
      <w:r>
        <w:t>源 # 幾 * 改善 蝦類收成後應將嶷殖 澈底清潔消韋曬乾後</w:t>
      </w:r>
    </w:p>
    <w:p>
      <w:r>
        <w:t>方案 設備 網具及管材等 備用</w:t>
      </w:r>
    </w:p>
    <w:p>
      <w:r>
        <w:t>第42頁:</w:t>
      </w:r>
    </w:p>
    <w:p>
      <w:r>
        <w:t>風險因子:收穫網具 盡#= $</w:t>
      </w:r>
    </w:p>
    <w:p>
      <w:r>
        <w:t>羅 a 蝦塢生物安全手冊/4l # # 爪 ) u 華酣 戡</w:t>
      </w:r>
    </w:p>
    <w:p>
      <w:r>
        <w:t>蝦類銷書模式以沽暇為王` 車輛經常在各蝦場穿梭'捕 場內應自備拖網~蝦籠`青 以降低病原入侵養殖池之 網具使用後須澈 底清潔消毒.</w:t>
      </w:r>
    </w:p>
    <w:p>
      <w:r>
        <w:t>沽毀運輸車友載蓮捕撈稍具盯 撈網具為媒才病原風險因子: 蛙裝 蝦籃等供捕蝦人員使用 風險 Ca 溉 種 蝦 # 嗣 屍出 ii=s1 _"[P三 1|  只恥I 墊 物 收成作業使用之 蝦籃及磅秤 盪 環 境</w:t>
      </w:r>
    </w:p>
    <w:p>
      <w:r>
        <w:t>第43頁:</w:t>
      </w:r>
    </w:p>
    <w:p>
      <w:r>
        <w:t>蠱 兌 麓 # 冰 eW.</w:t>
      </w:r>
    </w:p>
    <w:p>
      <w:r>
        <w:t>源 白蝦收穫之拖網 # 梁 競</w:t>
      </w:r>
    </w:p>
    <w:p>
      <w:r>
        <w:t>養黧蠟芬批收成作業網具</w:t>
      </w:r>
    </w:p>
    <w:p>
      <w:r>
        <w:t>第44頁:</w:t>
      </w:r>
    </w:p>
    <w:p>
      <w:r>
        <w:t>連輸工具 運輸工具如手推車`獨輪車 應有獨立運輸工具'且不與 蓮輸工具把手`載物台 使用後應清潔消垚</w:t>
      </w:r>
    </w:p>
    <w:p>
      <w:r>
        <w:t>囂 人 等'應定點擺放'室內防疫場 覺 場外交流使用. 子等應加強清潔消垚: m 蝦場生物安全手冊 /43 #</w:t>
      </w:r>
    </w:p>
    <w:p>
      <w:r>
        <w:t>手推車把手 截物台及輪</w:t>
      </w:r>
    </w:p>
    <w:p>
      <w:r>
        <w:t>源 畜 #  蠱 產...等 應加強潸洪消聳</w:t>
      </w:r>
    </w:p>
    <w:p>
      <w:r>
        <w:t>第45頁:</w:t>
      </w:r>
    </w:p>
    <w:p>
      <w:r>
        <w:t>水車`噴料桶 . 箕 水車的主體`葉片`浮船及 固定水車及噴料桶之繩索於 前須清潔消垚或直接更換 蠆 收穫後澈底清潔消垚及進行 施 二作 * 亦</w:t>
      </w:r>
    </w:p>
    <w:p>
      <w:r>
        <w:t>噴料桶容易藏汙納垢 復養 31#;;5:`三 保養 美國水單</w:t>
      </w:r>
    </w:p>
    <w:p>
      <w:r>
        <w:t>源 飼  料 # d 傅統小車 噴料桶</w:t>
      </w:r>
    </w:p>
    <w:p>
      <w:r>
        <w:t>第46頁:</w:t>
      </w:r>
    </w:p>
    <w:p>
      <w:r>
        <w:t>冷藏室~冷凍庫 生餌須獨立存放'勿與其他葉</w:t>
      </w:r>
    </w:p>
    <w:p>
      <w:r>
        <w:t>囂 品或待檢測檢體放置舟一空間 兌 蝦塢生物安全手冊/45 薨 # 六</w:t>
      </w:r>
    </w:p>
    <w:p>
      <w:r>
        <w:t>源 紮 蚩</w:t>
      </w:r>
    </w:p>
    <w:p>
      <w:r>
        <w:t>第47頁:</w:t>
      </w:r>
    </w:p>
    <w:p>
      <w:r>
        <w:t>黑 飼料儲存 兌 飼料堆蟹整齊'先進先出. 室外饕殖'務必將飼料儲放 麓 # 冰</w:t>
      </w:r>
    </w:p>
    <w:p>
      <w:r>
        <w:t>於密封容器內 防止飼料汙染</w:t>
      </w:r>
    </w:p>
    <w:p>
      <w:r>
        <w:t>源 # 儲放飼料之窯睪 # *</w:t>
      </w:r>
    </w:p>
    <w:p>
      <w:r>
        <w:t>飼料儲燕笠間.</w:t>
      </w:r>
    </w:p>
    <w:p>
      <w:r>
        <w:t>第48頁:</w:t>
      </w:r>
    </w:p>
    <w:p>
      <w:r>
        <w:t>水質監測系統 養殖期間應維持各項水覽參 及鹼度等)在正常範圍. 導入智慧水質監測系統協助 自體免疫力提升 較能抵禦 8水貨感測器與殖水皚直接 壹: 水質監潤采統可監看饕釐池 及是否有外來生物入侵. 丁川:= 二訌 01,1.!25+' 87f. Hii] niiL .]n'/</w:t>
      </w:r>
    </w:p>
    <w:p>
      <w:r>
        <w:t>囂 數(如水溫 鹽度`溶氧` pH 戾 管理水質 良好木質可使蝦類 原侵頸[  須於收成後澈底清潔消 狀況 有效掌握水車情形'以 # pl1 u ll11 申a:43! np 041 ui" 蝦埸生物安全手冊 /47</w:t>
      </w:r>
    </w:p>
    <w:p>
      <w:r>
        <w:t>OH#iau叫 AT :iifdmif 節*Gy 日h叫 虹`忡帥 [:1l口 亦賁蠻數雙化悄形 上水質戚測器</w:t>
      </w:r>
    </w:p>
    <w:p>
      <w:r>
        <w:t>源 白:F an5funm m#1 75i|H Ci= I55ir iiv # 勢 鬣 匠 3i.l瓜FF 殖池現況</w:t>
      </w:r>
    </w:p>
    <w:p>
      <w:r>
        <w:t>第49頁:</w:t>
      </w:r>
    </w:p>
    <w:p>
      <w:r>
        <w:t>蠱 水處理設備 兌 過濾設備之濾材如石英砂或  UV燈轂菌設備須定期梭視| 以確保殺菡功效 麓 # 冰</w:t>
      </w:r>
    </w:p>
    <w:p>
      <w:r>
        <w:t>濾袋須定期進行清潔及更換" 豈管壽命及石英管是否髒汙</w:t>
      </w:r>
    </w:p>
    <w:p>
      <w:r>
        <w:t>源 過濾殺菌殼備{由右荃左僚屎 #  *</w:t>
      </w:r>
    </w:p>
    <w:p>
      <w:r>
        <w:t>第50頁:</w:t>
      </w:r>
    </w:p>
    <w:p>
      <w:r>
        <w:t>蠱 養殖設備風險因子重</w:t>
      </w:r>
    </w:p>
    <w:p>
      <w:r>
        <w:t>I 人 貞 蝦場生物去全手冊 49 藍 * 水 點提示:</w:t>
      </w:r>
    </w:p>
    <w:p>
      <w:r>
        <w:t>各場域設備及器具應獨立 每個養殖池的觀察網或 病原透過器具在池與池| 一所有器具於收穫後須澈 水車~噴料桶 收穫後將水車主體 葉 並確實進行清潔消毒 固定水車及噴料桶之繩 更換* 其他 生物網 藻類收集袋` 性的清洗和消蓑. 水質監測殼備須定期清 運載物品之運輪工具共尸</w:t>
      </w:r>
    </w:p>
    <w:p>
      <w:r>
        <w:t>源 使用 避免交叉感染 甫撈器具都須單獨使用 避免 間交互傳播 宦清潔消毒` 片 浮船及噴料桶之髒污清除 飼 索於復養前須清潔消毒或直接 斟 料 慮袋`水桶`洗料袋進行經常 勢 l保養 以確保正常運作. 月時 每次使用後應清潔消毒% #</w:t>
      </w:r>
    </w:p>
    <w:p>
      <w:r>
        <w:t>第51頁:</w:t>
      </w:r>
    </w:p>
    <w:p>
      <w:r>
        <w:t>E</w:t>
      </w:r>
    </w:p>
    <w:p>
      <w:r>
        <w:t>第52頁:</w:t>
      </w:r>
    </w:p>
    <w:p>
      <w:r>
        <w:t>E.水源 水源未經過濾消毒即使用. 懃物引入養殖池 : 蝦類養殖場使用的水須應確 建置蓄水池及水處理池 應用省水養殖設備或技術 養殖技術 以降低對外界永</w:t>
      </w:r>
    </w:p>
    <w:p>
      <w:r>
        <w:t>囂 人 易將雜魚 蝦及蟹等病原媒介 員 蝦場生物安全手冊 /51 保安全無病原汙染: m m 小 如循環水養殖系統及生物絮凝 源的依賴</w:t>
      </w:r>
    </w:p>
    <w:p>
      <w:r>
        <w:t>源 岩 8  蠱</w:t>
      </w:r>
    </w:p>
    <w:p>
      <w:r>
        <w:t>第53頁:</w:t>
      </w:r>
    </w:p>
    <w:p>
      <w:r>
        <w:t>囂 蝦類養殖場使用的水 兌 汙染 引水來源窟潮溝水`灌溉用 殼類幼生 魚類幼生天動物 麓 爍壁蔡蓆甲殼類幼瑩? 過濾網伎用後須清洗晾乾 篩 水</w:t>
      </w:r>
    </w:p>
    <w:p>
      <w:r>
        <w:t>源應確保安全無病原 水或游面表層水'容易引入甲 性浮游生物等: 才質紗網或浮游生物耦'以確</w:t>
      </w:r>
    </w:p>
    <w:p>
      <w:r>
        <w:t>源 紫 養殖池入水口以浮游生物網過濾水 *</w:t>
      </w:r>
    </w:p>
    <w:p>
      <w:r>
        <w:t>涼</w:t>
      </w:r>
    </w:p>
    <w:p>
      <w:r>
        <w:t>第54頁:</w:t>
      </w:r>
    </w:p>
    <w:p>
      <w:r>
        <w:t>建置蓄水池皮水處理 水源不良或帶有病原疑慮時 進水先經過濾芯或濾袋除去 次氯酸或臭氧)</w:t>
      </w:r>
    </w:p>
    <w:p>
      <w:r>
        <w:t>黑 員 麓 m 可建暨蓄水牠或水嵌理池 雜賁後 再進行消垚(UV燈` 水</w:t>
      </w:r>
    </w:p>
    <w:p>
      <w:r>
        <w:t>小使用前應確保無殘留餘氯 範圍350 mV以下再使用 蓄水池之建置 冰源確實過濾消垚</w:t>
      </w:r>
    </w:p>
    <w:p>
      <w:r>
        <w:t>或氧化還原電位已降至王常 源 #   崽 再使用</w:t>
      </w:r>
    </w:p>
    <w:p>
      <w:r>
        <w:t>第55頁:</w:t>
      </w:r>
    </w:p>
    <w:p>
      <w:r>
        <w:t>* 循環水養殖系統及生 兌 避免病原交叉感染'以一個 設備為佳: 循環設備濾材須定期更換或 0 利用生物絮凝裝殖技術可達 原引入屈險: m 水</w:t>
      </w:r>
    </w:p>
    <w:p>
      <w:r>
        <w:t>物絮凝養殖技術 養殖池單獨對應一套循環過濾 清洗消垚. 到少量換水或零換水 減少病 l三珪無 dH</w:t>
      </w:r>
    </w:p>
    <w:p>
      <w:r>
        <w:t>源 種 書 環永系統控 繁殖荷苗循 制箱  紮 生物絮凝養8 盅</w:t>
      </w:r>
    </w:p>
    <w:p>
      <w:r>
        <w:t>第56頁:</w:t>
      </w:r>
    </w:p>
    <w:p>
      <w:r>
        <w:t>飛 帷 二蝦塌生物毖全手冊 /55 t 施 水</w:t>
      </w:r>
    </w:p>
    <w:p>
      <w:r>
        <w:t>當水馮不琅或有髯病原疑慮 進行過濾消垚'並確認無殘 避兌交叉感染 以一個凳殖潘 循環設備濾材須定期更換或 利用生物絮凝饕殖技術可達 原引入風險 :</w:t>
      </w:r>
    </w:p>
    <w:p>
      <w:r>
        <w:t>源 畜 # 時*可建置蓄永拋或水處理池 留餘氯後再抽至巍殖池使用. 對應一套循環過濾殼備為佳. 清洗消垚 戮 到少壘換水或饕換水 減少病 蚩</w:t>
      </w:r>
    </w:p>
    <w:p>
      <w:r>
        <w:t>第57頁:</w:t>
      </w:r>
    </w:p>
    <w:p>
      <w:r>
        <w:t>F</w:t>
      </w:r>
    </w:p>
    <w:p>
      <w:r>
        <w:t>第58頁:</w:t>
      </w:r>
    </w:p>
    <w:p>
      <w:r>
        <w:t>F.種蝦及蝦苗 種蝦及蝦苗引入末經檢疫{測 檢測病原確認為無特定病庶 種蝦或蝦苗: 種蝦及蝦苗在健康狀態未知</w:t>
      </w:r>
    </w:p>
    <w:p>
      <w:r>
        <w:t>囂 人 覺 蝦場生物安全手冊 /57 容易臂病源帶入'殖場 Specific Pathogen Free, SPF 8 m 時先引入隔離觀察區</w:t>
      </w:r>
    </w:p>
    <w:p>
      <w:r>
        <w:t>源 # 勢 鬣</w:t>
      </w:r>
    </w:p>
    <w:p>
      <w:r>
        <w:t>第59頁:</w:t>
      </w:r>
    </w:p>
    <w:p>
      <w:r>
        <w:t>囂 世界動物衛生組織( 戾 及我國動植物防疫檢 應施檢疫的疾病項目 麓 縮 斃 琨毽 防檢局指定檢 Tiagiion # 2 Tellowhead dis 3 3菅 白琳`草蟈: 絮T 冰 11#101+11</w:t>
      </w:r>
    </w:p>
    <w:p>
      <w:r>
        <w:t>VOAH)表列蝦類疾病 疫局指定輸入甲殼類 茄原分 ToAH 疫之瑕巍侍染病 顙 錶列疾病 DlTA :病卉. +aSt ?_$=;[ 揣癢 3+1#201#46</w:t>
      </w:r>
    </w:p>
    <w:p>
      <w:r>
        <w:t>源 ' Wliitespot dic # =1ig=15+_ Io溴洲漠木疣瑕 Crayiishplague ! 25810_ 紫 鑫栽齊# %Ww.animalhealthsurveillanc 2. https: www.baphiq goWtw WS php? 贊 Enterocytozoon</w:t>
      </w:r>
    </w:p>
    <w:p>
      <w:r>
        <w:t>Heputopemer 蕉蔗 e.agriculture go Vie cielisteddiseases 1=9577</w:t>
      </w:r>
    </w:p>
    <w:p>
      <w:r>
        <w:t>第60頁:</w:t>
      </w:r>
    </w:p>
    <w:p>
      <w:r>
        <w:t>檢測病原確認為 SPF隹</w:t>
      </w:r>
    </w:p>
    <w:p>
      <w:r>
        <w:t>蠱 兌 蝦場生物芝全手冊 /59 g 蠱 水 重蝦或蝦苗</w:t>
      </w:r>
    </w:p>
    <w:p>
      <w:r>
        <w:t>購買蝦苗前先取樣送動物檢 證明 以確保種蝦(苗)的健 養殖期間定期採樣送動物檢 蝦固定成本'落實生物安全 一`一F1|+ . 王</w:t>
      </w:r>
    </w:p>
    <w:p>
      <w:r>
        <w:t>源 驗單位檢測或由苗商出示檢驗 衰狀態 驗單位檢測 將檢測費納入養 管理 幾 二b=+ 口 0 = 目#日1 m可   蚤</w:t>
      </w:r>
    </w:p>
    <w:p>
      <w:r>
        <w:t>第61頁:</w:t>
      </w:r>
    </w:p>
    <w:p>
      <w:r>
        <w:t>囂 員 檢蹬槐測成嶺報告 3什凸 h:mil[tr 卑卡日珂 1[21,17/ 丑吐氏W 口n1伯 仃 dL# 占口石匹4 h叫 麓  水 凸札爪口由坦O亡 扣|Ru 恉是吁&amp; 日廿斤 1 Ta1 盯衛 干#由+ Ih#山 爪P可 lluL{*1L孔 犀丑只下丑1 田氏凸卡 }凹 忤弔也瓦卉n氏6卡 日廿 durimmn+86 斗凡日丘#+ 日廿口 1斤 口+ 卅由 +口</w:t>
      </w:r>
    </w:p>
    <w:p>
      <w:r>
        <w:t>掛敢幼皆 以浮濉 Pm-1 pi+] p{-]</w:t>
      </w:r>
    </w:p>
    <w:p>
      <w:r>
        <w:t>源 El # 蚤 三</w:t>
      </w:r>
    </w:p>
    <w:p>
      <w:r>
        <w:t>IP_2-PCR 4Ocycle</w:t>
      </w:r>
    </w:p>
    <w:p>
      <w:r>
        <w:t>第62頁:</w:t>
      </w:r>
    </w:p>
    <w:p>
      <w:r>
        <w:t>繁殖幼苗之清洗與消</w:t>
      </w:r>
    </w:p>
    <w:p>
      <w:r>
        <w:t>囂 兌 蝦場生物安全手冊/6l 蠱 m 毒</w:t>
      </w:r>
    </w:p>
    <w:p>
      <w:r>
        <w:t>以消毒劑去除附著在幼苗體表病原</w:t>
      </w:r>
    </w:p>
    <w:p>
      <w:r>
        <w:t>源 #  鬣</w:t>
      </w:r>
    </w:p>
    <w:p>
      <w:r>
        <w:t>第63頁:</w:t>
      </w:r>
    </w:p>
    <w:p>
      <w:r>
        <w:t>囂 種蝦及蝦苗在健康狀 u 觀察區 8外來種蝦(苗)引入易成為防 檢測確認無特定病原後再進 麓 獼巖瓜饕殖進辯濃度鬻具a 篩 盡= 三 冰</w:t>
      </w:r>
    </w:p>
    <w:p>
      <w:r>
        <w:t>態末知時先引入隔離 疫破口'必須隔雕1-2週'經 入養殖場域進行繁殖或養成` 器獨立. 進行消毒再排放:</w:t>
      </w:r>
    </w:p>
    <w:p>
      <w:r>
        <w:t>源 種 蓄 #  外來種原羥隅離檢測確認無特定# *</w:t>
      </w:r>
    </w:p>
    <w:p>
      <w:r>
        <w:t>原再引入蝦場</w:t>
      </w:r>
    </w:p>
    <w:p>
      <w:r>
        <w:t>第64頁:</w:t>
      </w:r>
    </w:p>
    <w:p>
      <w:r>
        <w:t>平= 22息i.. 22.巳n 75pi- |t日</w:t>
      </w:r>
    </w:p>
    <w:p>
      <w:r>
        <w:t>蠱 A 蝦場生物安奎聿 * m 六</w:t>
      </w:r>
    </w:p>
    <w:p>
      <w:r>
        <w:t>心51 引入健康種蝦及蝦苗 經檢測怠無特定病原{$ 檢測項目: 世界動物衛生組織 WO 懃植物防疫檢疫局`活 條件_規定項目 種蝦及蝦苗在健康狀態末 採樣送檢驗單位檢測 隔離場域崔殖進排小及 傅播! 排放水須先以高濃度漂 入場內造成污染.</w:t>
      </w:r>
    </w:p>
    <w:p>
      <w:r>
        <w:t>源 重點掟5 AH)表列蝦類疾病. 甲殼類及軟體勁物輪入檢疫  知時先引入隔離觀察區 器具皆囂獨立 避免病原水平  白水進行消毒再排放 避免流 蠱 PF)再引入蝦場.</w:t>
      </w:r>
    </w:p>
    <w:p>
      <w:r>
        <w:t>第65頁:</w:t>
      </w:r>
    </w:p>
    <w:p>
      <w:r>
        <w:t>耳料 G</w:t>
      </w:r>
    </w:p>
    <w:p>
      <w:r>
        <w:t>第66頁:</w:t>
      </w:r>
    </w:p>
    <w:p>
      <w:r>
        <w:t>G.飼料及餌料 飼料儲存及餌料生物培養不' 嶷性疾病 飼料選擇及儲存! 種蝦生餌. 植物性餌料生物培養! 動物性餌料生物培養.</w:t>
      </w:r>
    </w:p>
    <w:p>
      <w:r>
        <w:t>罌 人 言 容易引發蝦類病原性或菅 員 蝦場生物安全手冊 /65 8 m 汴</w:t>
      </w:r>
    </w:p>
    <w:p>
      <w:r>
        <w:t>8</w:t>
      </w:r>
    </w:p>
    <w:p>
      <w:r>
        <w:t>源 3 娑 鬣</w:t>
      </w:r>
    </w:p>
    <w:p>
      <w:r>
        <w:t>第67頁:</w:t>
      </w:r>
    </w:p>
    <w:p>
      <w:r>
        <w:t>蠱 飼料選擇及儲存 兌 選擇信馨良好飼料廠製作之 飼料裝填或飼料桶潸理若有 做好倉儲紀錄'使用應依先 麓 篩 冰</w:t>
      </w:r>
    </w:p>
    <w:p>
      <w:r>
        <w:t>配方飼料. 飼料溢出時 應清除乾淨 進先出原則</w:t>
      </w:r>
    </w:p>
    <w:p>
      <w:r>
        <w:t>源 嶷 飼料應妥善儲存並整齊堆放</w:t>
      </w:r>
    </w:p>
    <w:p>
      <w:r>
        <w:t>料末放置密封容器'容易遭受鼠害 改善方案 l.避免任意放置飼料 2.飼料應放蠶密封容 器內.</w:t>
      </w:r>
    </w:p>
    <w:p>
      <w:r>
        <w:t>第68頁:</w:t>
      </w:r>
    </w:p>
    <w:p>
      <w:r>
        <w:t>風險因子:種蝦生餌 種蝦催熟餌料依賴生餌; 南極蝦等 有摻帶病原的區 強化方案: 牡蠣:易有甲殼類豆蟹 清洗再餵食種蝦 沙蠶:自行培育 SPF沙 餵食種蝦: 小卷或魷魚等頭足類: 建議清洗乾淨除 南極蝦:藉由冰凍大幅</w:t>
      </w:r>
    </w:p>
    <w:p>
      <w:r>
        <w:t>I 人 貞 蝦場生物安全手冊 /67 1牡蠣 魷魚`小卷 沙蠶及 險 : 磊 囂或購買後至少冰凍1日後再 去內臟'絞碎後再投餵. m 絳低病原感染風險 共生 使用前建議剔除並嚴格 六</w:t>
      </w:r>
    </w:p>
    <w:p>
      <w:r>
        <w:t>南極蝦 小港</w:t>
      </w:r>
    </w:p>
    <w:p>
      <w:r>
        <w:t>源 甾 料 紮 鬣 自行培養之 SPF沙崙</w:t>
      </w:r>
    </w:p>
    <w:p>
      <w:r>
        <w:t>第69頁:</w:t>
      </w:r>
    </w:p>
    <w:p>
      <w:r>
        <w:t>植物性餌料生物培養 只 盃 m 微藻小量培養 水 微藻靜置</w:t>
      </w:r>
    </w:p>
    <w:p>
      <w:r>
        <w:t>.1; _ 'H 荖垚</w:t>
      </w:r>
    </w:p>
    <w:p>
      <w:r>
        <w:t>源 d 以半噸桶槽擴大培裳 鬟 芷:.境</w:t>
      </w:r>
    </w:p>
    <w:p>
      <w:r>
        <w:t>以16L桶槽擴大培養 注意事項: 取得之微藻皆經檢測確認 皂SPF植物性餌料生物 . 藻類純種培養'避免 t物 雜藻及細菌等 邊藻培育桶及相關用具如 生物網 水桶 料袋 罐常清洗和消毒%</w:t>
      </w:r>
    </w:p>
    <w:p>
      <w:r>
        <w:t>第70頁:</w:t>
      </w:r>
    </w:p>
    <w:p>
      <w:r>
        <w:t>風險因子:野外捕撈 末經純化之藻類容易帶病原 自港口採回骨藻後'以有樗 先擴增培蓑一次後再使用. 每次收穫後培養槽須澈底清 後陰乾備用</w:t>
      </w:r>
    </w:p>
    <w:p>
      <w:r>
        <w:t>I [未經純化培養之骨藻 人 貞 隻磷劑殺滅甲殼類及其幼生` 洗和消毒'並將消毒水排放 磊 蝦場生物安全手冊/69 m 六</w:t>
      </w:r>
    </w:p>
    <w:p>
      <w:r>
        <w:t>骨藻以有機磷劑淨化役再擴增 培蓑</w:t>
      </w:r>
    </w:p>
    <w:p>
      <w:r>
        <w:t>源 甾 料 紮 鬣 雄港採槃骨藻 骨藻收集</w:t>
      </w:r>
    </w:p>
    <w:p>
      <w:r>
        <w:t>第71頁:</w:t>
      </w:r>
    </w:p>
    <w:p>
      <w:r>
        <w:t>囂 動物性餌料生物培養 戾 麓 筋選"彰物庄 餌料生物 篩 冰</w:t>
      </w:r>
    </w:p>
    <w:p>
      <w:r>
        <w:t>動物性餌料生物擴大培養</w:t>
      </w:r>
    </w:p>
    <w:p>
      <w:r>
        <w:t>濂 注意事項:  常用懃物性餌料生物為豐年 者改用劣質商品或減少使用 體弱.  SPF動物性餌料生物(輪蟲= 用. 動物性餌料生物之培育楣及 料袋等經常清洗和消毒 I</w:t>
      </w:r>
    </w:p>
    <w:p>
      <w:r>
        <w:t>以薇藻培*之動物性餌料生物 蝦無節幼蟲'但因價格高'業 可能引發疾病`缺乏營養或 橈足類)培養可取代豐年蝦使 相關用具如浮游生物網 水桶</w:t>
      </w:r>
    </w:p>
    <w:p>
      <w:r>
        <w:t>第72頁:</w:t>
      </w:r>
    </w:p>
    <w:p>
      <w:r>
        <w:t>動物性餌料生物培養 豐年蝦觝節幼蟲 豐年蝦孵化桶使用前後 _冶凍豐 須做好清洗消毒作業 確認安</w:t>
      </w:r>
    </w:p>
    <w:p>
      <w:r>
        <w:t>囂 兌 鍛場生物安全手冊 /71 豐年蝦 撬 購傑冬&amp;講 m 類特定病原的檢 疫證明 年蝦箕先經橡驗 全無糞再使用 亦 叮山T 牟筱之豈年蝦</w:t>
      </w:r>
    </w:p>
    <w:p>
      <w:r>
        <w:t>飼料及餌料風險凶子 飼料選擇及儲存 選擇信譽良好廠商 營養平衡未受汙染飼料 先進先出原則 種蝦生餌 冰凍及嚴格清洗把關 餌料生物培養 SPF餌料生物 . SPF動物性餌料生物{轄 桶槽相關用具如浮游生 和消毒 每次收穫後餌料生物培 消毒水排放後陰乾備用</w:t>
      </w:r>
    </w:p>
    <w:p>
      <w:r>
        <w:t>源 重點提示: 甾 料 蟲或橈足類}取代豐年蝦. 勿網 小桶 料袋等經常潸洗 勢 養槽要進行清洗和消垚'並將 鬣</w:t>
      </w:r>
    </w:p>
    <w:p>
      <w:r>
        <w:t>第73頁:</w:t>
      </w:r>
    </w:p>
    <w:p>
      <w:r>
        <w:t>H.媒介動物</w:t>
      </w:r>
    </w:p>
    <w:p>
      <w:r>
        <w:t>第74頁:</w:t>
      </w:r>
    </w:p>
    <w:p>
      <w:r>
        <w:t>H.媒介動物 帶原生物或媒才懃物進入養殖 鳥禽類 犬 貓 老鼠`節 阻絕媒介動物入侵:</w:t>
      </w:r>
    </w:p>
    <w:p>
      <w:r>
        <w:t>罌 人 員 蝦場生物安全手冊 /73 場'會增加病原傅播風險 肢動物...等. . m 小</w:t>
      </w:r>
    </w:p>
    <w:p>
      <w:r>
        <w:t>源 鸚 蚤</w:t>
      </w:r>
    </w:p>
    <w:p>
      <w:r>
        <w:t>第75頁:</w:t>
      </w:r>
    </w:p>
    <w:p>
      <w:r>
        <w:t>蠱 媒介動物:鳥禽類 兌 白鹽驚`夜驚等大型小鳥管[ 子'身體沾黏病原後再傳播至 吞食的病蝦 容易傅播蝦類病 麓 饕羞池i及上方架骰防鳥 可阻絕太墊水鳥云侵鰻埸 降低在上方盤旋機率: 篩 冰</w:t>
      </w:r>
    </w:p>
    <w:p>
      <w:r>
        <w:t>H現在蝦體虛弱即將發病的池 其牠池子 受到驚嚇時會吐出</w:t>
      </w:r>
    </w:p>
    <w:p>
      <w:r>
        <w:t>l ;  # 夜點 多</w:t>
      </w:r>
    </w:p>
    <w:p>
      <w:r>
        <w:t>=41;1 白囂驚</w:t>
      </w:r>
    </w:p>
    <w:p>
      <w:r>
        <w:t>第76頁:</w:t>
      </w:r>
    </w:p>
    <w:p>
      <w:r>
        <w:t>人 ii 蝦場生物去全手冊/75 m 冰</w:t>
      </w:r>
    </w:p>
    <w:p>
      <w:r>
        <w:t>媒介勛物:犬~貓 裝止野狗 野貓任意進出蝦場 改善方案: 場內食物I垃圾妥善收抬 蝦場四厝設囂圍籬. 定期檢視圍籬是否破損</w:t>
      </w:r>
    </w:p>
    <w:p>
      <w:r>
        <w:t>源 甸 料  鮆 坑 避免吸引貓狗闖入</w:t>
      </w:r>
    </w:p>
    <w:p>
      <w:r>
        <w:t>第77頁:</w:t>
      </w:r>
    </w:p>
    <w:p>
      <w:r>
        <w:t>蠱 媒介動物:老鼠 兌 老鼠在蝦場內任意活動 容易 改善方案: 排水孔可加裝擋片等阻隔 麓 幸殼g苑蜈穿架櫧鬣瑟欒 定期除鼠並保持蝦場環境 篩 媒介動物:節肢動物 螃蟹`寄居蟹及海蟑螂等節肢 冰 容易芷小溝及饕殖池間穿梭</w:t>
      </w:r>
    </w:p>
    <w:p>
      <w:r>
        <w:t>傳播病原及汙染飼料. 設施 整潔. 動物為常見帶病原媒介生物` 沾染病原並四處傅播</w:t>
      </w:r>
    </w:p>
    <w:p>
      <w:r>
        <w:t>源 改善 8  券 v 海蟑蜥</w:t>
      </w:r>
    </w:p>
    <w:p>
      <w:r>
        <w:t>方案: 水孔可加裝擋片等防護設施. 溝定期消毒 殖池四周構築圍籬加以阻隔. 量保持地板或水溝乾燥 寄居蟹</w:t>
      </w:r>
    </w:p>
    <w:p>
      <w:r>
        <w:t>第78頁:</w:t>
      </w:r>
    </w:p>
    <w:p>
      <w:r>
        <w:t>媒介動物風險因子重 防止動物入侵 減少場區雜物堆放. 定期修剪場內樹木及茱 死蝦及蝦殼應妥善處置 維持環境整潔. 白鷺鶿和夜鷺等大型水焦 架設防鳥網'如發現 鼠 排水孔可加裝擋片等 設置捕鼠設備. 定期除鼠並記籙</w:t>
      </w:r>
    </w:p>
    <w:p>
      <w:r>
        <w:t>囂 戾 蝦埸生物安全手冊 /77 點提示: 隹草 置 8 m 六 方鳥網破損'應立即修補. 方護骰施</w:t>
      </w:r>
    </w:p>
    <w:p>
      <w:r>
        <w:t>海蟑螂 定期消垚水溝 . 儘量保持地板或水溝</w:t>
      </w:r>
    </w:p>
    <w:p>
      <w:r>
        <w:t>源 乞燥 劈 彘</w:t>
      </w:r>
    </w:p>
    <w:p>
      <w:r>
        <w:t>第79頁:</w:t>
      </w:r>
    </w:p>
    <w:p>
      <w:r>
        <w:t>易區環</w:t>
      </w:r>
    </w:p>
    <w:p>
      <w:r>
        <w:t>第80頁:</w:t>
      </w:r>
    </w:p>
    <w:p>
      <w:r>
        <w:t>I.場區環境 養殖場地理位置不當及環境僱 困難度% 風險因子: 開放式饗殖`無圍籬* 蝦場緊鄰農田. 緊鄰的養殖場域. 甕殖環境雜亂 .</w:t>
      </w:r>
    </w:p>
    <w:p>
      <w:r>
        <w:t>罌 人 員 蝦場生物去全手冊 /79 #亂等 會增加生物安全防疫 8 m 六</w:t>
      </w:r>
    </w:p>
    <w:p>
      <w:r>
        <w:t>源 # # 紮 *</w:t>
      </w:r>
    </w:p>
    <w:p>
      <w:r>
        <w:t>第81頁:</w:t>
      </w:r>
    </w:p>
    <w:p>
      <w:r>
        <w:t>I 風險因子:開放式養殖 員 人~車及動物可任意進出釐殖 改善方案: 以閨籬或柵欄與外部做區 麓 並設置獨立進出管制口 架設防鳥網~設施蓑殖等 定期除鼠並保持蝦場環境 崙 水</w:t>
      </w:r>
    </w:p>
    <w:p>
      <w:r>
        <w:t>`無圍籬 場域 易造成防疫破口 隔'防範人`車及動物進入' 提升防疫措施 墊潔</w:t>
      </w:r>
    </w:p>
    <w:p>
      <w:r>
        <w:t>源 # 勢 場 開放式蓑殖下 大型六鳥啄食病蝦 囂 境</w:t>
      </w:r>
    </w:p>
    <w:p>
      <w:r>
        <w:t>易帶入鄰近場域 造成水平病原傳播</w:t>
      </w:r>
    </w:p>
    <w:p>
      <w:r>
        <w:t>第82頁:</w:t>
      </w:r>
    </w:p>
    <w:p>
      <w:r>
        <w:t>蝦璟緊鄰 造成蝦子</w:t>
      </w:r>
    </w:p>
    <w:p>
      <w:r>
        <w:t>蠱 兌 鍛場生物安全手冊 /81 撬 m 中垚死亡 農田'噴灑農葉時曾.散至蝦場內 冰</w:t>
      </w:r>
    </w:p>
    <w:p>
      <w:r>
        <w:t>風險因子:蝦場緊鄰農 蝦類對有機磷劑的耐受性低 改善方案: 可架設黑網或其牠阻隔物加以 防範*</w:t>
      </w:r>
    </w:p>
    <w:p>
      <w:r>
        <w:t>源 田 容易中垚死亡 T爬~ # 蝦場聚鄰農田  攬</w:t>
      </w:r>
    </w:p>
    <w:p>
      <w:r>
        <w:t>第83頁:</w:t>
      </w:r>
    </w:p>
    <w:p>
      <w:r>
        <w:t>蠱 風險因子:緊鄰的養外 A * # 水</w:t>
      </w:r>
    </w:p>
    <w:p>
      <w:r>
        <w:t>場域 邢酪1ig</w:t>
      </w:r>
    </w:p>
    <w:p>
      <w:r>
        <w:t>臺灣西半部地區養殖場域緊鄰 水 起的水花互相噴濺'增加防疫的困 源 # 建置室內設施型養殖場'提升防接 遵</w:t>
      </w:r>
    </w:p>
    <w:p>
      <w:r>
        <w:t>車引 難度 改萼方案 等級</w:t>
      </w:r>
    </w:p>
    <w:p>
      <w:r>
        <w:t>第84頁:</w:t>
      </w:r>
    </w:p>
    <w:p>
      <w:r>
        <w:t>風險因子:養殖環境棄</w:t>
      </w:r>
    </w:p>
    <w:p>
      <w:r>
        <w:t>鮆 A 鍛場生物安全手冊 /83 $ p m 亦</w:t>
      </w:r>
    </w:p>
    <w:p>
      <w:r>
        <w:t>撈取死蝦或蝦殼後勿隨意亂丟 養殖池邊雜草叢生及雜物堆積</w:t>
      </w:r>
    </w:p>
    <w:p>
      <w:r>
        <w:t>秦   紮 囂 源</w:t>
      </w:r>
    </w:p>
    <w:p>
      <w:r>
        <w:t>第85頁:</w:t>
      </w:r>
    </w:p>
    <w:p>
      <w:r>
        <w:t>黑 兌 麓  亦</w:t>
      </w:r>
    </w:p>
    <w:p>
      <w:r>
        <w:t>源 定期除草 保持環境整潔 8  紮 蝦場地板保持乾淨及乾燥 周邊環 崑</w:t>
      </w:r>
    </w:p>
    <w:p>
      <w:r>
        <w:t>境保持整潔 物品整齊擺放</w:t>
      </w:r>
    </w:p>
    <w:p>
      <w:r>
        <w:t>第86頁:</w:t>
      </w:r>
    </w:p>
    <w:p>
      <w:r>
        <w:t>場區環境風險因子重 地理位置 與其他蝦場保持適當距 避免緊鄰農場. 提升防疫等級'以防鳥 並以室內型設施養殖= 標. 環境整潔 場外定期進行雜草修剪 水溝定期消毒% 場內蓑殖用具消毒後整 及環境整潔</w:t>
      </w:r>
    </w:p>
    <w:p>
      <w:r>
        <w:t>囂 兌 鍛場生物安全手冊/85 點提示: 離` m 雛持周遭環境整澡. m 齊排放 儘可能保持地板乾燥 耦 星棚及圍籬等設施養殖. 封閉式養殖模式作為終極目</w:t>
      </w:r>
    </w:p>
    <w:p>
      <w:r>
        <w:t>源 蓄  麩</w:t>
      </w:r>
    </w:p>
    <w:p>
      <w:r>
        <w:t>第87頁:</w:t>
      </w:r>
    </w:p>
    <w:p>
      <w:r>
        <w:t>四`異常通報 養殖過程應隨時注意池蝦健 子攝餌情形 成長速度`外 異常狀況: 一攝食異常: 觀察網上有死蝦或蝦體 游泳行為異常</w:t>
      </w:r>
    </w:p>
    <w:p>
      <w:r>
        <w:t>康戕況 可利用觀察網觀察蝦 觀色澤及是否有死蝦等 色異常.</w:t>
      </w:r>
    </w:p>
    <w:p>
      <w:r>
        <w:t>發現5 蝦皚崑節有 壞死現象 觀察到蝦體色異常</w:t>
      </w:r>
    </w:p>
    <w:p>
      <w:r>
        <w:t>E蝦 觀察網上有死蝦或 蝦體色異常 立即向當地縣市懃物防疫 機關進行疾病通報 {聯鉻賚訊如附籙) 宙助病原梭測 降低慧殖風險</w:t>
      </w:r>
    </w:p>
    <w:p>
      <w:r>
        <w:t>第88頁:</w:t>
      </w:r>
    </w:p>
    <w:p>
      <w:r>
        <w:t>五`總結 蝦場風險因子及改善 風險因子: A車輛 風險車輛{活蝦 員及相翮器具8 網具`推車等) 改善措施: 非現場作業囂要 若進入場域須 輛消毒設施或設 風險因子:</w:t>
      </w:r>
    </w:p>
    <w:p>
      <w:r>
        <w:t>蝦場生物安全手冊 /87 措施 y輪車`飼料車`載運收穫人 車輛等)與車上工作工具{蝦 停車位置儘量遠離饕殖場域 澈底清潔消毒'蝦場應設有車 備</w:t>
      </w:r>
    </w:p>
    <w:p>
      <w:r>
        <w:t>3# 手部及鞋子. 改善措施: 非必要儿員禁上 須去除非必要物 工作鞋及浸泡足 備洗手台 足部 風險因子: 設施 養殖設施未做好 改善措施: 放養前落實養殖 入口應保持關閉 =Fiii: 築堤岸`圍牆 設施型窪冀嫚</w:t>
      </w:r>
    </w:p>
    <w:p>
      <w:r>
        <w:t>進入-現場作業人員進入蝦場 品'進行手部潸潔消垚 更換 部消毒槽 各場域出入口應具 消毒槽及專屬工作鞋. #;7;;":;!3;$;3:5#!$ 潸-消垚及開放式養殖設旒` 設施及環境清潔消垚 場出 並加強梵殖隔修殼y&amp;如攜 #}*#</w:t>
      </w:r>
    </w:p>
    <w:p>
      <w:r>
        <w:t>第89頁:</w:t>
      </w:r>
    </w:p>
    <w:p>
      <w:r>
        <w:t>D畿備 風險因子: 觀察網-捕撈器 濾設備 小處理 改善措施: 三 各場域設備及器 麓殖器具使用前 濾材須定朝清潔 風險因予: E*源 水源未經過濾消 蟹等引入簑殖池 改善措施: 口</w:t>
      </w:r>
    </w:p>
    <w:p>
      <w:r>
        <w:t>具 濾袋 水車`噴料桶~過 設備等. 具獨立使用 避免交叉感染. 須澈底清潔及消垚!過濾設備 更換: 毒即使用 容易將雜魚 蝦`</w:t>
      </w:r>
    </w:p>
    <w:p>
      <w:r>
        <w:t>氏) +1TiE山 下 可建置蓄水池或 認無殘留餘氯再 口須加裝P材 完全阻隔甲殼類 個養殖池對應 染: 風險因子: 種蝦及蝦苗 種蝦及蝦苗未經 改善措施: 購買蝦苗前先取 苗商出示檢驗證 觀察區'經檢測</w:t>
      </w:r>
    </w:p>
    <w:p>
      <w:r>
        <w:t>尹土71升 固 叩-r叮 水處理池 進行過濾消毒'確 抽至養殖池使用 養殖池入水 覽紗網或浮游生物網'以確保 幼生!養殖循環設備儘量以- 套循環設備'避免病原交叉感 病原檢測 少量送動物檢驗單位檢測或由 明.在健康狀態未知時先隔離 無特定病原再引入養殖池</w:t>
      </w:r>
    </w:p>
    <w:p>
      <w:r>
        <w:t>第90頁:</w:t>
      </w:r>
    </w:p>
    <w:p>
      <w:r>
        <w:t>G 風險因子: 飼料`種蝦生餌 飼料及餌料 改善措施: 選擇信馨良好飼 餌可藉由冰凍降 格清洗.取得 SE 槽及相關用具等 H 風險因子: 鳥禽類`老鼠` 媒介勳物 改善措施: 蝦場可架設防島</w:t>
      </w:r>
    </w:p>
    <w:p>
      <w:r>
        <w:t>蝦場生物安全手冊/89 及繁苗餌料生物等. 料廠商'並妥善儲存 種蝦生 低病原感染風臉'投餵前須嚴 F餌料生物再培饕'使用之桶 須清洗消垚後再使用 犬`貓`節肢動物...等. 網 構築適當堤岸等設施阻絕</w:t>
      </w:r>
    </w:p>
    <w:p>
      <w:r>
        <w:t>垛下懃刊八侵1 保持隨手關門習 可加裝擋片等阻 潸潔及消垚: I 屬臉氏(殖~蝦 場區環境 養殖環境雜亂等 改善措施: 蝦場以圍籬或柵 進出管制口.架 疫措施 環境保</w:t>
      </w:r>
    </w:p>
    <w:p>
      <w:r>
        <w:t>E 亞硿吊橄祝又修佣岐狽" 慣.水溝須定期消毒 排水孔 隔設施 環境保持整潔並定期 場緊鄰農匹;鶿瑣場垃堅鄰及 欄與外部做區隔 帝殼置獨立 設防鳥網~設施養殖等錕升b 持整潔並定期清R及消</w:t>
      </w:r>
    </w:p>
    <w:p>
      <w:r>
        <w:t>第91頁:</w:t>
      </w:r>
    </w:p>
    <w:p>
      <w:r>
        <w:t>各{).糊瀟諏地 攫邵名獾 M 耋北市勁物保畿處 110022 圭北市信 巍並華淺 22016; 201015 基匿市勦物保謾肪披所 基隆市信 30206</w:t>
      </w:r>
    </w:p>
    <w:p>
      <w:r>
        <w:t>址 址 崑 話 羲匝吳輿街600巷109驍 02-87897158 楢區四川路-一段157巷  02-29596353 義區信二路241號1樓 02-24280677 03- 3326742 耳~*堠口二日</w:t>
      </w:r>
    </w:p>
    <w:p>
      <w:r>
        <w:t>新竹市動物保譏及 防痙所 300055 新竹市北 302048 新竹縣動物保裴防疫所 新竹縣竹 360017 苗栗縣動物保譏防疫所 苗栗市玉 408011 耋中市動物保護防疫處 耋中市南 540019 南投縣家畜疾病防治所 南投縣南 500057 彰化縣勘物防疫所 彰化市中 640201 隻林縣動植物防疫所 雲林縣斗</w:t>
      </w:r>
    </w:p>
    <w:p>
      <w:r>
        <w:t>03 -5368329 區海濱路250號 北市縣政五街192驍 03 -5519548 037-320049 華里玉清路382-1號 巨亞萬和路一段28-18驍 04-23869420 049-2222542 投市民族路499號 04 - 7620774 央路2驍 六市雲林路二段517號 05-5523250</w:t>
      </w:r>
    </w:p>
    <w:p>
      <w:r>
        <w:t>第92頁:</w:t>
      </w:r>
    </w:p>
    <w:p>
      <w:r>
        <w:t>鼐莪市政府建骰處 600211 壼羞市東 蟲義縣家畜疾病防治所 612009 蟲羲縣太 730024 q8絲防狡保隱虎 南市薪 臺南市觔物防疫保護虛 700016 忠義辦公室 垚南市中 懾堆市岫物保 處 830031</w:t>
      </w:r>
    </w:p>
    <w:p>
      <w:r>
        <w:t>蝦埸生物安全手冊 /91 2 #.311#8 :05-3620025. 保市太k一路1歸- 西匡忠截路一段87 06-2130958:</w:t>
      </w:r>
    </w:p>
    <w:p>
      <w:r>
        <w:t>甲n土 - 900133 屏東縣動物防疫所 屏東縣屏 268015 宜蘭縣酌植物防疫所 宜蘭縣五 花蓮縣動植物防疫所 97101&amp; 花蓮縣花 950258 壹東縣動物防疫所 耋東市中 880010 澎湖縣家畜疾病防治所 澎湖縣馬 891002 金門縣勳植物防疫所 金門縣金 馬祖連江縣政府產業 209001 發展處 連江縣南=</w:t>
      </w:r>
    </w:p>
    <w:p>
      <w:r>
        <w:t>匹;F1H_l一T 08-7224109 東市民學路58巷23驍 03-9602350 吉鄉成輿村利寶路60號 03-8227431 蓮市瑞美路5驍 089-233720 輿路二段733驍 公市西文澳ll8之!斃 06-9212839 082-336625 胡鎮裕民農莊20驍 0836-25131 芊鄉介壽村76號</w:t>
      </w:r>
    </w:p>
    <w:p>
      <w:r>
        <w:t>第93頁:</w:t>
      </w:r>
    </w:p>
    <w:p>
      <w:r>
        <w:t>(二)各縣(市)動物防疫機關| 機胭名稱服 務 臺西崽病 汁育時間 地 址 雲林縣動植物防疫所 斗六防疵 服b時崮 地 址 嘉義縣家 服掐時間 地 址 東石大芷 嘉義縣家菑疾病防治所 服疳時間 地 址 菇竹六捧 眶稚時間 地</w:t>
      </w:r>
    </w:p>
    <w:p>
      <w:r>
        <w:t>付設魚病檢驗站 時 間` 電 話 及 地 址 室{電話05-69&amp;4713) 每週-`三`五09:00~12:00 636114雲林縣室西鄉中央踹271幸 所{電話05-5523250 ) 年週二 四{須先電話聯緒} G40201雲林縣斗六市雲林路二斟517, 帝疾病防治所{篦話05- 3620025`) 每週 至泄五 08:00~17:00 Gl2069翥義縣太保市六保 -路一胱 勘物疾辯柚監中心{篦話05-3734330) 每迪- 三 五09:00~12:00 G14003翥9縣東斤f副瀨村斬黏庄!4-2驍 勁物疾!防治中心{竄話 05-3427922) 每遇 四 09:00~12:00 f24003嘉蕃縣蒂竹辯新店村2之3駐</w:t>
      </w:r>
    </w:p>
    <w:p>
      <w:r>
        <w:t>北門水產 崑南市懃物防疫保護處 汁游時間 地 址 目山魚病 服稚時間 地 址 永安魚病 高雄市勘物保護處 砸強時間 地 址 林圈魚病 舶務時間 址 胖南{隹 門諮時間 地 址 屏東勳物防疫所 屏南{枋寮 門診時閒 地 址</w:t>
      </w:r>
    </w:p>
    <w:p>
      <w:r>
        <w:t>觔物檢驗中心{電話06-7864793 ) 每週二 四 19:t0~12:06 727108室南市北門囊保吉里海堪1-186琥 由噬站{電話07.-74623681216) 耳週 至週五 08;00 ~17:00 S30031高誰市瓜山區忠菴街166驍 彘驗站{電話07- 6915512) 侮週 圭週五 09:00 ~11:30 328107高雄市天女匿永步些新興路124跳 _驗站{電話07-6414631) 每週一 三 五09:00~11:30 832010高錐市林圍區H厝路46O }魚病檢驗站{奄話08-&amp;669377) 母彊 09:00~12:00~13:00~14:30 每週|" 09:00+11:30 931008屏東膝佳冬鄉墟昱村佳豈路592l )黛病檢驗站{電話 0&amp;-8717971 ) 每週.-.09:00~12;00 /3:00~14:30 每逍四13:00~15:30 g4u002枋寮辯束辯村東海踏&amp;25號</w:t>
      </w:r>
    </w:p>
    <w:p>
      <w:r>
        <w:t>第94頁:</w:t>
      </w:r>
    </w:p>
    <w:p>
      <w:r>
        <w:t>行政院農業委員會家畜 研 究 室 名 稱地 2515&amp; 新北市淡] 生物冊究組魚病室 生物研究粗 90846 屏東水生動物實驗室 屏東縣長浩 四)各大學魚病室(學術後這 魚 病 室 名 稱地 國立臺灣大學獸鬯專業 106319 學院北區魚病中心 臺北市大安</w:t>
      </w:r>
    </w:p>
    <w:p>
      <w:r>
        <w:t>蝦場生物安全手冊 /93 衛生試驗所 韁#巫瑙6馳.: 單位)</w:t>
      </w:r>
    </w:p>
    <w:p>
      <w:r>
        <w:t>園立中興大學獸醫學院 402202 中區魚病中心 耋中市南墮 國立嘉義大學獸醫學系 600023 嘉義市西匝 國立屏東料技大學獸邕 912301 學院南區魚病斗心 屏東縣內埔 永生動物疾病診斷網站 網站名稱網 水生懃物生產醫學平台 http 冰生動物疾病診斷輔助系統 http</w:t>
      </w:r>
    </w:p>
    <w:p>
      <w:r>
        <w:t>04-22&amp;40894 轉512 興大路145號 05-2732959 新民路 580驍 08-7703202 鄉老埤村學府路1號 轉 5458 址 faquamed nvri gov.tw| Haqua.nVfi go VtW/</w:t>
      </w:r>
    </w:p>
    <w:p>
      <w:r>
        <w:t>第95頁:</w:t>
      </w:r>
    </w:p>
    <w:p>
      <w:r>
        <w:t>本所通訊地址 珩致院農業委員會水產 地 20200$ 址 基隆市中正區和一路 鼐恭殖研h嵬毬 崑子郵件 sdyang@mail.tfrin.g</w:t>
      </w:r>
    </w:p>
    <w:p>
      <w:r>
        <w:t>士工= 電0  02-24622if 偶熹 02246293! 99驍 fy #3];:`:7774:1</w:t>
      </w:r>
    </w:p>
    <w:p>
      <w:r>
        <w:t>505031 址 彰化縣鹿港鎮海埔巷 地 302047 址 薪竹縣竹北市泰和里 地 海水繁養殖研究中心 電子郵件 jrhsen@mail tfrin.g0 724028 址 臺南市七股區三股里 地 636104 址 雲林縣臺西鄉中央路 地</w:t>
      </w:r>
    </w:p>
    <w:p>
      <w:r>
        <w:t>l06號 傳真 04-7775424 電 話 03-5551190 Il1號 傅真 03-5554591 T.tu 電 話 06-7880461 傳真 06-7881597 每埔4號 電 話 05-6982921 傅真 05-69$315$ 271驍</w:t>
      </w:r>
    </w:p>
    <w:p>
      <w:r>
        <w:t>第96頁:</w:t>
      </w:r>
    </w:p>
    <w:p>
      <w:r>
        <w:t>貉近梅資源冊究中心 電子郵件 j-s uengOmail tfrin. 806043 地 址 葛錐市前 區漁港北 東港生技研究中心 電子郵件 fcwu@mail tfrin.goV 928003 地 址 屏東縣東港鎮鬘漁街 宙或垃泮土櫛-&amp;由</w:t>
      </w:r>
    </w:p>
    <w:p>
      <w:r>
        <w:t>Ry4rii 蝦場生物艾全手冊/95 OW.tW 電 話 07-3218104 傅真 07-8218205 三路6號 ti 電 話 08-8324121 57驍 傅真 08-3320234</w:t>
      </w:r>
    </w:p>
    <w:p>
      <w:r>
        <w:t>電子郵件 yshu@mail.tfrin.gow 9o1006 址 耋東縣成功鎮五摧路 地 950103 址 臺東市知本路2段291 地 澎湖海洋生物研究中心 電子郵件 hernyi@mail.tfrin.go 880033 址 澎湖縣馬公市鱔裡里: 地</w:t>
      </w:r>
    </w:p>
    <w:p>
      <w:r>
        <w:t>tu 電 話 089-850090 2號 傅真 089-850092 電 話 089-514362 巷299號 傅真 089-514366 1.tW 電 話 06-9953416 傳真 06-995305$ 66號</w:t>
      </w:r>
    </w:p>
    <w:p>
      <w:r>
        <w:t>第97頁:</w:t>
      </w:r>
    </w:p>
    <w:p>
      <w:r>
        <w:t>囤家圄書館出版品預行編目 CIP)賁 蝦垠生物芷全手冊 槳怡均,棉明樺,余澈櫃,陳 對冠甫 著. 荃隆巾;行政院農業裘茛曾水產醚馳所,I11 面; 公分.--{才產誌驗所技術手冊 16) 1$311 97&amp;-626-7110-53-9{平裝} 1. CST: 蜷 CST:永茁垚殖 3 CST 疾;| 43$. 662 111f2# 蝦場生物安全手冊 發 行人:陳君如 總 觴 輯:蔡患萍 編輯委員 :張錦宜 曾振德 曾福生 主 編:吳豈成 著 者:葉怡均 楊明樺`余淑楓 校 稿:黃淑敏 貴任編輯:葉怡均 邯I士呂陸</w:t>
      </w:r>
    </w:p>
    <w:p>
      <w:r>
        <w:t>料 }褡, .l2 # 114 葉信明 蔡慧君 陳陽德 劉冠甫</w:t>
      </w:r>
    </w:p>
    <w:p>
      <w:r>
        <w:t>出 版 者:行政院農業委員曾水產試騎 地 址:基隆市中正區 202008和- 電 話: (02) 2462-2101 傳 真: [02] 2462- 9388 網址: https: fwwWtfring 設 計:吉斯殼計印刷有限公司{02) 插 晝:紀正浩 蔡秀貞 陳惠秀 出版日期 -年十月 定 價:新壹幣120元楚 展售處 : 1.五南文化廣塢臺中總店 臺中市中1 2.國家書店 耋北市松江路 209驍1樓 https:iwww govbooks.co GFl 1011102182 1$B1[ 978-623-7110-53-9 行政院農業委員會勁植物防疫撿疫局 計I名稱:蝦場生物女全指引計I 計萱編號: lll農科-5.l.2-檢- B6</w:t>
      </w:r>
    </w:p>
    <w:p>
      <w:r>
        <w:t>所 199驍 T [i 2458-4662 路6滲 (04)2226-0330 02)2518-0207 m.tT 甫叫 本書內容保留所有權 非羥 本所同意 不得重製 數位 化或轉載</w:t>
      </w:r>
    </w:p>
    <w:p>
      <w:r>
        <w:t>第98頁:</w:t>
      </w:r>
    </w:p>
    <w:p>
      <w:r>
        <w:t>1$811 978-626711053-9 786267 115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